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CE020" w14:textId="77777777" w:rsidR="0087771C" w:rsidRDefault="00CE4A25">
      <w:pPr>
        <w:spacing w:after="200"/>
        <w:jc w:val="center"/>
      </w:pPr>
      <w:r>
        <w:rPr>
          <w:noProof/>
        </w:rPr>
        <w:drawing>
          <wp:inline distT="0" distB="0" distL="0" distR="0" wp14:anchorId="33DF7170" wp14:editId="1E0FB200">
            <wp:extent cx="6083999" cy="42249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c-competition-her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83999" cy="422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F1341" w14:textId="77777777" w:rsidR="0087771C" w:rsidRDefault="00CE4A25">
      <w:pPr>
        <w:spacing w:before="320"/>
      </w:pPr>
      <w:r>
        <w:rPr>
          <w:rFonts w:ascii="Georgia" w:hAnsi="Georgia"/>
          <w:b/>
          <w:color w:val="0B2036"/>
          <w:sz w:val="88"/>
        </w:rPr>
        <w:t>НА ВОЛНЕ</w:t>
      </w:r>
    </w:p>
    <w:p w14:paraId="0AE2601C" w14:textId="77777777" w:rsidR="0087771C" w:rsidRDefault="00CE4A25">
      <w:r>
        <w:rPr>
          <w:b/>
          <w:color w:val="0E6E86"/>
          <w:sz w:val="20"/>
        </w:rPr>
        <w:t>ПЛАТФОРМА СОРЕВНОВАНИЙ ПО ПЛАВАНИЮ</w:t>
      </w:r>
    </w:p>
    <w:p w14:paraId="298DCE31" w14:textId="77777777" w:rsidR="0087771C" w:rsidRDefault="00CE4A25">
      <w:pPr>
        <w:spacing w:before="520"/>
      </w:pPr>
      <w:r>
        <w:rPr>
          <w:rFonts w:ascii="Georgia" w:hAnsi="Georgia"/>
          <w:color w:val="B28A3D"/>
          <w:sz w:val="56"/>
        </w:rPr>
        <w:t>Руководство организатора</w:t>
      </w:r>
    </w:p>
    <w:p w14:paraId="402BF43C" w14:textId="77777777" w:rsidR="0087771C" w:rsidRDefault="00CE4A25">
      <w:r>
        <w:rPr>
          <w:color w:val="0B2036"/>
          <w:sz w:val="25"/>
        </w:rPr>
        <w:t>Полный цикл соревнования: заявки, программа, судейский пульт, хронометраж, протоколы, дипломы, онлайн-результаты и оплата</w:t>
      </w:r>
    </w:p>
    <w:p w14:paraId="714571BE" w14:textId="77777777" w:rsidR="0087771C" w:rsidRDefault="00CE4A25">
      <w:pPr>
        <w:spacing w:before="800"/>
      </w:pPr>
      <w:r>
        <w:rPr>
          <w:color w:val="5B6E80"/>
          <w:sz w:val="20"/>
        </w:rPr>
        <w:t>Редакция 2026.10  ·  energowave.ru</w:t>
      </w:r>
    </w:p>
    <w:p w14:paraId="10297EF6" w14:textId="77777777" w:rsidR="0087771C" w:rsidRDefault="00CE4A25">
      <w:r>
        <w:br w:type="page"/>
      </w:r>
    </w:p>
    <w:p w14:paraId="22F85D70" w14:textId="77777777" w:rsidR="0087771C" w:rsidRDefault="00CE4A25">
      <w:pPr>
        <w:spacing w:after="160"/>
      </w:pPr>
      <w:r>
        <w:rPr>
          <w:rFonts w:ascii="Georgia" w:hAnsi="Georgia"/>
          <w:b/>
          <w:color w:val="0B2036"/>
          <w:sz w:val="42"/>
        </w:rPr>
        <w:lastRenderedPageBreak/>
        <w:t>Содержание</w:t>
      </w:r>
    </w:p>
    <w:p w14:paraId="47A9999F" w14:textId="177F316F" w:rsidR="00BD4104" w:rsidRPr="00BD4104" w:rsidRDefault="00CE4A25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r w:rsidRPr="00BD4104">
        <w:rPr>
          <w:sz w:val="18"/>
        </w:rPr>
        <w:fldChar w:fldCharType="begin"/>
      </w:r>
      <w:r w:rsidRPr="00BD4104">
        <w:rPr>
          <w:sz w:val="18"/>
        </w:rPr>
        <w:instrText>TOC \o "1-2" \h \z \u</w:instrText>
      </w:r>
      <w:r w:rsidRPr="00BD4104">
        <w:rPr>
          <w:sz w:val="18"/>
        </w:rPr>
        <w:fldChar w:fldCharType="separate"/>
      </w:r>
      <w:hyperlink w:anchor="_Toc243919848" w:history="1">
        <w:r w:rsidR="00BD4104" w:rsidRPr="00BD4104">
          <w:rPr>
            <w:rStyle w:val="aff8"/>
            <w:noProof/>
            <w:sz w:val="18"/>
          </w:rPr>
          <w:t>1. Почему «На волне»</w:t>
        </w:r>
        <w:r w:rsidR="00BD4104" w:rsidRPr="00BD4104">
          <w:rPr>
            <w:noProof/>
            <w:webHidden/>
            <w:sz w:val="18"/>
          </w:rPr>
          <w:tab/>
        </w:r>
        <w:r w:rsidR="00BD4104" w:rsidRPr="00BD4104">
          <w:rPr>
            <w:noProof/>
            <w:webHidden/>
            <w:sz w:val="18"/>
          </w:rPr>
          <w:fldChar w:fldCharType="begin"/>
        </w:r>
        <w:r w:rsidR="00BD4104" w:rsidRPr="00BD4104">
          <w:rPr>
            <w:noProof/>
            <w:webHidden/>
            <w:sz w:val="18"/>
          </w:rPr>
          <w:instrText xml:space="preserve"> PAGEREF _Toc243919848 \h </w:instrText>
        </w:r>
        <w:r w:rsidR="00BD4104" w:rsidRPr="00BD4104">
          <w:rPr>
            <w:noProof/>
            <w:webHidden/>
            <w:sz w:val="18"/>
          </w:rPr>
        </w:r>
        <w:r w:rsidR="00BD4104" w:rsidRPr="00BD4104">
          <w:rPr>
            <w:noProof/>
            <w:webHidden/>
            <w:sz w:val="18"/>
          </w:rPr>
          <w:fldChar w:fldCharType="separate"/>
        </w:r>
        <w:r w:rsidR="00BD4104" w:rsidRPr="00BD4104">
          <w:rPr>
            <w:noProof/>
            <w:webHidden/>
            <w:sz w:val="18"/>
          </w:rPr>
          <w:t>4</w:t>
        </w:r>
        <w:r w:rsidR="00BD4104" w:rsidRPr="00BD4104">
          <w:rPr>
            <w:noProof/>
            <w:webHidden/>
            <w:sz w:val="18"/>
          </w:rPr>
          <w:fldChar w:fldCharType="end"/>
        </w:r>
      </w:hyperlink>
    </w:p>
    <w:p w14:paraId="50775256" w14:textId="20D0ED1D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49" w:history="1">
        <w:r w:rsidRPr="00BD4104">
          <w:rPr>
            <w:rStyle w:val="aff8"/>
            <w:noProof/>
            <w:sz w:val="18"/>
          </w:rPr>
          <w:t>2. Быстрый старт за 30 минут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_Toc243919849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9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0C9E8476" w14:textId="0AE8E384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50" w:history="1">
        <w:r w:rsidRPr="00BD4104">
          <w:rPr>
            <w:rStyle w:val="aff8"/>
            <w:noProof/>
            <w:sz w:val="18"/>
          </w:rPr>
          <w:t>3. Роли и доступы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_Toc243919850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10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384C66D4" w14:textId="118C4F9B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51" w:history="1">
        <w:r w:rsidRPr="00BD4104">
          <w:rPr>
            <w:rStyle w:val="aff8"/>
            <w:noProof/>
            <w:sz w:val="18"/>
          </w:rPr>
          <w:t>4. Тарифы, демо-доступ и оплата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_Toc243919851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10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6611A330" w14:textId="1E031871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52" w:history="1">
        <w:r w:rsidRPr="00BD4104">
          <w:rPr>
            <w:rStyle w:val="aff8"/>
            <w:noProof/>
            <w:sz w:val="18"/>
          </w:rPr>
          <w:t>5. Кабинет: общая логика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_Toc243919852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12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4DAE4FEA" w14:textId="29CB82A6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53" w:history="1">
        <w:r w:rsidRPr="00BD4104">
          <w:rPr>
            <w:rStyle w:val="aff8"/>
            <w:noProof/>
            <w:sz w:val="18"/>
          </w:rPr>
          <w:t>6. Создание соревнования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_Toc243919853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15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333C97EE" w14:textId="3DD4FB49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54" w:history="1">
        <w:r w:rsidRPr="00BD4104">
          <w:rPr>
            <w:rStyle w:val="aff8"/>
            <w:noProof/>
            <w:sz w:val="18"/>
          </w:rPr>
          <w:t>7. Программа соревнования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_Toc243919854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18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369D49B9" w14:textId="43481261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55" w:history="1">
        <w:r w:rsidRPr="00BD4104">
          <w:rPr>
            <w:rStyle w:val="aff8"/>
            <w:noProof/>
            <w:sz w:val="18"/>
          </w:rPr>
          <w:t>8. Заявки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_Toc243919855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21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4B2203E4" w14:textId="79CFA1D9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56" w:history="1">
        <w:r w:rsidRPr="00BD4104">
          <w:rPr>
            <w:rStyle w:val="aff8"/>
            <w:noProof/>
            <w:sz w:val="18"/>
          </w:rPr>
          <w:t>9. Распределение заплывов (seed)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_Toc243919856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26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72FC18D1" w14:textId="1E56650E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57" w:history="1">
        <w:r w:rsidRPr="00BD4104">
          <w:rPr>
            <w:rStyle w:val="aff8"/>
            <w:noProof/>
            <w:sz w:val="18"/>
          </w:rPr>
          <w:t>10. Судейство: пульт, стартер, хронометристы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_Toc243919857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28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4C5105B5" w14:textId="0D29912A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58" w:history="1">
        <w:r w:rsidRPr="00BD4104">
          <w:rPr>
            <w:rStyle w:val="aff8"/>
            <w:noProof/>
            <w:sz w:val="18"/>
          </w:rPr>
          <w:t>11. Результаты и зачёт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_Toc243919858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44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5B54CD4A" w14:textId="25FDE188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59" w:history="1">
        <w:r w:rsidRPr="00BD4104">
          <w:rPr>
            <w:rStyle w:val="aff8"/>
            <w:noProof/>
            <w:sz w:val="18"/>
          </w:rPr>
          <w:t>12. Протоколы и документы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_Toc243919859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48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5F54763C" w14:textId="2DE35684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60" w:history="1">
        <w:r w:rsidRPr="00BD4104">
          <w:rPr>
            <w:rStyle w:val="aff8"/>
            <w:noProof/>
            <w:sz w:val="18"/>
          </w:rPr>
          <w:t>13. Публикация и онлайн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_Toc243919860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57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4648BA48" w14:textId="603E2F23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61" w:history="1">
        <w:r w:rsidRPr="00BD4104">
          <w:rPr>
            <w:rStyle w:val="aff8"/>
            <w:noProof/>
            <w:sz w:val="18"/>
          </w:rPr>
          <w:t>14. Награждение и дипломы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_Toc243919861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61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6F1F37DE" w14:textId="1C02D8C9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62" w:history="1">
        <w:r w:rsidRPr="00BD4104">
          <w:rPr>
            <w:rStyle w:val="aff8"/>
            <w:noProof/>
            <w:sz w:val="18"/>
          </w:rPr>
          <w:t>15. Оплата взносов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_Toc243919862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66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1BAF2614" w14:textId="13F57197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63" w:history="1">
        <w:r w:rsidRPr="00BD4104">
          <w:rPr>
            <w:rStyle w:val="aff8"/>
            <w:noProof/>
            <w:sz w:val="18"/>
          </w:rPr>
          <w:t>16. Брендирование и медиа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_Toc243919863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67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29548C6F" w14:textId="7FEA787A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64" w:history="1">
        <w:r w:rsidRPr="00BD4104">
          <w:rPr>
            <w:rStyle w:val="aff8"/>
            <w:noProof/>
            <w:sz w:val="18"/>
          </w:rPr>
          <w:t>17. Публикация и локальная версия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_Toc243919864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68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2B9C3686" w14:textId="7339F16B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65" w:history="1">
        <w:r w:rsidRPr="00BD4104">
          <w:rPr>
            <w:rStyle w:val="aff8"/>
            <w:noProof/>
            <w:sz w:val="18"/>
          </w:rPr>
          <w:t>18. Данные, безопасность и резервные копии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_Toc243919865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70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22E46F00" w14:textId="0E907E40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66" w:history="1">
        <w:r w:rsidRPr="00BD4104">
          <w:rPr>
            <w:rStyle w:val="aff8"/>
            <w:noProof/>
            <w:sz w:val="18"/>
          </w:rPr>
          <w:t>19. Частые ошибки и решения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_Toc243919866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70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30830EF2" w14:textId="2A7187DC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67" w:history="1">
        <w:r w:rsidRPr="00BD4104">
          <w:rPr>
            <w:rStyle w:val="aff8"/>
            <w:noProof/>
            <w:sz w:val="18"/>
          </w:rPr>
          <w:t>20. Чек-листы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_Toc243919867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71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2EE11961" w14:textId="3B18CE9B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68" w:history="1">
        <w:r w:rsidRPr="00BD4104">
          <w:rPr>
            <w:rStyle w:val="aff8"/>
            <w:noProof/>
            <w:sz w:val="18"/>
          </w:rPr>
          <w:t>21. Глоссарий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_Toc243919868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72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0C977250" w14:textId="70C041DC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69" w:history="1">
        <w:r w:rsidRPr="00BD4104">
          <w:rPr>
            <w:rStyle w:val="aff8"/>
            <w:noProof/>
            <w:sz w:val="18"/>
          </w:rPr>
          <w:t>22. Поддержка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_Toc243919869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72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290912E6" w14:textId="6E75B977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70" w:history="1">
        <w:r w:rsidRPr="00BD4104">
          <w:rPr>
            <w:rStyle w:val="aff8"/>
            <w:noProof/>
            <w:sz w:val="18"/>
          </w:rPr>
          <w:t>23. Вопросы перед покупкой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_Toc243919870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72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5C26BEFF" w14:textId="539F158D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71" w:history="1">
        <w:r w:rsidRPr="00BD4104">
          <w:rPr>
            <w:rStyle w:val="aff8"/>
            <w:noProof/>
            <w:sz w:val="18"/>
          </w:rPr>
          <w:t>24. Готовы провести следующий старт?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_Toc243919871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73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557A1460" w14:textId="3F2167B2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72" w:history="1">
        <w:r w:rsidRPr="00BD4104">
          <w:rPr>
            <w:rStyle w:val="aff8"/>
            <w:noProof/>
            <w:sz w:val="18"/>
          </w:rPr>
          <w:t>25. Приложение A. Чек-листы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_Toc243919872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74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476C9B9D" w14:textId="66514671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73" w:history="1">
        <w:r w:rsidRPr="00BD4104">
          <w:rPr>
            <w:rStyle w:val="aff8"/>
            <w:noProof/>
            <w:sz w:val="18"/>
          </w:rPr>
          <w:t>26. Приложение B. Частые вопросы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_Toc243919873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75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2C9AAFBA" w14:textId="273B4D97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74" w:history="1">
        <w:r w:rsidRPr="00BD4104">
          <w:rPr>
            <w:rStyle w:val="aff8"/>
            <w:noProof/>
            <w:sz w:val="18"/>
          </w:rPr>
          <w:t>27. Приложение C. Роли и зоны ответственности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_Toc243919874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76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4554364E" w14:textId="7E2364E9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75" w:history="1">
        <w:r w:rsidRPr="00BD4104">
          <w:rPr>
            <w:rStyle w:val="aff8"/>
            <w:noProof/>
            <w:sz w:val="18"/>
          </w:rPr>
          <w:t>28. Приложение D. План подготовки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_Toc243919875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76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4AB42FF8" w14:textId="2AAFB158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76" w:history="1">
        <w:r w:rsidRPr="00BD4104">
          <w:rPr>
            <w:rStyle w:val="aff8"/>
            <w:noProof/>
            <w:sz w:val="18"/>
          </w:rPr>
          <w:t>29. Приложение E. Быстрый справочник действий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_Toc243919876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77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7DA10A91" w14:textId="43CE782C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77" w:history="1">
        <w:r w:rsidRPr="00BD4104">
          <w:rPr>
            <w:rStyle w:val="aff8"/>
            <w:noProof/>
            <w:sz w:val="18"/>
          </w:rPr>
          <w:t>30. Приложение F. Словарь полей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_Toc243919877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78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261F55D6" w14:textId="57DEF467" w:rsidR="00BD4104" w:rsidRPr="00BD4104" w:rsidRDefault="00BD4104" w:rsidP="00BD4104">
      <w:pPr>
        <w:pStyle w:val="2c"/>
        <w:tabs>
          <w:tab w:val="right" w:leader="dot" w:pos="9628"/>
        </w:tabs>
        <w:spacing w:after="0" w:line="240" w:lineRule="auto"/>
        <w:rPr>
          <w:rFonts w:asciiTheme="minorHAnsi" w:hAnsiTheme="minorHAnsi"/>
          <w:noProof/>
          <w:color w:val="auto"/>
          <w:kern w:val="2"/>
          <w:sz w:val="18"/>
          <w:szCs w:val="24"/>
          <w:lang w:val="ru-RU" w:eastAsia="ru-RU"/>
          <w14:ligatures w14:val="standardContextual"/>
        </w:rPr>
      </w:pPr>
      <w:hyperlink w:anchor="_Toc243919878" w:history="1">
        <w:r w:rsidRPr="00BD4104">
          <w:rPr>
            <w:rStyle w:val="aff8"/>
            <w:noProof/>
            <w:sz w:val="18"/>
          </w:rPr>
          <w:t>31. Приложение G. Схема судейской бригады</w:t>
        </w:r>
        <w:r w:rsidRPr="00BD4104">
          <w:rPr>
            <w:noProof/>
            <w:webHidden/>
            <w:sz w:val="18"/>
          </w:rPr>
          <w:tab/>
        </w:r>
        <w:r w:rsidRPr="00BD4104">
          <w:rPr>
            <w:noProof/>
            <w:webHidden/>
            <w:sz w:val="18"/>
          </w:rPr>
          <w:fldChar w:fldCharType="begin"/>
        </w:r>
        <w:r w:rsidRPr="00BD4104">
          <w:rPr>
            <w:noProof/>
            <w:webHidden/>
            <w:sz w:val="18"/>
          </w:rPr>
          <w:instrText xml:space="preserve"> PAGEREF _Toc243919878 \h </w:instrText>
        </w:r>
        <w:r w:rsidRPr="00BD4104">
          <w:rPr>
            <w:noProof/>
            <w:webHidden/>
            <w:sz w:val="18"/>
          </w:rPr>
        </w:r>
        <w:r w:rsidRPr="00BD4104">
          <w:rPr>
            <w:noProof/>
            <w:webHidden/>
            <w:sz w:val="18"/>
          </w:rPr>
          <w:fldChar w:fldCharType="separate"/>
        </w:r>
        <w:r w:rsidRPr="00BD4104">
          <w:rPr>
            <w:noProof/>
            <w:webHidden/>
            <w:sz w:val="18"/>
          </w:rPr>
          <w:t>78</w:t>
        </w:r>
        <w:r w:rsidRPr="00BD4104">
          <w:rPr>
            <w:noProof/>
            <w:webHidden/>
            <w:sz w:val="18"/>
          </w:rPr>
          <w:fldChar w:fldCharType="end"/>
        </w:r>
      </w:hyperlink>
    </w:p>
    <w:p w14:paraId="2D2562C3" w14:textId="1B2CC1A5" w:rsidR="0087771C" w:rsidRDefault="00CE4A25" w:rsidP="00BD4104">
      <w:pPr>
        <w:spacing w:after="0" w:line="240" w:lineRule="auto"/>
      </w:pPr>
      <w:r w:rsidRPr="00BD4104">
        <w:rPr>
          <w:sz w:val="18"/>
        </w:rPr>
        <w:fldChar w:fldCharType="end"/>
      </w:r>
    </w:p>
    <w:p w14:paraId="0E4A9AD9" w14:textId="77777777" w:rsidR="0087771C" w:rsidRDefault="00CE4A25">
      <w:pPr>
        <w:pageBreakBefore/>
      </w:pPr>
      <w:r>
        <w:rPr>
          <w:b/>
        </w:rPr>
        <w:lastRenderedPageBreak/>
        <w:t>Платформа соревнований по плаванию · energowave.ru · редакция 2026.10</w:t>
      </w:r>
    </w:p>
    <w:p w14:paraId="5F233FA9" w14:textId="77777777" w:rsidR="0087771C" w:rsidRDefault="00CE4A25">
      <w:r>
        <w:t>Это практическое руководство для организаторов: от первой заявки до готовых протоколов, дипломов и публикации результатов в интернете. Руководство описывает все основные разделы личного кабинета и объясняет, как платформа экономит время судейской бригады и секретариата.</w:t>
      </w:r>
    </w:p>
    <w:p w14:paraId="664E2583" w14:textId="77777777" w:rsidR="0087771C" w:rsidRDefault="00CE4A25">
      <w:pPr>
        <w:pStyle w:val="31"/>
      </w:pPr>
      <w:r>
        <w:t>Предисловие: что такое премиальный соревновательный сервис</w:t>
      </w:r>
    </w:p>
    <w:p w14:paraId="5F01FABD" w14:textId="77777777" w:rsidR="0087771C" w:rsidRDefault="00CE4A25">
      <w:r>
        <w:t>Премиальный сервис в плавании — это не мраморный лендинг и не слово «premium» в тарифе. Это предсказуемость: заявка, стартовый лист, результат, протокол и награда приходят вовремя, в правильном формате и без ручной сборки. Соревнование состоит из десятков процессов, которые должны сойтись до секунды; премиальность — когда они сходятся.</w:t>
      </w:r>
    </w:p>
    <w:p w14:paraId="69FD10EE" w14:textId="77777777" w:rsidR="0087771C" w:rsidRDefault="00CE4A25">
      <w:r>
        <w:t xml:space="preserve">«На волне» — самостоятельная система полного цикла. Она не требует внешней программы, чтобы провести соревнование: программа, заявки, посев, судейский пульт, хронометраж, результаты, протоколы и онлайн работают внутри платформы. Импорт и экспорт Lenex </w:t>
      </w:r>
      <w:r>
        <w:rPr>
          <w:rFonts w:ascii="Consolas" w:hAnsi="Consolas"/>
          <w:color w:val="0E6E86"/>
          <w:sz w:val="21"/>
        </w:rPr>
        <w:t>.lxf</w:t>
      </w:r>
      <w:r>
        <w:t>, Excel и CSV — это дополнительные возможности для обмена, а не условие работы. Если у вас уже есть своя система, вы можете обменяться файлами; если нет — весь цикл закрывается здесь.</w:t>
      </w:r>
    </w:p>
    <w:p w14:paraId="2C7F665C" w14:textId="77777777" w:rsidR="0087771C" w:rsidRDefault="00CE4A25">
      <w:r>
        <w:t xml:space="preserve">Судейский пульт — отдельная ссылка-токен, которая открывается на планшете судьи без логина организатора. Время вводится цифрами, как в профессиональных системах: </w:t>
      </w:r>
      <w:r>
        <w:rPr>
          <w:rFonts w:ascii="Consolas" w:hAnsi="Consolas"/>
          <w:color w:val="0E6E86"/>
          <w:sz w:val="21"/>
        </w:rPr>
        <w:t>2834</w:t>
      </w:r>
      <w:r>
        <w:t xml:space="preserve"> превращается в </w:t>
      </w:r>
      <w:r>
        <w:rPr>
          <w:rFonts w:ascii="Consolas" w:hAnsi="Consolas"/>
          <w:color w:val="0E6E86"/>
          <w:sz w:val="21"/>
        </w:rPr>
        <w:t>28.34</w:t>
      </w:r>
      <w:r>
        <w:t xml:space="preserve">, </w:t>
      </w:r>
      <w:r>
        <w:rPr>
          <w:rFonts w:ascii="Consolas" w:hAnsi="Consolas"/>
          <w:color w:val="0E6E86"/>
          <w:sz w:val="21"/>
        </w:rPr>
        <w:t>034567</w:t>
      </w:r>
      <w:r>
        <w:t xml:space="preserve"> — в </w:t>
      </w:r>
      <w:r>
        <w:rPr>
          <w:rFonts w:ascii="Consolas" w:hAnsi="Consolas"/>
          <w:color w:val="0E6E86"/>
          <w:sz w:val="21"/>
        </w:rPr>
        <w:t>3:45.67</w:t>
      </w:r>
      <w:r>
        <w:t>. R.T., отсечки, OK/DNS/DNF/DSQ с причиной нарушения, утверждение заплыва и статус «результат официальный» — в одном экране, доступном с телефона.</w:t>
      </w:r>
    </w:p>
    <w:p w14:paraId="2E86A07A" w14:textId="77777777" w:rsidR="0087771C" w:rsidRDefault="00CE4A25">
      <w:r>
        <w:t>Документы и награды рождаются из данных, а не из редактора. Протоколы — заявочный, стартовый, итоговый, технический, дисквалификации, отсечки, медальный и командный зачёт, бланки хронометристов — выгружаются в HTML, PDF, XLSX и DOCX с местами для подписей. Разряды по нормативам ЕВСК считаются из времени, бассейна и возраста; дипломы собираются из тех же результатов, без повторного набора.</w:t>
      </w:r>
    </w:p>
    <w:p w14:paraId="7DC745FA" w14:textId="77777777" w:rsidR="0087771C" w:rsidRDefault="00CE4A25">
      <w:r>
        <w:t>Онлайн перестаёт быть проектом. Публичная страница с программой и положением, приём заявок по ссылке или QR, live-табло, TV-табло и страница протоколов уже размещены на платформе — без FTP, вёрстки и ночных обновлений. Организатор и секретариат занимаются спортом и судейством, а не переносом цифр между файлами. Это и есть премиальный уровень: в день старта никто не сомневается, что документы сойдутся.</w:t>
      </w:r>
    </w:p>
    <w:p w14:paraId="60D489F8" w14:textId="77777777" w:rsidR="0087771C" w:rsidRDefault="00CE4A25">
      <w:pPr>
        <w:pStyle w:val="21"/>
      </w:pPr>
      <w:bookmarkStart w:id="0" w:name="_Toc243919848"/>
      <w:r>
        <w:t>1. Почему «На волне»</w:t>
      </w:r>
      <w:bookmarkEnd w:id="0"/>
    </w:p>
    <w:p w14:paraId="54BDDC90" w14:textId="77777777" w:rsidR="0087771C" w:rsidRDefault="00CE4A25">
      <w:r>
        <w:t>«На волне» — не только форма приёма заявок и не только таблица результатов. Это полный цикл соревнования в одном браузере: заявки, программа, заплывы, судейский пульт, хронометраж, протоколы, дипломы, онлайн-табло и оплата.</w:t>
      </w:r>
    </w:p>
    <w:p w14:paraId="12C3689E" w14:textId="77777777" w:rsidR="0087771C" w:rsidRDefault="00CE4A25">
      <w:pPr>
        <w:pStyle w:val="31"/>
      </w:pPr>
      <w:r>
        <w:lastRenderedPageBreak/>
        <w:t>1.1. Полный цикл без внешних зависимостей</w:t>
      </w:r>
    </w:p>
    <w:p w14:paraId="6D9122E1" w14:textId="77777777" w:rsidR="0087771C" w:rsidRDefault="00CE4A25">
      <w:r>
        <w:t>Платформа самодостаточна: для проведения соревнования не нужна сторонняя программа, установка на компьютер или отдельный сервер в бассейне.</w:t>
      </w:r>
    </w:p>
    <w:p w14:paraId="73F3F564" w14:textId="77777777" w:rsidR="0087771C" w:rsidRDefault="00CE4A25">
      <w:pPr>
        <w:pStyle w:val="a0"/>
      </w:pPr>
      <w:r>
        <w:rPr>
          <w:b/>
        </w:rPr>
        <w:t>Своя программа</w:t>
      </w:r>
      <w:r>
        <w:t xml:space="preserve"> — генератор дисциплин, сессии, возрастные группы, номера и стартовые взносы.</w:t>
      </w:r>
    </w:p>
    <w:p w14:paraId="7119EDA5" w14:textId="77777777" w:rsidR="0087771C" w:rsidRDefault="00CE4A25">
      <w:pPr>
        <w:pStyle w:val="a0"/>
      </w:pPr>
      <w:r>
        <w:rPr>
          <w:b/>
        </w:rPr>
        <w:t>Свои заявки</w:t>
      </w:r>
      <w:r>
        <w:t xml:space="preserve"> — личные, командные, файлом, ручные; проверки и статусы.</w:t>
      </w:r>
    </w:p>
    <w:p w14:paraId="0ABEB793" w14:textId="77777777" w:rsidR="0087771C" w:rsidRDefault="00CE4A25">
      <w:pPr>
        <w:pStyle w:val="a0"/>
      </w:pPr>
      <w:r>
        <w:rPr>
          <w:b/>
        </w:rPr>
        <w:t>Свой посев</w:t>
      </w:r>
      <w:r>
        <w:t xml:space="preserve"> — заплывы и дорожки по правилам, с учётом NT и заявочных времён.</w:t>
      </w:r>
    </w:p>
    <w:p w14:paraId="519533C8" w14:textId="77777777" w:rsidR="0087771C" w:rsidRDefault="00CE4A25">
      <w:pPr>
        <w:pStyle w:val="a0"/>
      </w:pPr>
      <w:r>
        <w:rPr>
          <w:b/>
        </w:rPr>
        <w:t>Свой пульт</w:t>
      </w:r>
      <w:r>
        <w:t xml:space="preserve"> — ввод времени, R.T., отсечек, статусов и DSQ прямо в браузере.</w:t>
      </w:r>
    </w:p>
    <w:p w14:paraId="63F04E08" w14:textId="77777777" w:rsidR="0087771C" w:rsidRDefault="00CE4A25">
      <w:pPr>
        <w:pStyle w:val="a0"/>
      </w:pPr>
      <w:r>
        <w:rPr>
          <w:b/>
        </w:rPr>
        <w:t>Свой хронометраж</w:t>
      </w:r>
      <w:r>
        <w:t xml:space="preserve"> — телефон хронометриста и отдельный пульт стартера, без покупки секундомеров.</w:t>
      </w:r>
    </w:p>
    <w:p w14:paraId="14EE6299" w14:textId="77777777" w:rsidR="0087771C" w:rsidRDefault="00CE4A25">
      <w:pPr>
        <w:pStyle w:val="a0"/>
      </w:pPr>
      <w:r>
        <w:rPr>
          <w:b/>
        </w:rPr>
        <w:t>Свои протоколы</w:t>
      </w:r>
      <w:r>
        <w:t xml:space="preserve"> — заявочные, стартовые, итоговые, технические, DQ, отсечки и судейские формы.</w:t>
      </w:r>
    </w:p>
    <w:p w14:paraId="18494B52" w14:textId="77777777" w:rsidR="0087771C" w:rsidRDefault="00CE4A25">
      <w:pPr>
        <w:pStyle w:val="a0"/>
      </w:pPr>
      <w:r>
        <w:rPr>
          <w:b/>
        </w:rPr>
        <w:t>Свои дипломы</w:t>
      </w:r>
      <w:r>
        <w:t xml:space="preserve"> — 5 стилей A4, конструктор, печать, подпись и QR.</w:t>
      </w:r>
    </w:p>
    <w:p w14:paraId="4EDB440F" w14:textId="77777777" w:rsidR="0087771C" w:rsidRDefault="00CE4A25">
      <w:pPr>
        <w:pStyle w:val="a0"/>
      </w:pPr>
      <w:r>
        <w:rPr>
          <w:b/>
        </w:rPr>
        <w:t>Свой онлайн</w:t>
      </w:r>
      <w:r>
        <w:t xml:space="preserve"> — публичная страница, live-табло и TV-экран.</w:t>
      </w:r>
    </w:p>
    <w:p w14:paraId="4CCEC0ED" w14:textId="77777777" w:rsidR="0087771C" w:rsidRDefault="00CE4A25">
      <w:r>
        <w:rPr>
          <w:b/>
        </w:rPr>
        <w:t>Обмен файлами — это бонус, а не зависимость.</w:t>
      </w:r>
      <w:r>
        <w:t xml:space="preserve"> Если у вас уже есть внешняя система, платформа умеет принимать и отдавать Lenex 3.0 </w:t>
      </w:r>
      <w:r>
        <w:rPr>
          <w:rFonts w:ascii="Consolas" w:hAnsi="Consolas"/>
          <w:color w:val="0E6E86"/>
          <w:sz w:val="21"/>
        </w:rPr>
        <w:t>.lxf</w:t>
      </w:r>
      <w:r>
        <w:t>, Excel и CSV. Если внешней системы нет, весь цикл остаётся внутри «На волне». Данные не запираются: их можно выгрузить в любой момент.</w:t>
      </w:r>
    </w:p>
    <w:p w14:paraId="32CC16E5" w14:textId="77777777" w:rsidR="0087771C" w:rsidRDefault="00CE4A25">
      <w:pPr>
        <w:pStyle w:val="31"/>
      </w:pPr>
      <w:r>
        <w:t>1.1.1. Файловый обмен с Meet Manager</w:t>
      </w:r>
    </w:p>
    <w:p w14:paraId="5A971E04" w14:textId="77777777" w:rsidR="0087771C" w:rsidRDefault="00CE4A25">
      <w:r>
        <w:t xml:space="preserve">Если секретариат уже работает в </w:t>
      </w:r>
      <w:r>
        <w:rPr>
          <w:b/>
        </w:rPr>
        <w:t>Hy-Tek Meet Manager</w:t>
      </w:r>
      <w:r>
        <w:t xml:space="preserve"> или другой системе с поддержкой Lenex, «На волне» встраивается в этот процесс без замены инструмента:</w:t>
      </w:r>
    </w:p>
    <w:p w14:paraId="72675C96" w14:textId="77777777" w:rsidR="0087771C" w:rsidRDefault="00CE4A25">
      <w:pPr>
        <w:pStyle w:val="a0"/>
      </w:pPr>
      <w:r>
        <w:rPr>
          <w:b/>
        </w:rPr>
        <w:t>Импорт `.lxf`</w:t>
      </w:r>
      <w:r>
        <w:t xml:space="preserve"> — программа и заявки из Meet Manager загружаются в платформу.</w:t>
      </w:r>
    </w:p>
    <w:p w14:paraId="0257DE3B" w14:textId="77777777" w:rsidR="0087771C" w:rsidRDefault="00CE4A25">
      <w:pPr>
        <w:pStyle w:val="a0"/>
      </w:pPr>
      <w:r>
        <w:rPr>
          <w:b/>
        </w:rPr>
        <w:t>Экспорт `.lxf`</w:t>
      </w:r>
      <w:r>
        <w:t xml:space="preserve"> — заявки, стартовые листы и результаты выгружаются обратно.</w:t>
      </w:r>
    </w:p>
    <w:p w14:paraId="7FF53B19" w14:textId="77777777" w:rsidR="0087771C" w:rsidRDefault="00CE4A25">
      <w:pPr>
        <w:pStyle w:val="a0"/>
      </w:pPr>
      <w:r>
        <w:rPr>
          <w:b/>
        </w:rPr>
        <w:t>Excel/CSV</w:t>
      </w:r>
      <w:r>
        <w:t xml:space="preserve"> — запасной формат для таблиц и ручных списков.</w:t>
      </w:r>
    </w:p>
    <w:p w14:paraId="7DE91ABA" w14:textId="77777777" w:rsidR="0087771C" w:rsidRDefault="00CE4A25">
      <w:pPr>
        <w:pStyle w:val="a0"/>
      </w:pPr>
      <w:r>
        <w:rPr>
          <w:b/>
        </w:rPr>
        <w:t>Без двойного ввода</w:t>
      </w:r>
      <w:r>
        <w:t xml:space="preserve"> — один и тот же стартовый список не нужно собирать дважды.</w:t>
      </w:r>
    </w:p>
    <w:p w14:paraId="72B35105" w14:textId="77777777" w:rsidR="0087771C" w:rsidRDefault="00CE4A25">
      <w:r>
        <w:t>При этом платформа остаётся самостоятельной: обмен с Meet Manager — это опция для тех, кому она нужна, а не обязательное условие проведения старта.</w:t>
      </w:r>
    </w:p>
    <w:p w14:paraId="64382BF8" w14:textId="77777777" w:rsidR="0087771C" w:rsidRDefault="00CE4A25">
      <w:pPr>
        <w:pStyle w:val="31"/>
      </w:pPr>
      <w:r>
        <w:t>1.2. Полный цикл в одном сервисе</w:t>
      </w:r>
    </w:p>
    <w:p w14:paraId="59FBAC5F" w14:textId="77777777" w:rsidR="0087771C" w:rsidRDefault="00CE4A25">
      <w:pPr>
        <w:ind w:left="255"/>
      </w:pPr>
      <w:r>
        <w:t>1. Создать соревнование и опубликовать страницу.</w:t>
      </w:r>
    </w:p>
    <w:p w14:paraId="2710AC34" w14:textId="77777777" w:rsidR="0087771C" w:rsidRDefault="00CE4A25">
      <w:pPr>
        <w:ind w:left="255"/>
      </w:pPr>
      <w:r>
        <w:t>2. Принять личные, командные и файловые заявки.</w:t>
      </w:r>
    </w:p>
    <w:p w14:paraId="45AB0BC0" w14:textId="77777777" w:rsidR="0087771C" w:rsidRDefault="00CE4A25">
      <w:pPr>
        <w:ind w:left="255"/>
      </w:pPr>
      <w:r>
        <w:t>3. Сгенерировать программу и возрастные группы.</w:t>
      </w:r>
    </w:p>
    <w:p w14:paraId="4DEE9BD1" w14:textId="77777777" w:rsidR="0087771C" w:rsidRDefault="00CE4A25">
      <w:pPr>
        <w:ind w:left="255"/>
      </w:pPr>
      <w:r>
        <w:t>4. Распределить заплывы и дорожки по правилам.</w:t>
      </w:r>
    </w:p>
    <w:p w14:paraId="55DC7D50" w14:textId="77777777" w:rsidR="0087771C" w:rsidRDefault="00CE4A25">
      <w:pPr>
        <w:ind w:left="255"/>
      </w:pPr>
      <w:r>
        <w:t>5. Провести старты с телефонов-секундомеров и судейского пульта.</w:t>
      </w:r>
    </w:p>
    <w:p w14:paraId="06C03E7B" w14:textId="77777777" w:rsidR="0087771C" w:rsidRDefault="00CE4A25">
      <w:pPr>
        <w:ind w:left="255"/>
      </w:pPr>
      <w:r>
        <w:t>6. Получить места, разряды, командный зачёт и протоколы.</w:t>
      </w:r>
    </w:p>
    <w:p w14:paraId="1829B50D" w14:textId="77777777" w:rsidR="0087771C" w:rsidRDefault="00CE4A25">
      <w:pPr>
        <w:ind w:left="255"/>
      </w:pPr>
      <w:r>
        <w:lastRenderedPageBreak/>
        <w:t>7. Автоматически сформировать дипломы.</w:t>
      </w:r>
    </w:p>
    <w:p w14:paraId="13136853" w14:textId="77777777" w:rsidR="0087771C" w:rsidRDefault="00CE4A25">
      <w:pPr>
        <w:ind w:left="255"/>
      </w:pPr>
      <w:r>
        <w:t>8. Опубликовать результаты, live-табло, TV-экран и протоколы.</w:t>
      </w:r>
    </w:p>
    <w:p w14:paraId="6A95FF42" w14:textId="77777777" w:rsidR="0087771C" w:rsidRDefault="00CE4A25">
      <w:pPr>
        <w:ind w:left="255"/>
      </w:pPr>
      <w:r>
        <w:t>9. Выгрузить данные в Excel или Lenex — при необходимости.</w:t>
      </w:r>
    </w:p>
    <w:p w14:paraId="176E6F48" w14:textId="77777777" w:rsidR="0087771C" w:rsidRDefault="00CE4A25">
      <w:pPr>
        <w:pStyle w:val="31"/>
      </w:pPr>
      <w:r>
        <w:t>1.3. Что получает организатор</w:t>
      </w:r>
    </w:p>
    <w:p w14:paraId="02AFCAA4" w14:textId="77777777" w:rsidR="0087771C" w:rsidRDefault="00CE4A25">
      <w:pPr>
        <w:pStyle w:val="a0"/>
      </w:pPr>
      <w:r>
        <w:rPr>
          <w:b/>
        </w:rPr>
        <w:t>Один кабинет вместо пяти программ</w:t>
      </w:r>
      <w:r>
        <w:t xml:space="preserve"> — заявки, сетка, хронометраж, протоколы и дипломы связаны между собой.</w:t>
      </w:r>
    </w:p>
    <w:p w14:paraId="2CFDB2DF" w14:textId="77777777" w:rsidR="0087771C" w:rsidRDefault="00CE4A25">
      <w:pPr>
        <w:pStyle w:val="a0"/>
      </w:pPr>
      <w:r>
        <w:rPr>
          <w:b/>
        </w:rPr>
        <w:t>Судейский пульт без установки</w:t>
      </w:r>
      <w:r>
        <w:t xml:space="preserve"> — открывается на ноутбуке, планшете или телефоне по ссылке с токеном.</w:t>
      </w:r>
    </w:p>
    <w:p w14:paraId="1BC3DED2" w14:textId="77777777" w:rsidR="0087771C" w:rsidRDefault="00CE4A25">
      <w:pPr>
        <w:pStyle w:val="a0"/>
      </w:pPr>
      <w:r>
        <w:rPr>
          <w:b/>
        </w:rPr>
        <w:t>Телефоны как секундомеры</w:t>
      </w:r>
      <w:r>
        <w:t xml:space="preserve"> — хронометристы подключаются по QR, стартер запускает заплыв со своего телефона.</w:t>
      </w:r>
    </w:p>
    <w:p w14:paraId="4447E58C" w14:textId="77777777" w:rsidR="0087771C" w:rsidRDefault="00CE4A25">
      <w:pPr>
        <w:pStyle w:val="a0"/>
      </w:pPr>
      <w:r>
        <w:rPr>
          <w:b/>
        </w:rPr>
        <w:t>Автоматические дипломы</w:t>
      </w:r>
      <w:r>
        <w:t xml:space="preserve"> — PDF призёров формируется сразу после утверждения последнего заплыва дисциплины.</w:t>
      </w:r>
    </w:p>
    <w:p w14:paraId="153DFBBC" w14:textId="77777777" w:rsidR="0087771C" w:rsidRDefault="00CE4A25">
      <w:pPr>
        <w:pStyle w:val="a0"/>
      </w:pPr>
      <w:r>
        <w:rPr>
          <w:b/>
        </w:rPr>
        <w:t>Прозрачные результаты</w:t>
      </w:r>
      <w:r>
        <w:t xml:space="preserve"> — участник видит свой результат, место, разряд и протокол.</w:t>
      </w:r>
    </w:p>
    <w:p w14:paraId="05EF26E7" w14:textId="77777777" w:rsidR="0087771C" w:rsidRDefault="00CE4A25">
      <w:pPr>
        <w:pStyle w:val="a0"/>
      </w:pPr>
      <w:r>
        <w:rPr>
          <w:b/>
        </w:rPr>
        <w:t>Меньше ручной работы</w:t>
      </w:r>
      <w:r>
        <w:t xml:space="preserve"> — утвердили заплыв, система сама посчитала места и подготовила документы.</w:t>
      </w:r>
    </w:p>
    <w:p w14:paraId="42B429F5" w14:textId="77777777" w:rsidR="0087771C" w:rsidRDefault="00CE4A25">
      <w:pPr>
        <w:pStyle w:val="a0"/>
      </w:pPr>
      <w:r>
        <w:rPr>
          <w:b/>
        </w:rPr>
        <w:t>Публичная страница соревнования</w:t>
      </w:r>
      <w:r>
        <w:t xml:space="preserve"> — красивый лендинг с программой, результатами, протоколами, галереей и поиском дипломов.</w:t>
      </w:r>
    </w:p>
    <w:p w14:paraId="14BA8522" w14:textId="77777777" w:rsidR="0087771C" w:rsidRDefault="00CE4A25">
      <w:pPr>
        <w:pStyle w:val="a0"/>
      </w:pPr>
      <w:r>
        <w:rPr>
          <w:b/>
        </w:rPr>
        <w:t>Брендирование</w:t>
      </w:r>
      <w:r>
        <w:t xml:space="preserve"> — логотип, обложка, цвета, спонсоры; для турниров доступен white-label.</w:t>
      </w:r>
    </w:p>
    <w:p w14:paraId="529216C2" w14:textId="77777777" w:rsidR="0087771C" w:rsidRDefault="00CE4A25">
      <w:pPr>
        <w:pStyle w:val="a0"/>
      </w:pPr>
      <w:r>
        <w:rPr>
          <w:b/>
        </w:rPr>
        <w:t>Оплата взносов</w:t>
      </w:r>
      <w:r>
        <w:t xml:space="preserve"> — можно принимать самостоятельно без комиссии или включить приём через платформу.</w:t>
      </w:r>
    </w:p>
    <w:p w14:paraId="497FED2A" w14:textId="77777777" w:rsidR="0087771C" w:rsidRDefault="00CE4A25">
      <w:pPr>
        <w:pStyle w:val="a0"/>
      </w:pPr>
      <w:r>
        <w:rPr>
          <w:b/>
        </w:rPr>
        <w:t>Данные не теряются</w:t>
      </w:r>
      <w:r>
        <w:t xml:space="preserve"> — резервные копии, экспорт, локальная версия на случай проблем с интернетом.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87771C" w14:paraId="1ED2FEE4" w14:textId="77777777">
        <w:trPr>
          <w:tblHeader/>
          <w:jc w:val="center"/>
        </w:trPr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BBA322F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Что берёт на себя «На волне»</w:t>
            </w:r>
          </w:p>
        </w:tc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1240B51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Что остаётся человеку</w:t>
            </w:r>
          </w:p>
        </w:tc>
      </w:tr>
      <w:tr w:rsidR="0087771C" w14:paraId="54DC4006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F8929D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Программа, сессии и возрастные группы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C174C6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Утвердить регламент и возрастные брекеты</w:t>
            </w:r>
          </w:p>
        </w:tc>
      </w:tr>
      <w:tr w:rsidR="0087771C" w14:paraId="1CD59A2F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091103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Приём заявок и проверки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827758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Решить спорные случаи допуска</w:t>
            </w:r>
          </w:p>
        </w:tc>
      </w:tr>
      <w:tr w:rsidR="0087771C" w14:paraId="4C918351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988CF9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Посев заплывов и дорожек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08FED5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Проверить посев перед публикацией</w:t>
            </w:r>
          </w:p>
        </w:tc>
      </w:tr>
      <w:tr w:rsidR="0087771C" w14:paraId="34C526CF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5678A4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Время, R.T., отсечки и статусы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031779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Судить в бассейне и принимать решения</w:t>
            </w:r>
          </w:p>
        </w:tc>
      </w:tr>
      <w:tr w:rsidR="0087771C" w14:paraId="5C396566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A6E95F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Места, очки, разряды и зачёт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F7BD22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Рассмотреть апелляции и протесты</w:t>
            </w:r>
          </w:p>
        </w:tc>
      </w:tr>
      <w:tr w:rsidR="0087771C" w14:paraId="58A90014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0F3EE5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Протоколы и судейские бланки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90B7C3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Подписать документы</w:t>
            </w:r>
          </w:p>
        </w:tc>
      </w:tr>
      <w:tr w:rsidR="0087771C" w14:paraId="6E5B8DFB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674DEA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Дипломы из итоговых результатов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C8E68E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Определить, кого и за что награждать</w:t>
            </w:r>
          </w:p>
        </w:tc>
      </w:tr>
      <w:tr w:rsidR="0087771C" w14:paraId="5FE7DDD1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962C022" w14:textId="77777777" w:rsidR="0087771C" w:rsidRDefault="00CE4A25">
            <w:pPr>
              <w:spacing w:after="0"/>
            </w:pPr>
            <w:r>
              <w:rPr>
                <w:sz w:val="18"/>
              </w:rPr>
              <w:t>Публикацию, live, TV и экспорт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C71AC32" w14:textId="77777777" w:rsidR="0087771C" w:rsidRDefault="00CE4A25">
            <w:pPr>
              <w:spacing w:after="0"/>
            </w:pPr>
            <w:r>
              <w:rPr>
                <w:sz w:val="18"/>
              </w:rPr>
              <w:t>Решить, что и когда видно в интернете</w:t>
            </w:r>
          </w:p>
        </w:tc>
      </w:tr>
    </w:tbl>
    <w:p w14:paraId="5D358B3E" w14:textId="77777777" w:rsidR="0087771C" w:rsidRDefault="0087771C">
      <w:pPr>
        <w:spacing w:after="40"/>
      </w:pPr>
    </w:p>
    <w:p w14:paraId="6A2BAE13" w14:textId="77777777" w:rsidR="0087771C" w:rsidRDefault="00CE4A25">
      <w:pPr>
        <w:pStyle w:val="31"/>
      </w:pPr>
      <w:r>
        <w:t>1.4. Кому подходит</w:t>
      </w:r>
    </w:p>
    <w:p w14:paraId="28C205F7" w14:textId="77777777" w:rsidR="0087771C" w:rsidRDefault="00CE4A25">
      <w:pPr>
        <w:pStyle w:val="a0"/>
      </w:pPr>
      <w:r>
        <w:t>школам и клубам плавания;</w:t>
      </w:r>
    </w:p>
    <w:p w14:paraId="366BA042" w14:textId="77777777" w:rsidR="0087771C" w:rsidRDefault="00CE4A25">
      <w:pPr>
        <w:pStyle w:val="a0"/>
      </w:pPr>
      <w:r>
        <w:t>спортивным федерациям и организаторам первенств;</w:t>
      </w:r>
    </w:p>
    <w:p w14:paraId="59EFE169" w14:textId="77777777" w:rsidR="0087771C" w:rsidRDefault="00CE4A25">
      <w:pPr>
        <w:pStyle w:val="a0"/>
      </w:pPr>
      <w:r>
        <w:lastRenderedPageBreak/>
        <w:t>детским фестивалям и фестивалям «Мастерс»;</w:t>
      </w:r>
    </w:p>
    <w:p w14:paraId="62A76663" w14:textId="77777777" w:rsidR="0087771C" w:rsidRDefault="00CE4A25">
      <w:pPr>
        <w:pStyle w:val="a0"/>
      </w:pPr>
      <w:r>
        <w:t>фитнес-клубам и сетям;</w:t>
      </w:r>
    </w:p>
    <w:p w14:paraId="4B0FDDB9" w14:textId="77777777" w:rsidR="0087771C" w:rsidRDefault="00CE4A25">
      <w:pPr>
        <w:pStyle w:val="a0"/>
      </w:pPr>
      <w:r>
        <w:t>организаторам зимнего плавания и открытой воды;</w:t>
      </w:r>
    </w:p>
    <w:p w14:paraId="3AB9E26A" w14:textId="77777777" w:rsidR="0087771C" w:rsidRDefault="00CE4A25">
      <w:pPr>
        <w:pStyle w:val="a0"/>
      </w:pPr>
      <w:r>
        <w:t>секретариатам, которым нужен современный пульт и протоколы без ручной сборки.</w:t>
      </w:r>
    </w:p>
    <w:p w14:paraId="082FDF0B" w14:textId="77777777" w:rsidR="0087771C" w:rsidRDefault="00CE4A25">
      <w:pPr>
        <w:pStyle w:val="31"/>
      </w:pPr>
      <w:r>
        <w:t>1.5. Чем «На волне» отличается от таблицы и мессенджера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87771C" w14:paraId="34814ADC" w14:textId="77777777">
        <w:trPr>
          <w:tblHeader/>
          <w:jc w:val="center"/>
        </w:trPr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F8C5701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Обычный процесс</w:t>
            </w:r>
          </w:p>
        </w:tc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5F28912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«На волне»</w:t>
            </w:r>
          </w:p>
        </w:tc>
      </w:tr>
      <w:tr w:rsidR="0087771C" w14:paraId="644B58DA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F21B32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Заявки в Excel и переписке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AE3128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Онлайн-заявки с проверками и статусами</w:t>
            </w:r>
          </w:p>
        </w:tc>
      </w:tr>
      <w:tr w:rsidR="0087771C" w14:paraId="1DEA7D48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99C94C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Ручной перенос между программами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704CAF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Импорт/экспорт Lenex, Excel, CSV</w:t>
            </w:r>
          </w:p>
        </w:tc>
      </w:tr>
      <w:tr w:rsidR="0087771C" w14:paraId="0ACD2BAF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7D5050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Секундомеры и бумага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22FB20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Телефоны-секундомеры + судейский пульт</w:t>
            </w:r>
          </w:p>
        </w:tc>
      </w:tr>
      <w:tr w:rsidR="0087771C" w14:paraId="6D1E8D12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C117F1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Ручной подсчёт мест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64556C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Автоматический расчёт по группам и правилам</w:t>
            </w:r>
          </w:p>
        </w:tc>
      </w:tr>
      <w:tr w:rsidR="0087771C" w14:paraId="307B426E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816CCA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Дипломы в Word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DB5BF5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Автоматические PDF, 5 стилей и конструктор</w:t>
            </w:r>
          </w:p>
        </w:tc>
      </w:tr>
      <w:tr w:rsidR="0087771C" w14:paraId="0B1145BC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3B0422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Результаты в чате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BE714A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Онлайн-таблица, live-табло и TV-экран</w:t>
            </w:r>
          </w:p>
        </w:tc>
      </w:tr>
      <w:tr w:rsidR="0087771C" w14:paraId="13D2D0D2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0ACEDB4" w14:textId="77777777" w:rsidR="0087771C" w:rsidRDefault="00CE4A25">
            <w:pPr>
              <w:spacing w:after="0"/>
            </w:pPr>
            <w:r>
              <w:rPr>
                <w:sz w:val="18"/>
              </w:rPr>
              <w:t>«Где мой диплом?»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527D2E7" w14:textId="77777777" w:rsidR="0087771C" w:rsidRDefault="00CE4A25">
            <w:pPr>
              <w:spacing w:after="0"/>
            </w:pPr>
            <w:r>
              <w:rPr>
                <w:sz w:val="18"/>
              </w:rPr>
              <w:t>Поиск по фамилии и скачивание на публичной странице</w:t>
            </w:r>
          </w:p>
        </w:tc>
      </w:tr>
    </w:tbl>
    <w:p w14:paraId="19A1C728" w14:textId="77777777" w:rsidR="0087771C" w:rsidRDefault="0087771C">
      <w:pPr>
        <w:spacing w:after="40"/>
      </w:pPr>
    </w:p>
    <w:p w14:paraId="6E620C37" w14:textId="77777777" w:rsidR="0087771C" w:rsidRDefault="00CE4A25">
      <w:pPr>
        <w:pStyle w:val="31"/>
      </w:pPr>
      <w:r>
        <w:t>1.6. Сценарии использования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87771C" w14:paraId="49ED35AC" w14:textId="77777777">
        <w:trPr>
          <w:tblHeader/>
          <w:jc w:val="center"/>
        </w:trPr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27B8D25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Сценарий</w:t>
            </w:r>
          </w:p>
        </w:tc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8E2A554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Что даёт «На волне»</w:t>
            </w:r>
          </w:p>
        </w:tc>
      </w:tr>
      <w:tr w:rsidR="0087771C" w14:paraId="3B15942A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C30DD2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Детский фестиваль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9A0061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онлайн-заявки, милые дипломы, простая публичная страница</w:t>
            </w:r>
          </w:p>
        </w:tc>
      </w:tr>
      <w:tr w:rsidR="0087771C" w14:paraId="0F20E016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5E1EED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Клубный старт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7958BC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быстрый запуск, взносы, брендирование, дипломы</w:t>
            </w:r>
          </w:p>
        </w:tc>
      </w:tr>
      <w:tr w:rsidR="0087771C" w14:paraId="056F3CF3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B4170B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Первенство федерации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88D728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протоколы профессионального вида, Lenex, разряды, командный зачёт</w:t>
            </w:r>
          </w:p>
        </w:tc>
      </w:tr>
      <w:tr w:rsidR="0087771C" w14:paraId="626D9394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781E79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Мастерс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D9E068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возрастные группы 25+, очки ФПМ, эстафеты, открытая вода</w:t>
            </w:r>
          </w:p>
        </w:tc>
      </w:tr>
      <w:tr w:rsidR="0087771C" w14:paraId="36E38465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0C37E7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Зимнее плавание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6D8669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категории A–D, температурный журнал, протоколы</w:t>
            </w:r>
          </w:p>
        </w:tc>
      </w:tr>
      <w:tr w:rsidR="0087771C" w14:paraId="348C96AB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15AE79D" w14:textId="77777777" w:rsidR="0087771C" w:rsidRDefault="00CE4A25">
            <w:pPr>
              <w:spacing w:after="0"/>
            </w:pPr>
            <w:r>
              <w:rPr>
                <w:sz w:val="18"/>
              </w:rPr>
              <w:t>Коммерческий турнир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7745278" w14:textId="77777777" w:rsidR="0087771C" w:rsidRDefault="00CE4A25">
            <w:pPr>
              <w:spacing w:after="0"/>
            </w:pPr>
            <w:r>
              <w:rPr>
                <w:sz w:val="18"/>
              </w:rPr>
              <w:t>продажа стартовых взносов, white-label, спонсоры</w:t>
            </w:r>
          </w:p>
        </w:tc>
      </w:tr>
    </w:tbl>
    <w:p w14:paraId="107CE621" w14:textId="77777777" w:rsidR="0087771C" w:rsidRDefault="0087771C">
      <w:pPr>
        <w:spacing w:after="40"/>
      </w:pPr>
    </w:p>
    <w:p w14:paraId="229548D2" w14:textId="77777777" w:rsidR="0087771C" w:rsidRDefault="00CE4A25">
      <w:pPr>
        <w:pStyle w:val="31"/>
      </w:pPr>
      <w:r>
        <w:t>1.7. Переход с Excel или внешней системы</w:t>
      </w:r>
    </w:p>
    <w:p w14:paraId="5417690B" w14:textId="77777777" w:rsidR="0087771C" w:rsidRDefault="00CE4A25">
      <w:pPr>
        <w:ind w:left="255"/>
      </w:pPr>
      <w:r>
        <w:t xml:space="preserve">1. Выгрузите заявки/программу в </w:t>
      </w:r>
      <w:r>
        <w:rPr>
          <w:rFonts w:ascii="Consolas" w:hAnsi="Consolas"/>
          <w:color w:val="0E6E86"/>
          <w:sz w:val="21"/>
        </w:rPr>
        <w:t>.lxf</w:t>
      </w:r>
      <w:r>
        <w:t xml:space="preserve">, </w:t>
      </w:r>
      <w:r>
        <w:rPr>
          <w:rFonts w:ascii="Consolas" w:hAnsi="Consolas"/>
          <w:color w:val="0E6E86"/>
          <w:sz w:val="21"/>
        </w:rPr>
        <w:t>.xlsx</w:t>
      </w:r>
      <w:r>
        <w:t xml:space="preserve"> или </w:t>
      </w:r>
      <w:r>
        <w:rPr>
          <w:rFonts w:ascii="Consolas" w:hAnsi="Consolas"/>
          <w:color w:val="0E6E86"/>
          <w:sz w:val="21"/>
        </w:rPr>
        <w:t>.csv</w:t>
      </w:r>
      <w:r>
        <w:t>.</w:t>
      </w:r>
    </w:p>
    <w:p w14:paraId="2125B326" w14:textId="77777777" w:rsidR="0087771C" w:rsidRDefault="00CE4A25">
      <w:pPr>
        <w:ind w:left="255"/>
      </w:pPr>
      <w:r>
        <w:t>2. Загрузите файл в «На волне» — заявки и дисциплины появятся в кабинете.</w:t>
      </w:r>
    </w:p>
    <w:p w14:paraId="3E567EB7" w14:textId="77777777" w:rsidR="0087771C" w:rsidRDefault="00CE4A25">
      <w:pPr>
        <w:ind w:left="255"/>
      </w:pPr>
      <w:r>
        <w:t>3. Настройте публичную страницу и приём заявок.</w:t>
      </w:r>
    </w:p>
    <w:p w14:paraId="1747F804" w14:textId="77777777" w:rsidR="0087771C" w:rsidRDefault="00CE4A25">
      <w:pPr>
        <w:ind w:left="255"/>
      </w:pPr>
      <w:r>
        <w:t>4. Проведите соревнование на пульте.</w:t>
      </w:r>
    </w:p>
    <w:p w14:paraId="3F027A82" w14:textId="77777777" w:rsidR="0087771C" w:rsidRDefault="00CE4A25">
      <w:pPr>
        <w:ind w:left="255"/>
      </w:pPr>
      <w:r>
        <w:t>5. Выгрузите результаты в удобный формат.</w:t>
      </w:r>
    </w:p>
    <w:p w14:paraId="5D22AAE3" w14:textId="77777777" w:rsidR="0087771C" w:rsidRDefault="00CE4A25">
      <w:pPr>
        <w:ind w:left="255"/>
      </w:pPr>
      <w:r>
        <w:t>6. Передайте файл в свою систему или архив — при необходимости.</w:t>
      </w:r>
    </w:p>
    <w:p w14:paraId="1602A241" w14:textId="77777777" w:rsidR="0087771C" w:rsidRDefault="00CE4A25">
      <w:r>
        <w:t>Ничего не нужно перебивать вручную дважды.</w:t>
      </w:r>
    </w:p>
    <w:p w14:paraId="7E175EA4" w14:textId="77777777" w:rsidR="0087771C" w:rsidRDefault="00CE4A25">
      <w:pPr>
        <w:pStyle w:val="31"/>
      </w:pPr>
      <w:r>
        <w:lastRenderedPageBreak/>
        <w:t>1.8. Три сценария: как это выглядит на практике</w:t>
      </w:r>
    </w:p>
    <w:p w14:paraId="6196C146" w14:textId="77777777" w:rsidR="0087771C" w:rsidRDefault="00CE4A25">
      <w:r>
        <w:rPr>
          <w:b/>
        </w:rPr>
        <w:t>Детский фестиваль.</w:t>
      </w:r>
      <w:r>
        <w:t xml:space="preserve"> Поток заявок от родителей и тренеров, несколько возрастных групп, отдельного секретариата нет. Организатор собирает программу генератором, открывает приём заявок на публичной странице, подтверждает заявки, распределяет заплывы, выводит пульт на планшеты и live-табло на экран. Родители видят расписание и результаты с телефона, секретариат печатает протоколы кнопкой, клуб получает готовый пакет документов и наград без ручной сборки.</w:t>
      </w:r>
    </w:p>
    <w:p w14:paraId="6F817278" w14:textId="77777777" w:rsidR="0087771C" w:rsidRDefault="00CE4A25">
      <w:r>
        <w:rPr>
          <w:b/>
        </w:rPr>
        <w:t>Клубный старт.</w:t>
      </w:r>
      <w:r>
        <w:t xml:space="preserve"> Внутренний старт фитнес-клуба, тренер ведёт его сам. Соревнование создаётся за вечер, включается брендирование, заявка раздаётся по QR, результаты вводятся с телефона, протоколы выгружаются в PDF. Старт проведён силами одного тренера, клуб получает страницу под своим брендом; следующий старт собирается копированием прошлого.</w:t>
      </w:r>
    </w:p>
    <w:p w14:paraId="54114FD7" w14:textId="77777777" w:rsidR="0087771C" w:rsidRDefault="00CE4A25">
      <w:r>
        <w:rPr>
          <w:b/>
        </w:rPr>
        <w:t>Первенство, федерация.</w:t>
      </w:r>
      <w:r>
        <w:t xml:space="preserve"> Официальный старт с судейской бригадой и требованиями к документам. Программа строится по регламенту, включаются нормативы ЕВСК, проводится посев, результаты вводятся с пульта с R.T., отсечками и DSQ, собираются судейские формы, при необходимости выгружается </w:t>
      </w:r>
      <w:r>
        <w:rPr>
          <w:rFonts w:ascii="Consolas" w:hAnsi="Consolas"/>
          <w:color w:val="0E6E86"/>
          <w:sz w:val="21"/>
        </w:rPr>
        <w:t>.lxf</w:t>
      </w:r>
      <w:r>
        <w:t>. Документы соответствуют методике Lenex, а весь цикл остаётся внутри платформы.</w:t>
      </w:r>
    </w:p>
    <w:p w14:paraId="3730DAD3" w14:textId="77777777" w:rsidR="0087771C" w:rsidRDefault="00CE4A25">
      <w:pPr>
        <w:pStyle w:val="31"/>
      </w:pPr>
      <w:r>
        <w:t>1.9. Посмотрите готовое соревнование</w:t>
      </w:r>
    </w:p>
    <w:p w14:paraId="6847A3D2" w14:textId="77777777" w:rsidR="0087771C" w:rsidRDefault="00CE4A25">
      <w:r>
        <w:t>Отсканируйте QR — откроется завершённый детский фестиваль «На волне»: публичная страница, программа, протоколы, результаты и поиск дипломов.</w:t>
      </w:r>
    </w:p>
    <w:p w14:paraId="1F64A0F5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 wp14:anchorId="5B2C7B72" wp14:editId="5488AF43">
            <wp:extent cx="2592000" cy="307423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-demo-competiti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3074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F9F88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1. QR-код готового соревнования</w:t>
      </w:r>
    </w:p>
    <w:p w14:paraId="25181E04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1AB877EE" wp14:editId="31DDB017">
            <wp:extent cx="5652000" cy="3925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c-competition-her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9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451CD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2. Публичная страница соревнования</w:t>
      </w:r>
    </w:p>
    <w:p w14:paraId="3D02F0DA" w14:textId="77777777" w:rsidR="0087771C" w:rsidRDefault="00CE4A25">
      <w:pPr>
        <w:pStyle w:val="21"/>
      </w:pPr>
      <w:bookmarkStart w:id="1" w:name="_Toc243919849"/>
      <w:r>
        <w:t>2. Быстрый старт за 30 минут</w:t>
      </w:r>
      <w:bookmarkEnd w:id="1"/>
    </w:p>
    <w:p w14:paraId="34DEAAB2" w14:textId="77777777" w:rsidR="0087771C" w:rsidRDefault="00CE4A25">
      <w:r>
        <w:t>Если соревнование совсем скоро, минимальный путь такой:</w:t>
      </w:r>
    </w:p>
    <w:p w14:paraId="5D473DC9" w14:textId="77777777" w:rsidR="0087771C" w:rsidRDefault="00CE4A25">
      <w:pPr>
        <w:ind w:left="255"/>
      </w:pPr>
      <w:r>
        <w:t xml:space="preserve">1. </w:t>
      </w:r>
      <w:r>
        <w:rPr>
          <w:b/>
        </w:rPr>
        <w:t>Зарегистрируйтесь</w:t>
      </w:r>
      <w:r>
        <w:t xml:space="preserve"> и оплатите подписку или используйте демо-доступ.</w:t>
      </w:r>
    </w:p>
    <w:p w14:paraId="111A4108" w14:textId="77777777" w:rsidR="0087771C" w:rsidRDefault="00CE4A25">
      <w:pPr>
        <w:ind w:left="255"/>
      </w:pPr>
      <w:r>
        <w:t xml:space="preserve">2. </w:t>
      </w:r>
      <w:r>
        <w:rPr>
          <w:b/>
        </w:rPr>
        <w:t>Создайте соревнование</w:t>
      </w:r>
      <w:r>
        <w:t>: название, даты, город, бассейн, дорожки.</w:t>
      </w:r>
    </w:p>
    <w:p w14:paraId="373D90CC" w14:textId="77777777" w:rsidR="0087771C" w:rsidRDefault="00CE4A25">
      <w:pPr>
        <w:ind w:left="255"/>
      </w:pPr>
      <w:r>
        <w:t xml:space="preserve">3. </w:t>
      </w:r>
      <w:r>
        <w:rPr>
          <w:b/>
        </w:rPr>
        <w:t>Сгенерируйте программу</w:t>
      </w:r>
      <w:r>
        <w:t>: дистанции, способы, пол, возрастные группы.</w:t>
      </w:r>
    </w:p>
    <w:p w14:paraId="4FE8A120" w14:textId="77777777" w:rsidR="0087771C" w:rsidRDefault="00CE4A25">
      <w:pPr>
        <w:ind w:left="255"/>
      </w:pPr>
      <w:r>
        <w:t xml:space="preserve">4. </w:t>
      </w:r>
      <w:r>
        <w:rPr>
          <w:b/>
        </w:rPr>
        <w:t>Заполните настройки</w:t>
      </w:r>
      <w:r>
        <w:t>: взнос, дедлайн, положение, контакты, брендирование.</w:t>
      </w:r>
    </w:p>
    <w:p w14:paraId="2A7A1940" w14:textId="77777777" w:rsidR="0087771C" w:rsidRDefault="00CE4A25">
      <w:pPr>
        <w:ind w:left="255"/>
      </w:pPr>
      <w:r>
        <w:t xml:space="preserve">5. </w:t>
      </w:r>
      <w:r>
        <w:rPr>
          <w:b/>
        </w:rPr>
        <w:t>Опубликуйте</w:t>
      </w:r>
      <w:r>
        <w:t xml:space="preserve"> страницу и отправьте ссылку участникам.</w:t>
      </w:r>
    </w:p>
    <w:p w14:paraId="292770D0" w14:textId="77777777" w:rsidR="0087771C" w:rsidRDefault="00CE4A25">
      <w:pPr>
        <w:ind w:left="255"/>
      </w:pPr>
      <w:r>
        <w:t xml:space="preserve">6. </w:t>
      </w:r>
      <w:r>
        <w:rPr>
          <w:b/>
        </w:rPr>
        <w:t>Подтвердите заявки</w:t>
      </w:r>
      <w:r>
        <w:t xml:space="preserve"> — вручную или импортом.</w:t>
      </w:r>
    </w:p>
    <w:p w14:paraId="691F96C1" w14:textId="77777777" w:rsidR="0087771C" w:rsidRDefault="00CE4A25">
      <w:pPr>
        <w:ind w:left="255"/>
      </w:pPr>
      <w:r>
        <w:t xml:space="preserve">7. </w:t>
      </w:r>
      <w:r>
        <w:rPr>
          <w:b/>
        </w:rPr>
        <w:t>Распределите заплывы</w:t>
      </w:r>
      <w:r>
        <w:t>.</w:t>
      </w:r>
    </w:p>
    <w:p w14:paraId="7BE756FB" w14:textId="77777777" w:rsidR="0087771C" w:rsidRDefault="00CE4A25">
      <w:pPr>
        <w:ind w:left="255"/>
      </w:pPr>
      <w:r>
        <w:t xml:space="preserve">8. </w:t>
      </w:r>
      <w:r>
        <w:rPr>
          <w:b/>
        </w:rPr>
        <w:t>Откройте судейский пульт</w:t>
      </w:r>
      <w:r>
        <w:t xml:space="preserve"> и проведите старты.</w:t>
      </w:r>
    </w:p>
    <w:p w14:paraId="7500D876" w14:textId="77777777" w:rsidR="0087771C" w:rsidRDefault="00CE4A25">
      <w:pPr>
        <w:ind w:left="255"/>
      </w:pPr>
      <w:r>
        <w:t xml:space="preserve">9. </w:t>
      </w:r>
      <w:r>
        <w:rPr>
          <w:b/>
        </w:rPr>
        <w:t>Утвердите заплывы</w:t>
      </w:r>
      <w:r>
        <w:t xml:space="preserve"> — результаты уйдут в онлайн, дипломы сформируются.</w:t>
      </w:r>
    </w:p>
    <w:p w14:paraId="3C7D1BAE" w14:textId="77777777" w:rsidR="0087771C" w:rsidRDefault="00CE4A25">
      <w:pPr>
        <w:ind w:left="255"/>
      </w:pPr>
      <w:r>
        <w:t xml:space="preserve">10. </w:t>
      </w:r>
      <w:r>
        <w:rPr>
          <w:b/>
        </w:rPr>
        <w:t>Скачайте протоколы и дипломы</w:t>
      </w:r>
      <w:r>
        <w:t>, отправьте ссылки участникам.</w:t>
      </w:r>
    </w:p>
    <w:p w14:paraId="269BC2F2" w14:textId="77777777" w:rsidR="0087771C" w:rsidRDefault="00CE4A25">
      <w:pPr>
        <w:ind w:left="283"/>
      </w:pPr>
      <w:r>
        <w:rPr>
          <w:color w:val="0E6E86"/>
          <w:sz w:val="20"/>
        </w:rPr>
        <w:t>Важно: до публикации результатов спортсмены не видят чужие результаты. Это защищает соревнование от преждевременных вопросов и споров.</w:t>
      </w:r>
    </w:p>
    <w:p w14:paraId="4092847F" w14:textId="77777777" w:rsidR="0087771C" w:rsidRDefault="00CE4A25">
      <w:pPr>
        <w:pStyle w:val="21"/>
      </w:pPr>
      <w:bookmarkStart w:id="2" w:name="_Toc243919850"/>
      <w:r>
        <w:lastRenderedPageBreak/>
        <w:t>3. Роли и доступы</w:t>
      </w:r>
      <w:bookmarkEnd w:id="2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1C38A46F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FF1DA05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Роль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C45E283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Вход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00F7642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Что делает</w:t>
            </w:r>
          </w:p>
        </w:tc>
      </w:tr>
      <w:tr w:rsidR="0087771C" w14:paraId="6CB5FB2A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40903E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Организатор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8E68224" w14:textId="77777777" w:rsidR="0087771C" w:rsidRDefault="00CE4A25">
            <w:pPr>
              <w:keepNext/>
              <w:spacing w:after="0"/>
            </w:pPr>
            <w:r>
              <w:rPr>
                <w:rFonts w:ascii="Consolas" w:hAnsi="Consolas"/>
                <w:color w:val="0E6E86"/>
                <w:sz w:val="17"/>
              </w:rPr>
              <w:t>/auth/register</w:t>
            </w:r>
            <w:r>
              <w:rPr>
                <w:sz w:val="18"/>
              </w:rPr>
              <w:t xml:space="preserve">, </w:t>
            </w:r>
            <w:r>
              <w:rPr>
                <w:rFonts w:ascii="Consolas" w:hAnsi="Consolas"/>
                <w:color w:val="0E6E86"/>
                <w:sz w:val="17"/>
              </w:rPr>
              <w:t>/auth/login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E1B69C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создаёт соревнование, ведёт заявки, программу, результаты, оплату, публикацию</w:t>
            </w:r>
          </w:p>
        </w:tc>
      </w:tr>
      <w:tr w:rsidR="0087771C" w14:paraId="61E7195A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C716E7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Секретариат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6A7E74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кабинет организатора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26182E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импорт/экспорт, программа, заявки, протоколы</w:t>
            </w:r>
          </w:p>
        </w:tc>
      </w:tr>
      <w:tr w:rsidR="0087771C" w14:paraId="66552F6A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9C4783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Судья на пульте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1440297" w14:textId="77777777" w:rsidR="0087771C" w:rsidRDefault="00CE4A25">
            <w:pPr>
              <w:keepNext/>
              <w:spacing w:after="0"/>
            </w:pPr>
            <w:r>
              <w:rPr>
                <w:rFonts w:ascii="Consolas" w:hAnsi="Consolas"/>
                <w:color w:val="0E6E86"/>
                <w:sz w:val="17"/>
              </w:rPr>
              <w:t>/judge/&lt;токен&gt;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924080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вводит время, статусы, утверждает заплывы</w:t>
            </w:r>
          </w:p>
        </w:tc>
      </w:tr>
      <w:tr w:rsidR="0087771C" w14:paraId="70E0FD9F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D08DB4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Хронометрист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7D1D66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QR-код со страницы пульта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81B784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финиширует участников на телефоне</w:t>
            </w:r>
          </w:p>
        </w:tc>
      </w:tr>
      <w:tr w:rsidR="0087771C" w14:paraId="213AC4FD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26EBCD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Стартер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D4E61B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отдельный QR-код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30851E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запускает заплыв и все секундомеры</w:t>
            </w:r>
          </w:p>
        </w:tc>
      </w:tr>
      <w:tr w:rsidR="0087771C" w14:paraId="259ABAD5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6A3EF0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Участник / представитель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A16E16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 xml:space="preserve">публичная страница </w:t>
            </w:r>
            <w:r>
              <w:rPr>
                <w:rFonts w:ascii="Consolas" w:hAnsi="Consolas"/>
                <w:color w:val="0E6E86"/>
                <w:sz w:val="17"/>
              </w:rPr>
              <w:t>/c/&lt;slug&gt;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AD2D74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подаёт заявку, смотрит статус, результаты, дипломы</w:t>
            </w:r>
          </w:p>
        </w:tc>
      </w:tr>
      <w:tr w:rsidR="0087771C" w14:paraId="7BBD6513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BFE3BA5" w14:textId="77777777" w:rsidR="0087771C" w:rsidRDefault="00CE4A25">
            <w:pPr>
              <w:spacing w:after="0"/>
            </w:pPr>
            <w:r>
              <w:rPr>
                <w:sz w:val="18"/>
              </w:rPr>
              <w:t>Зритель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343009C" w14:textId="77777777" w:rsidR="0087771C" w:rsidRDefault="00CE4A25">
            <w:pPr>
              <w:spacing w:after="0"/>
            </w:pPr>
            <w:r>
              <w:rPr>
                <w:rFonts w:ascii="Consolas" w:hAnsi="Consolas"/>
                <w:color w:val="0E6E86"/>
                <w:sz w:val="17"/>
              </w:rPr>
              <w:t>/live/&lt;slug&gt;</w:t>
            </w:r>
            <w:r>
              <w:rPr>
                <w:sz w:val="18"/>
              </w:rPr>
              <w:t xml:space="preserve">, </w:t>
            </w:r>
            <w:r>
              <w:rPr>
                <w:rFonts w:ascii="Consolas" w:hAnsi="Consolas"/>
                <w:color w:val="0E6E86"/>
                <w:sz w:val="17"/>
              </w:rPr>
              <w:t>/tv/&lt;slug&gt;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C7B2814" w14:textId="77777777" w:rsidR="0087771C" w:rsidRDefault="00CE4A25">
            <w:pPr>
              <w:spacing w:after="0"/>
            </w:pPr>
            <w:r>
              <w:rPr>
                <w:sz w:val="18"/>
              </w:rPr>
              <w:t>смотрит табло и результаты</w:t>
            </w:r>
          </w:p>
        </w:tc>
      </w:tr>
    </w:tbl>
    <w:p w14:paraId="2BDB73A1" w14:textId="77777777" w:rsidR="0087771C" w:rsidRDefault="0087771C">
      <w:pPr>
        <w:spacing w:after="40"/>
      </w:pPr>
    </w:p>
    <w:p w14:paraId="1CEFA65B" w14:textId="77777777" w:rsidR="0087771C" w:rsidRDefault="00CE4A25">
      <w:r>
        <w:t>Ссылка судейского пульта содержит секретный токен. Не публикуйте её в открытых чатах: по ней можно вносить результаты.</w:t>
      </w:r>
    </w:p>
    <w:p w14:paraId="30CDB3BF" w14:textId="77777777" w:rsidR="0087771C" w:rsidRDefault="00CE4A25">
      <w:pPr>
        <w:pStyle w:val="21"/>
      </w:pPr>
      <w:bookmarkStart w:id="3" w:name="_Toc243919851"/>
      <w:r>
        <w:t>4. Тарифы, демо-доступ и оплата</w:t>
      </w:r>
      <w:bookmarkEnd w:id="3"/>
    </w:p>
    <w:p w14:paraId="5E757330" w14:textId="77777777" w:rsidR="0087771C" w:rsidRDefault="00CE4A25">
      <w:pPr>
        <w:pStyle w:val="31"/>
      </w:pPr>
      <w:r>
        <w:t>4.1. Тарифы кабинета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87771C" w14:paraId="4638C8FB" w14:textId="77777777">
        <w:trPr>
          <w:tblHeader/>
          <w:jc w:val="center"/>
        </w:trPr>
        <w:tc>
          <w:tcPr>
            <w:tcW w:w="240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AD0D93E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Срок</w:t>
            </w:r>
          </w:p>
        </w:tc>
        <w:tc>
          <w:tcPr>
            <w:tcW w:w="240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92B1371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Стоимость</w:t>
            </w:r>
          </w:p>
        </w:tc>
        <w:tc>
          <w:tcPr>
            <w:tcW w:w="240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4958974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В месяц</w:t>
            </w:r>
          </w:p>
        </w:tc>
        <w:tc>
          <w:tcPr>
            <w:tcW w:w="240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7C6F1D9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Экономия</w:t>
            </w:r>
          </w:p>
        </w:tc>
      </w:tr>
      <w:tr w:rsidR="0087771C" w14:paraId="1715718F" w14:textId="77777777">
        <w:trPr>
          <w:jc w:val="center"/>
        </w:trPr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B83130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1 месяц</w:t>
            </w:r>
          </w:p>
        </w:tc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E7E0F8B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3 000 ₽</w:t>
            </w:r>
          </w:p>
        </w:tc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527281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3 000 ₽</w:t>
            </w:r>
          </w:p>
        </w:tc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A39664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—</w:t>
            </w:r>
          </w:p>
        </w:tc>
      </w:tr>
      <w:tr w:rsidR="0087771C" w14:paraId="2DF23E8B" w14:textId="77777777">
        <w:trPr>
          <w:jc w:val="center"/>
        </w:trPr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CB2448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3 месяца</w:t>
            </w:r>
          </w:p>
        </w:tc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DFBD71E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8 550 ₽</w:t>
            </w:r>
          </w:p>
        </w:tc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1787F3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2 850 ₽</w:t>
            </w:r>
          </w:p>
        </w:tc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6B4B78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5%</w:t>
            </w:r>
          </w:p>
        </w:tc>
      </w:tr>
      <w:tr w:rsidR="0087771C" w14:paraId="34675825" w14:textId="77777777">
        <w:trPr>
          <w:jc w:val="center"/>
        </w:trPr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156155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6 месяцев</w:t>
            </w:r>
          </w:p>
        </w:tc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E7C8E75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16 200 ₽</w:t>
            </w:r>
          </w:p>
        </w:tc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B71E3A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2 700 ₽</w:t>
            </w:r>
          </w:p>
        </w:tc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B37BD5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10%</w:t>
            </w:r>
          </w:p>
        </w:tc>
      </w:tr>
      <w:tr w:rsidR="0087771C" w14:paraId="5B4CAFBD" w14:textId="77777777">
        <w:trPr>
          <w:jc w:val="center"/>
        </w:trPr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BAD5D5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9 месяцев</w:t>
            </w:r>
          </w:p>
        </w:tc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4E344B3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22 950 ₽</w:t>
            </w:r>
          </w:p>
        </w:tc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DCF5C5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2 550 ₽</w:t>
            </w:r>
          </w:p>
        </w:tc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7177E1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15%</w:t>
            </w:r>
          </w:p>
        </w:tc>
      </w:tr>
      <w:tr w:rsidR="0087771C" w14:paraId="76CED178" w14:textId="77777777">
        <w:trPr>
          <w:jc w:val="center"/>
        </w:trPr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7FEC3D9" w14:textId="77777777" w:rsidR="0087771C" w:rsidRDefault="00CE4A25">
            <w:pPr>
              <w:spacing w:after="0"/>
            </w:pPr>
            <w:r>
              <w:rPr>
                <w:sz w:val="18"/>
              </w:rPr>
              <w:t>12 месяцев</w:t>
            </w:r>
          </w:p>
        </w:tc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3AC1BAB" w14:textId="77777777" w:rsidR="0087771C" w:rsidRDefault="00CE4A25">
            <w:pPr>
              <w:spacing w:after="0"/>
            </w:pPr>
            <w:r>
              <w:rPr>
                <w:b/>
                <w:sz w:val="18"/>
              </w:rPr>
              <w:t>28 800 ₽</w:t>
            </w:r>
          </w:p>
        </w:tc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CAE6609" w14:textId="77777777" w:rsidR="0087771C" w:rsidRDefault="00CE4A25">
            <w:pPr>
              <w:spacing w:after="0"/>
            </w:pPr>
            <w:r>
              <w:rPr>
                <w:sz w:val="18"/>
              </w:rPr>
              <w:t>2 400 ₽</w:t>
            </w:r>
          </w:p>
        </w:tc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98D24F0" w14:textId="77777777" w:rsidR="0087771C" w:rsidRDefault="00CE4A25">
            <w:pPr>
              <w:spacing w:after="0"/>
            </w:pPr>
            <w:r>
              <w:rPr>
                <w:sz w:val="18"/>
              </w:rPr>
              <w:t>20%</w:t>
            </w:r>
          </w:p>
        </w:tc>
      </w:tr>
    </w:tbl>
    <w:p w14:paraId="7746D0F7" w14:textId="77777777" w:rsidR="0087771C" w:rsidRDefault="0087771C">
      <w:pPr>
        <w:spacing w:after="40"/>
      </w:pPr>
    </w:p>
    <w:p w14:paraId="72CB94FB" w14:textId="77777777" w:rsidR="0087771C" w:rsidRDefault="00CE4A25">
      <w:r>
        <w:t xml:space="preserve">Оплата — в разделе </w:t>
      </w:r>
      <w:r>
        <w:rPr>
          <w:b/>
        </w:rPr>
        <w:t>«Тариф и оплата»</w:t>
      </w:r>
      <w:r>
        <w:t xml:space="preserve"> (</w:t>
      </w:r>
      <w:r>
        <w:rPr>
          <w:rFonts w:ascii="Consolas" w:hAnsi="Consolas"/>
          <w:color w:val="0E6E86"/>
          <w:sz w:val="21"/>
        </w:rPr>
        <w:t>/app/billing</w:t>
      </w:r>
      <w:r>
        <w:t>). Доступны Ozon Pay / СБП и банковский перевод; после оплаты появляется код активации, который продлевает подписку.</w:t>
      </w:r>
    </w:p>
    <w:p w14:paraId="071F47C4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20B938E6" wp14:editId="7CC8A186">
            <wp:extent cx="5652000" cy="3925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in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9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0D0F1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3. Тарифы и оплата в кабинете</w:t>
      </w:r>
    </w:p>
    <w:p w14:paraId="5E2C83DE" w14:textId="77777777" w:rsidR="0087771C" w:rsidRDefault="00CE4A25">
      <w:pPr>
        <w:pStyle w:val="31"/>
      </w:pPr>
      <w:r>
        <w:t>4.2. Демо-доступ</w:t>
      </w:r>
    </w:p>
    <w:p w14:paraId="6CCBBF13" w14:textId="77777777" w:rsidR="0087771C" w:rsidRDefault="00CE4A25">
      <w:pPr>
        <w:pStyle w:val="a0"/>
      </w:pPr>
      <w:r>
        <w:t xml:space="preserve">После регистрации — </w:t>
      </w:r>
      <w:r>
        <w:rPr>
          <w:b/>
        </w:rPr>
        <w:t>48 часов демо-доступа</w:t>
      </w:r>
      <w:r>
        <w:t>.</w:t>
      </w:r>
    </w:p>
    <w:p w14:paraId="5F6E3D87" w14:textId="77777777" w:rsidR="0087771C" w:rsidRDefault="00CE4A25">
      <w:pPr>
        <w:pStyle w:val="a0"/>
      </w:pPr>
      <w:r>
        <w:t>Демо включает все основные функции, чтобы провести тестовое соревнование.</w:t>
      </w:r>
    </w:p>
    <w:p w14:paraId="233B472D" w14:textId="77777777" w:rsidR="0087771C" w:rsidRDefault="00CE4A25">
      <w:pPr>
        <w:pStyle w:val="a0"/>
      </w:pPr>
      <w:r>
        <w:t>Если не оплатить кабинет после демо, он и его данные удаляются. Организатор видит предупреждение заранее.</w:t>
      </w:r>
    </w:p>
    <w:p w14:paraId="342648BD" w14:textId="77777777" w:rsidR="0087771C" w:rsidRDefault="00CE4A25">
      <w:pPr>
        <w:pStyle w:val="31"/>
      </w:pPr>
      <w:r>
        <w:t>4.3. Что входит в подписку</w:t>
      </w:r>
    </w:p>
    <w:p w14:paraId="3BC147C3" w14:textId="77777777" w:rsidR="0087771C" w:rsidRDefault="00CE4A25">
      <w:pPr>
        <w:pStyle w:val="a0"/>
      </w:pPr>
      <w:r>
        <w:t>неограниченное число соревнований в рамках одного кабинета;</w:t>
      </w:r>
    </w:p>
    <w:p w14:paraId="00EADA29" w14:textId="77777777" w:rsidR="0087771C" w:rsidRDefault="00CE4A25">
      <w:pPr>
        <w:pStyle w:val="a0"/>
      </w:pPr>
      <w:r>
        <w:t>заявки, программа, заплывы, судейский пульт, хронометраж;</w:t>
      </w:r>
    </w:p>
    <w:p w14:paraId="4CC013F6" w14:textId="77777777" w:rsidR="0087771C" w:rsidRDefault="00CE4A25">
      <w:pPr>
        <w:pStyle w:val="a0"/>
      </w:pPr>
      <w:r>
        <w:t>протоколы PDF/XLSX/DOCX/HTML;</w:t>
      </w:r>
    </w:p>
    <w:p w14:paraId="7FCA9FA1" w14:textId="77777777" w:rsidR="0087771C" w:rsidRDefault="00CE4A25">
      <w:pPr>
        <w:pStyle w:val="a0"/>
      </w:pPr>
      <w:r>
        <w:t>онлайн-страница, результаты, live-табло, TV;</w:t>
      </w:r>
    </w:p>
    <w:p w14:paraId="1B5AD1EF" w14:textId="77777777" w:rsidR="0087771C" w:rsidRDefault="00CE4A25">
      <w:pPr>
        <w:pStyle w:val="a0"/>
      </w:pPr>
      <w:r>
        <w:t>дипломы: 5 стилей, конструктор, автоматическая генерация;</w:t>
      </w:r>
    </w:p>
    <w:p w14:paraId="06348DC7" w14:textId="77777777" w:rsidR="0087771C" w:rsidRDefault="00CE4A25">
      <w:pPr>
        <w:pStyle w:val="a0"/>
      </w:pPr>
      <w:r>
        <w:t>импорт/экспорт Lenex, Excel, CSV;</w:t>
      </w:r>
    </w:p>
    <w:p w14:paraId="292FB781" w14:textId="77777777" w:rsidR="0087771C" w:rsidRDefault="00CE4A25">
      <w:pPr>
        <w:pStyle w:val="a0"/>
      </w:pPr>
      <w:r>
        <w:t>брендирование, медиа, публикация;</w:t>
      </w:r>
    </w:p>
    <w:p w14:paraId="269F89C9" w14:textId="77777777" w:rsidR="0087771C" w:rsidRDefault="00CE4A25">
      <w:pPr>
        <w:pStyle w:val="a0"/>
      </w:pPr>
      <w:r>
        <w:t>обновления платформы и поддержка.</w:t>
      </w:r>
    </w:p>
    <w:p w14:paraId="5175A728" w14:textId="77777777" w:rsidR="0087771C" w:rsidRDefault="00CE4A25">
      <w:pPr>
        <w:pStyle w:val="31"/>
      </w:pPr>
      <w:r>
        <w:t>4.4. Взносы участников</w:t>
      </w:r>
    </w:p>
    <w:p w14:paraId="299A79C8" w14:textId="77777777" w:rsidR="0087771C" w:rsidRDefault="00CE4A25">
      <w:r>
        <w:t>Взносы — отдельная история от подписки:</w:t>
      </w:r>
    </w:p>
    <w:p w14:paraId="263EB5BD" w14:textId="77777777" w:rsidR="0087771C" w:rsidRDefault="00CE4A25">
      <w:pPr>
        <w:pStyle w:val="a0"/>
      </w:pPr>
      <w:r>
        <w:rPr>
          <w:b/>
        </w:rPr>
        <w:t>Организатор принимает сам</w:t>
      </w:r>
      <w:r>
        <w:t xml:space="preserve"> — комиссия платформы 0%.</w:t>
      </w:r>
    </w:p>
    <w:p w14:paraId="4ECEE375" w14:textId="77777777" w:rsidR="0087771C" w:rsidRDefault="00CE4A25">
      <w:pPr>
        <w:pStyle w:val="a0"/>
      </w:pPr>
      <w:r>
        <w:rPr>
          <w:b/>
        </w:rPr>
        <w:lastRenderedPageBreak/>
        <w:t>Приём через «На волне»</w:t>
      </w:r>
      <w:r>
        <w:t xml:space="preserve"> — сервисный сбор 5% для ЮЛ/ИП или 6% для физлица; остаток перечисляется организатору.</w:t>
      </w:r>
    </w:p>
    <w:p w14:paraId="71F8EA80" w14:textId="77777777" w:rsidR="0087771C" w:rsidRDefault="00CE4A25">
      <w:pPr>
        <w:pStyle w:val="a0"/>
      </w:pPr>
      <w:r>
        <w:t xml:space="preserve">Счета, QR, статусы оплаты и журнал — в разделе </w:t>
      </w:r>
      <w:r>
        <w:rPr>
          <w:b/>
        </w:rPr>
        <w:t>«Оплата»</w:t>
      </w:r>
      <w:r>
        <w:t>.</w:t>
      </w:r>
    </w:p>
    <w:p w14:paraId="75491906" w14:textId="77777777" w:rsidR="0087771C" w:rsidRDefault="00CE4A25">
      <w:pPr>
        <w:pStyle w:val="31"/>
      </w:pPr>
      <w:r>
        <w:t>4.4.1. Свобода выбора приёма взносов</w:t>
      </w:r>
    </w:p>
    <w:p w14:paraId="1051E402" w14:textId="77777777" w:rsidR="0087771C" w:rsidRDefault="00CE4A25">
      <w:r>
        <w:t xml:space="preserve">Платформа </w:t>
      </w:r>
      <w:r>
        <w:rPr>
          <w:b/>
        </w:rPr>
        <w:t>не обязывает</w:t>
      </w:r>
      <w:r>
        <w:t xml:space="preserve"> принимать стартовые взносы только через неё. Организатор сам выбирает способ:</w:t>
      </w:r>
    </w:p>
    <w:p w14:paraId="30A4D8B3" w14:textId="77777777" w:rsidR="0087771C" w:rsidRDefault="00CE4A25">
      <w:pPr>
        <w:pStyle w:val="a0"/>
      </w:pPr>
      <w:r>
        <w:rPr>
          <w:b/>
        </w:rPr>
        <w:t>самостоятельно</w:t>
      </w:r>
      <w:r>
        <w:t xml:space="preserve"> — на расчётный счёт, карту или в кассе; комиссия платформы 0%;</w:t>
      </w:r>
    </w:p>
    <w:p w14:paraId="3F1A18CE" w14:textId="77777777" w:rsidR="0087771C" w:rsidRDefault="00CE4A25">
      <w:pPr>
        <w:pStyle w:val="a0"/>
      </w:pPr>
      <w:r>
        <w:rPr>
          <w:b/>
        </w:rPr>
        <w:t>через «На волне»</w:t>
      </w:r>
      <w:r>
        <w:t xml:space="preserve"> — Ozon Pay/СБП, с прозрачным сервисным сбором 5% или 6%;</w:t>
      </w:r>
    </w:p>
    <w:p w14:paraId="67365F24" w14:textId="77777777" w:rsidR="0087771C" w:rsidRDefault="00CE4A25">
      <w:pPr>
        <w:pStyle w:val="a0"/>
      </w:pPr>
      <w:r>
        <w:rPr>
          <w:b/>
        </w:rPr>
        <w:t>смешанно</w:t>
      </w:r>
      <w:r>
        <w:t xml:space="preserve"> — часть клубов платит напрямую, часть через платформу.</w:t>
      </w:r>
    </w:p>
    <w:p w14:paraId="2BECCCC9" w14:textId="77777777" w:rsidR="0087771C" w:rsidRDefault="00CE4A25">
      <w:r>
        <w:t>Выбор фиксируется в настройках соревнования и не влияет на заявки, результаты или дипломы. Платформа не блокирует старт, если взносы принимаются вне её.</w:t>
      </w:r>
    </w:p>
    <w:p w14:paraId="3678F34B" w14:textId="77777777" w:rsidR="0087771C" w:rsidRDefault="00CE4A25">
      <w:pPr>
        <w:pStyle w:val="31"/>
      </w:pPr>
      <w:r>
        <w:t>4.5. Почему подписка 3 000 ₽ выгодна</w:t>
      </w:r>
    </w:p>
    <w:p w14:paraId="591A4788" w14:textId="77777777" w:rsidR="0087771C" w:rsidRDefault="00CE4A25">
      <w:r>
        <w:t>Один месяц подписки — это меньше стоимости часа работы главного секретаря на крупном старте. При этом вы получаете:</w:t>
      </w:r>
    </w:p>
    <w:p w14:paraId="60370A97" w14:textId="77777777" w:rsidR="0087771C" w:rsidRDefault="00CE4A25">
      <w:pPr>
        <w:pStyle w:val="a0"/>
      </w:pPr>
      <w:r>
        <w:t>готовые протоколы вместо ручной вёрстки;</w:t>
      </w:r>
    </w:p>
    <w:p w14:paraId="3A9E290F" w14:textId="77777777" w:rsidR="0087771C" w:rsidRDefault="00CE4A25">
      <w:pPr>
        <w:pStyle w:val="a0"/>
      </w:pPr>
      <w:r>
        <w:t>автоматические дипломы вместо Word и печати;</w:t>
      </w:r>
    </w:p>
    <w:p w14:paraId="6099F4FF" w14:textId="77777777" w:rsidR="0087771C" w:rsidRDefault="00CE4A25">
      <w:pPr>
        <w:pStyle w:val="a0"/>
      </w:pPr>
      <w:r>
        <w:t>онлайн-заявки вместо переписки;</w:t>
      </w:r>
    </w:p>
    <w:p w14:paraId="0D58BE98" w14:textId="77777777" w:rsidR="0087771C" w:rsidRDefault="00CE4A25">
      <w:pPr>
        <w:pStyle w:val="a0"/>
      </w:pPr>
      <w:r>
        <w:t>судейский пульт и хронометраж без покупки отдельного ПО;</w:t>
      </w:r>
    </w:p>
    <w:p w14:paraId="20948C89" w14:textId="77777777" w:rsidR="0087771C" w:rsidRDefault="00CE4A25">
      <w:pPr>
        <w:pStyle w:val="a0"/>
      </w:pPr>
      <w:r>
        <w:t>публичную страницу и live-табло;</w:t>
      </w:r>
    </w:p>
    <w:p w14:paraId="7DE029E6" w14:textId="77777777" w:rsidR="0087771C" w:rsidRDefault="00CE4A25">
      <w:pPr>
        <w:pStyle w:val="a0"/>
      </w:pPr>
      <w:r>
        <w:t>обмен Lenex, Excel и CSV без двойного ввода.</w:t>
      </w:r>
    </w:p>
    <w:p w14:paraId="1BB45D5C" w14:textId="77777777" w:rsidR="0087771C" w:rsidRDefault="00CE4A25">
      <w:r>
        <w:t xml:space="preserve">Для соревнования на 100–300 участников экономия времени секретариата обычно измеряется часами, а не минутами. Тариф на 12 месяцев снижает цену до </w:t>
      </w:r>
      <w:r>
        <w:rPr>
          <w:b/>
        </w:rPr>
        <w:t>2 400 ₽/мес</w:t>
      </w:r>
      <w:r>
        <w:t>.</w:t>
      </w:r>
    </w:p>
    <w:p w14:paraId="716E4F30" w14:textId="77777777" w:rsidR="0087771C" w:rsidRDefault="00CE4A25">
      <w:pPr>
        <w:pStyle w:val="21"/>
      </w:pPr>
      <w:bookmarkStart w:id="4" w:name="_Toc243919852"/>
      <w:r>
        <w:t>5. Кабинет: общая логика</w:t>
      </w:r>
      <w:bookmarkEnd w:id="4"/>
    </w:p>
    <w:p w14:paraId="2FE0CA31" w14:textId="77777777" w:rsidR="0087771C" w:rsidRDefault="00CE4A25">
      <w:r>
        <w:t xml:space="preserve">После входа вы попадаете в </w:t>
      </w:r>
      <w:r>
        <w:rPr>
          <w:b/>
        </w:rPr>
        <w:t>`/app`</w:t>
      </w:r>
      <w:r>
        <w:t xml:space="preserve"> — обзор кабинета.</w:t>
      </w:r>
    </w:p>
    <w:p w14:paraId="5DB9870D" w14:textId="77777777" w:rsidR="0087771C" w:rsidRDefault="00CE4A25">
      <w:r>
        <w:t>Основные блоки:</w:t>
      </w:r>
    </w:p>
    <w:p w14:paraId="317EE1FA" w14:textId="77777777" w:rsidR="0087771C" w:rsidRDefault="00CE4A25">
      <w:pPr>
        <w:pStyle w:val="a0"/>
      </w:pPr>
      <w:r>
        <w:rPr>
          <w:b/>
        </w:rPr>
        <w:t>Обзор</w:t>
      </w:r>
      <w:r>
        <w:t xml:space="preserve"> — ближайшие соревнования, быстрые действия, чек-лист готовности.</w:t>
      </w:r>
    </w:p>
    <w:p w14:paraId="6BB00F01" w14:textId="77777777" w:rsidR="0087771C" w:rsidRDefault="00CE4A25">
      <w:pPr>
        <w:pStyle w:val="a0"/>
      </w:pPr>
      <w:r>
        <w:rPr>
          <w:b/>
        </w:rPr>
        <w:t>Соревнования</w:t>
      </w:r>
      <w:r>
        <w:t xml:space="preserve"> — список и создание нового.</w:t>
      </w:r>
    </w:p>
    <w:p w14:paraId="5C3C9BBD" w14:textId="77777777" w:rsidR="0087771C" w:rsidRDefault="00CE4A25">
      <w:pPr>
        <w:pStyle w:val="a0"/>
      </w:pPr>
      <w:r>
        <w:rPr>
          <w:b/>
        </w:rPr>
        <w:t>Тариф и оплата</w:t>
      </w:r>
      <w:r>
        <w:t xml:space="preserve"> — подписка и история платежей.</w:t>
      </w:r>
    </w:p>
    <w:p w14:paraId="1C2F7D9A" w14:textId="77777777" w:rsidR="0087771C" w:rsidRDefault="00CE4A25">
      <w:pPr>
        <w:pStyle w:val="a0"/>
      </w:pPr>
      <w:r>
        <w:rPr>
          <w:b/>
        </w:rPr>
        <w:t>Финансы</w:t>
      </w:r>
      <w:r>
        <w:t xml:space="preserve"> — взносы, счета, комиссия, выплаты.</w:t>
      </w:r>
    </w:p>
    <w:p w14:paraId="64F22B8C" w14:textId="77777777" w:rsidR="0087771C" w:rsidRDefault="00CE4A25">
      <w:pPr>
        <w:pStyle w:val="a0"/>
      </w:pPr>
      <w:r>
        <w:rPr>
          <w:b/>
        </w:rPr>
        <w:t>Коммерческие услуги</w:t>
      </w:r>
      <w:r>
        <w:t xml:space="preserve"> — white-label, «под ключ», клубные старты.</w:t>
      </w:r>
    </w:p>
    <w:p w14:paraId="397D9950" w14:textId="77777777" w:rsidR="0087771C" w:rsidRDefault="00CE4A25">
      <w:pPr>
        <w:pStyle w:val="a0"/>
      </w:pPr>
      <w:r>
        <w:rPr>
          <w:b/>
        </w:rPr>
        <w:t>Нормативы ЕВСК</w:t>
      </w:r>
      <w:r>
        <w:t xml:space="preserve"> — справочник разрядов.</w:t>
      </w:r>
    </w:p>
    <w:p w14:paraId="226F6AC8" w14:textId="77777777" w:rsidR="0087771C" w:rsidRDefault="00CE4A25">
      <w:pPr>
        <w:pStyle w:val="a0"/>
      </w:pPr>
      <w:r>
        <w:rPr>
          <w:b/>
        </w:rPr>
        <w:t>Профиль</w:t>
      </w:r>
      <w:r>
        <w:t xml:space="preserve"> — имя, организация, контакты, пароль.</w:t>
      </w:r>
    </w:p>
    <w:p w14:paraId="27603088" w14:textId="77777777" w:rsidR="0087771C" w:rsidRDefault="00CE4A25">
      <w:r>
        <w:t>Внутри соревнования слева есть разделы:</w:t>
      </w:r>
    </w:p>
    <w:p w14:paraId="30329BE3" w14:textId="77777777" w:rsidR="0087771C" w:rsidRDefault="00CE4A25">
      <w:r>
        <w:rPr>
          <w:b/>
        </w:rPr>
        <w:lastRenderedPageBreak/>
        <w:t>Обзор · Программа · Заявки · Импорт .lxf · Судейский пульт · Результаты · Протоколы · Публикация · Онлайн-результаты · Оплата · Медиа · Брендирование · Настройки.</w:t>
      </w:r>
    </w:p>
    <w:p w14:paraId="20931C13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 wp14:anchorId="37E986F1" wp14:editId="14EAAFBC">
            <wp:extent cx="5652000" cy="3925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shboar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9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8B8C1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4. Обзор соревнования в кабинете</w:t>
      </w:r>
    </w:p>
    <w:p w14:paraId="51C49243" w14:textId="77777777" w:rsidR="0087771C" w:rsidRDefault="00CE4A25">
      <w:pPr>
        <w:pStyle w:val="31"/>
      </w:pPr>
      <w:r>
        <w:lastRenderedPageBreak/>
        <w:t>5.1. Карта разделов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0BE61136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D2BFF7C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Раздел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BF52E83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80611D0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Когда открывать</w:t>
            </w:r>
          </w:p>
        </w:tc>
      </w:tr>
      <w:tr w:rsidR="0087771C" w14:paraId="25963566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42F0462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Обзор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AC7ED2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статус, чек-лист, быстрые действия, ссылка судьям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2E2E5C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каждый день</w:t>
            </w:r>
          </w:p>
        </w:tc>
      </w:tr>
      <w:tr w:rsidR="0087771C" w14:paraId="01058E23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E8B5AAE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Программа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32289C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дисциплины, сессии, возрастные группы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F0C2C2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до заявок и до старта</w:t>
            </w:r>
          </w:p>
        </w:tc>
      </w:tr>
      <w:tr w:rsidR="0087771C" w14:paraId="1FE2C0F1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D2A8545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Заявки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347768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приём, проверка, правки, эстафеты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79A921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весь период заявок</w:t>
            </w:r>
          </w:p>
        </w:tc>
      </w:tr>
      <w:tr w:rsidR="0087771C" w14:paraId="1C4FF47B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9108F74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Импорт .lxf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B5C2DE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заявки и программа файлом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A5AE6A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при переносе данных</w:t>
            </w:r>
          </w:p>
        </w:tc>
      </w:tr>
      <w:tr w:rsidR="0087771C" w14:paraId="3F440C98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262DBAA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Судейский пульт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591DF7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ввод результатов, старт, хронометраж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8361EB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 день старта</w:t>
            </w:r>
          </w:p>
        </w:tc>
      </w:tr>
      <w:tr w:rsidR="0087771C" w14:paraId="1343F2B4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0A40813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Результаты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FD6871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места, очки, разряды, командный зачёт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40A1E9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после заплывов</w:t>
            </w:r>
          </w:p>
        </w:tc>
      </w:tr>
      <w:tr w:rsidR="0087771C" w14:paraId="7AFBDC54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0C29C30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Протоколы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4EEAB2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документы и бланки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328456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до, во время и после</w:t>
            </w:r>
          </w:p>
        </w:tc>
      </w:tr>
      <w:tr w:rsidR="0087771C" w14:paraId="115AD8F1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B408724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Публикация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58D370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что видно в интернете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5852EA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перед публикацией</w:t>
            </w:r>
          </w:p>
        </w:tc>
      </w:tr>
      <w:tr w:rsidR="0087771C" w14:paraId="68A45979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541522A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Онлайн-результаты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5FA137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live, TV, QR, ссылки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5C8850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 день старта</w:t>
            </w:r>
          </w:p>
        </w:tc>
      </w:tr>
      <w:tr w:rsidR="0087771C" w14:paraId="35CCBCAD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409616F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Оплата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6EB971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счета, взносы, статусы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70F6CC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до и во время заявок</w:t>
            </w:r>
          </w:p>
        </w:tc>
      </w:tr>
      <w:tr w:rsidR="0087771C" w14:paraId="3EDB8E70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A6EFD09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Медиа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EEE00F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альбомы и фотографии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BA89EA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после старта</w:t>
            </w:r>
          </w:p>
        </w:tc>
      </w:tr>
      <w:tr w:rsidR="0087771C" w14:paraId="4A6B1F45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7F43ED3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Брендирование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01AD9D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логотип, обложка, цвета, спонсоры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12458A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до публикации</w:t>
            </w:r>
          </w:p>
        </w:tc>
      </w:tr>
      <w:tr w:rsidR="0087771C" w14:paraId="620F3705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A9B70E9" w14:textId="77777777" w:rsidR="0087771C" w:rsidRDefault="00CE4A25">
            <w:pPr>
              <w:spacing w:after="0"/>
            </w:pPr>
            <w:r>
              <w:rPr>
                <w:b/>
                <w:sz w:val="18"/>
              </w:rPr>
              <w:t>Настройки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8476221" w14:textId="77777777" w:rsidR="0087771C" w:rsidRDefault="00CE4A25">
            <w:pPr>
              <w:spacing w:after="0"/>
            </w:pPr>
            <w:r>
              <w:rPr>
                <w:sz w:val="18"/>
              </w:rPr>
              <w:t>данные, возраст, коллегия, подписант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58C4A68" w14:textId="77777777" w:rsidR="0087771C" w:rsidRDefault="00CE4A25">
            <w:pPr>
              <w:spacing w:after="0"/>
            </w:pPr>
            <w:r>
              <w:rPr>
                <w:sz w:val="18"/>
              </w:rPr>
              <w:t>до старта</w:t>
            </w:r>
          </w:p>
        </w:tc>
      </w:tr>
    </w:tbl>
    <w:p w14:paraId="7CBEA057" w14:textId="77777777" w:rsidR="0087771C" w:rsidRDefault="0087771C">
      <w:pPr>
        <w:spacing w:after="40"/>
      </w:pPr>
    </w:p>
    <w:p w14:paraId="381A2E87" w14:textId="77777777" w:rsidR="0087771C" w:rsidRDefault="00CE4A25">
      <w:pPr>
        <w:pStyle w:val="31"/>
      </w:pPr>
      <w:r>
        <w:t>5.2. Ежедневный сценарий организатора</w:t>
      </w:r>
    </w:p>
    <w:p w14:paraId="5F77D3DF" w14:textId="77777777" w:rsidR="0087771C" w:rsidRDefault="00CE4A25">
      <w:r>
        <w:rPr>
          <w:b/>
        </w:rPr>
        <w:t>До соревнования</w:t>
      </w:r>
    </w:p>
    <w:p w14:paraId="13080242" w14:textId="77777777" w:rsidR="0087771C" w:rsidRDefault="00CE4A25">
      <w:pPr>
        <w:ind w:left="255"/>
      </w:pPr>
      <w:r>
        <w:t>1. Проверьте статус и чек-лист на «Обзоре».</w:t>
      </w:r>
    </w:p>
    <w:p w14:paraId="354B5533" w14:textId="77777777" w:rsidR="0087771C" w:rsidRDefault="00CE4A25">
      <w:pPr>
        <w:ind w:left="255"/>
      </w:pPr>
      <w:r>
        <w:t>2. Откройте «Программу» и убедитесь, что все дисциплины и группы на месте.</w:t>
      </w:r>
    </w:p>
    <w:p w14:paraId="26105A59" w14:textId="77777777" w:rsidR="0087771C" w:rsidRDefault="00CE4A25">
      <w:pPr>
        <w:ind w:left="255"/>
      </w:pPr>
      <w:r>
        <w:t>3. Проверьте «Заявки»: неподтверждённые, без оплаты, с ошибками.</w:t>
      </w:r>
    </w:p>
    <w:p w14:paraId="5C66D37C" w14:textId="77777777" w:rsidR="0087771C" w:rsidRDefault="00CE4A25">
      <w:pPr>
        <w:ind w:left="255"/>
      </w:pPr>
      <w:r>
        <w:t>4. Сформируйте стартовые протоколы и проверьте посев.</w:t>
      </w:r>
    </w:p>
    <w:p w14:paraId="6FCC1D00" w14:textId="77777777" w:rsidR="0087771C" w:rsidRDefault="00CE4A25">
      <w:pPr>
        <w:ind w:left="255"/>
      </w:pPr>
      <w:r>
        <w:t>5. Проверьте судейский пульт и телефоны.</w:t>
      </w:r>
    </w:p>
    <w:p w14:paraId="04818ADB" w14:textId="77777777" w:rsidR="0087771C" w:rsidRDefault="00CE4A25">
      <w:pPr>
        <w:ind w:left="255"/>
      </w:pPr>
      <w:r>
        <w:t>6. Проверьте дипломы: стиль, печать, подпись, подписант.</w:t>
      </w:r>
    </w:p>
    <w:p w14:paraId="78B89ECA" w14:textId="77777777" w:rsidR="0087771C" w:rsidRDefault="00CE4A25">
      <w:r>
        <w:rPr>
          <w:b/>
        </w:rPr>
        <w:t>В день старта</w:t>
      </w:r>
    </w:p>
    <w:p w14:paraId="5DB0A42A" w14:textId="77777777" w:rsidR="0087771C" w:rsidRDefault="00CE4A25">
      <w:pPr>
        <w:ind w:left="255"/>
      </w:pPr>
      <w:r>
        <w:t>1. Откройте пульт и live-табло.</w:t>
      </w:r>
    </w:p>
    <w:p w14:paraId="5C96D7F7" w14:textId="77777777" w:rsidR="0087771C" w:rsidRDefault="00CE4A25">
      <w:pPr>
        <w:ind w:left="255"/>
      </w:pPr>
      <w:r>
        <w:t>2. Раздайте QR хронометристам и стартеру.</w:t>
      </w:r>
    </w:p>
    <w:p w14:paraId="21E81079" w14:textId="77777777" w:rsidR="0087771C" w:rsidRDefault="00CE4A25">
      <w:pPr>
        <w:ind w:left="255"/>
      </w:pPr>
      <w:r>
        <w:t>3. Проведите заплывы, утверждая каждый.</w:t>
      </w:r>
    </w:p>
    <w:p w14:paraId="5ECCC174" w14:textId="77777777" w:rsidR="0087771C" w:rsidRDefault="00CE4A25">
      <w:pPr>
        <w:ind w:left="255"/>
      </w:pPr>
      <w:r>
        <w:t>4. Следите за маячком «Дипломы сформированы».</w:t>
      </w:r>
    </w:p>
    <w:p w14:paraId="702674A0" w14:textId="77777777" w:rsidR="0087771C" w:rsidRDefault="00CE4A25">
      <w:pPr>
        <w:ind w:left="255"/>
      </w:pPr>
      <w:r>
        <w:t>5. После дисциплины проверьте протокол и очередь награждения.</w:t>
      </w:r>
    </w:p>
    <w:p w14:paraId="0E551723" w14:textId="77777777" w:rsidR="0087771C" w:rsidRDefault="00CE4A25">
      <w:r>
        <w:rPr>
          <w:b/>
        </w:rPr>
        <w:lastRenderedPageBreak/>
        <w:t>После старта</w:t>
      </w:r>
    </w:p>
    <w:p w14:paraId="71655AAD" w14:textId="77777777" w:rsidR="0087771C" w:rsidRDefault="00CE4A25">
      <w:pPr>
        <w:ind w:left="255"/>
      </w:pPr>
      <w:r>
        <w:t>1. Убедитесь, что все дисциплины официальны.</w:t>
      </w:r>
    </w:p>
    <w:p w14:paraId="58548B31" w14:textId="77777777" w:rsidR="0087771C" w:rsidRDefault="00CE4A25">
      <w:pPr>
        <w:ind w:left="255"/>
      </w:pPr>
      <w:r>
        <w:t>2. Скачайте протоколы и дипломы.</w:t>
      </w:r>
    </w:p>
    <w:p w14:paraId="3E6CC9D1" w14:textId="77777777" w:rsidR="0087771C" w:rsidRDefault="00CE4A25">
      <w:pPr>
        <w:ind w:left="255"/>
      </w:pPr>
      <w:r>
        <w:t>3. Опубликуйте результаты.</w:t>
      </w:r>
    </w:p>
    <w:p w14:paraId="6E8729CB" w14:textId="77777777" w:rsidR="0087771C" w:rsidRDefault="00CE4A25">
      <w:pPr>
        <w:ind w:left="255"/>
      </w:pPr>
      <w:r>
        <w:t>4. Выгрузите Lenex/Excel при необходимости.</w:t>
      </w:r>
    </w:p>
    <w:p w14:paraId="525B4CE7" w14:textId="77777777" w:rsidR="0087771C" w:rsidRDefault="00CE4A25">
      <w:pPr>
        <w:ind w:left="255"/>
      </w:pPr>
      <w:r>
        <w:t>5. Добавьте фотографии и итоги.</w:t>
      </w:r>
    </w:p>
    <w:p w14:paraId="13A21303" w14:textId="77777777" w:rsidR="0087771C" w:rsidRDefault="00CE4A25">
      <w:pPr>
        <w:pStyle w:val="31"/>
      </w:pPr>
      <w:r>
        <w:t>5.3. Что видно публично</w:t>
      </w:r>
    </w:p>
    <w:p w14:paraId="4BC00C71" w14:textId="77777777" w:rsidR="0087771C" w:rsidRDefault="00CE4A25">
      <w:r>
        <w:t>Публично доступны:</w:t>
      </w:r>
    </w:p>
    <w:p w14:paraId="21AA274A" w14:textId="77777777" w:rsidR="0087771C" w:rsidRDefault="00CE4A25">
      <w:pPr>
        <w:pStyle w:val="a0"/>
      </w:pPr>
      <w:r>
        <w:t>страница соревнования;</w:t>
      </w:r>
    </w:p>
    <w:p w14:paraId="17B20C5D" w14:textId="77777777" w:rsidR="0087771C" w:rsidRDefault="00CE4A25">
      <w:pPr>
        <w:pStyle w:val="a0"/>
      </w:pPr>
      <w:r>
        <w:t>программа;</w:t>
      </w:r>
    </w:p>
    <w:p w14:paraId="24911465" w14:textId="77777777" w:rsidR="0087771C" w:rsidRDefault="00CE4A25">
      <w:pPr>
        <w:pStyle w:val="a0"/>
      </w:pPr>
      <w:r>
        <w:t>положение и документы;</w:t>
      </w:r>
    </w:p>
    <w:p w14:paraId="6CC81A8A" w14:textId="77777777" w:rsidR="0087771C" w:rsidRDefault="00CE4A25">
      <w:pPr>
        <w:pStyle w:val="a0"/>
      </w:pPr>
      <w:r>
        <w:t>заявочный, стартовый и итоговый протоколы;</w:t>
      </w:r>
    </w:p>
    <w:p w14:paraId="53AF14A5" w14:textId="77777777" w:rsidR="0087771C" w:rsidRDefault="00CE4A25">
      <w:pPr>
        <w:pStyle w:val="a0"/>
      </w:pPr>
      <w:r>
        <w:t>результаты и live-табло;</w:t>
      </w:r>
    </w:p>
    <w:p w14:paraId="7EB7E929" w14:textId="77777777" w:rsidR="0087771C" w:rsidRDefault="00CE4A25">
      <w:pPr>
        <w:pStyle w:val="a0"/>
      </w:pPr>
      <w:r>
        <w:t>поиск дипломов.</w:t>
      </w:r>
    </w:p>
    <w:p w14:paraId="7078C752" w14:textId="77777777" w:rsidR="0087771C" w:rsidRDefault="00CE4A25">
      <w:r>
        <w:t>Не публикуются без отдельного решения:</w:t>
      </w:r>
    </w:p>
    <w:p w14:paraId="648397B0" w14:textId="77777777" w:rsidR="0087771C" w:rsidRDefault="00CE4A25">
      <w:pPr>
        <w:pStyle w:val="a0"/>
      </w:pPr>
      <w:r>
        <w:t>контакты участников;</w:t>
      </w:r>
    </w:p>
    <w:p w14:paraId="275F215E" w14:textId="77777777" w:rsidR="0087771C" w:rsidRDefault="00CE4A25">
      <w:pPr>
        <w:pStyle w:val="a0"/>
      </w:pPr>
      <w:r>
        <w:t>технические протоколы;</w:t>
      </w:r>
    </w:p>
    <w:p w14:paraId="078FD23E" w14:textId="77777777" w:rsidR="0087771C" w:rsidRDefault="00CE4A25">
      <w:pPr>
        <w:pStyle w:val="a0"/>
      </w:pPr>
      <w:r>
        <w:t>DQ-карточки;</w:t>
      </w:r>
    </w:p>
    <w:p w14:paraId="338145C1" w14:textId="77777777" w:rsidR="0087771C" w:rsidRDefault="00CE4A25">
      <w:pPr>
        <w:pStyle w:val="a0"/>
      </w:pPr>
      <w:r>
        <w:t>судейские бланки;</w:t>
      </w:r>
    </w:p>
    <w:p w14:paraId="015DBD8E" w14:textId="77777777" w:rsidR="0087771C" w:rsidRDefault="00CE4A25">
      <w:pPr>
        <w:pStyle w:val="a0"/>
      </w:pPr>
      <w:r>
        <w:t>внутренние заметки.</w:t>
      </w:r>
    </w:p>
    <w:p w14:paraId="043DAC28" w14:textId="77777777" w:rsidR="0087771C" w:rsidRDefault="00CE4A25">
      <w:pPr>
        <w:pStyle w:val="31"/>
      </w:pPr>
      <w:r>
        <w:t>5.4. Где искать помощь</w:t>
      </w:r>
    </w:p>
    <w:p w14:paraId="4D023D85" w14:textId="77777777" w:rsidR="0087771C" w:rsidRDefault="00CE4A25">
      <w:pPr>
        <w:pStyle w:val="a0"/>
      </w:pPr>
      <w:r>
        <w:rPr>
          <w:b/>
        </w:rPr>
        <w:t>«Руководство»</w:t>
      </w:r>
      <w:r>
        <w:t xml:space="preserve"> — эта книга и PDF.</w:t>
      </w:r>
    </w:p>
    <w:p w14:paraId="69FEE51F" w14:textId="77777777" w:rsidR="0087771C" w:rsidRDefault="00CE4A25">
      <w:pPr>
        <w:pStyle w:val="a0"/>
      </w:pPr>
      <w:r>
        <w:rPr>
          <w:b/>
        </w:rPr>
        <w:t>«Нормативы ЕВСК»</w:t>
      </w:r>
      <w:r>
        <w:t xml:space="preserve"> — разряды.</w:t>
      </w:r>
    </w:p>
    <w:p w14:paraId="72A8D3FD" w14:textId="77777777" w:rsidR="0087771C" w:rsidRDefault="00CE4A25">
      <w:pPr>
        <w:pStyle w:val="a0"/>
      </w:pPr>
      <w:r>
        <w:rPr>
          <w:b/>
        </w:rPr>
        <w:t>«Коммерческие услуги»</w:t>
      </w:r>
      <w:r>
        <w:t xml:space="preserve"> — white-label, «под ключ», клубные старты.</w:t>
      </w:r>
    </w:p>
    <w:p w14:paraId="51D9892B" w14:textId="77777777" w:rsidR="0087771C" w:rsidRDefault="00CE4A25">
      <w:pPr>
        <w:pStyle w:val="a0"/>
      </w:pPr>
      <w:r>
        <w:rPr>
          <w:b/>
        </w:rPr>
        <w:t>Поддержка</w:t>
      </w:r>
      <w:r>
        <w:t xml:space="preserve"> — контакты в конце руководства.</w:t>
      </w:r>
    </w:p>
    <w:p w14:paraId="217024FE" w14:textId="77777777" w:rsidR="0087771C" w:rsidRDefault="00CE4A25">
      <w:pPr>
        <w:pStyle w:val="21"/>
      </w:pPr>
      <w:bookmarkStart w:id="5" w:name="_Toc243919853"/>
      <w:r>
        <w:t>6. Создание соревнования</w:t>
      </w:r>
      <w:bookmarkEnd w:id="5"/>
    </w:p>
    <w:p w14:paraId="6647ED1A" w14:textId="77777777" w:rsidR="0087771C" w:rsidRDefault="00CE4A25">
      <w:r>
        <w:t xml:space="preserve">Нажмите </w:t>
      </w:r>
      <w:r>
        <w:rPr>
          <w:b/>
        </w:rPr>
        <w:t>«Новое соревнование»</w:t>
      </w:r>
      <w:r>
        <w:t>. Заполните:</w:t>
      </w:r>
    </w:p>
    <w:p w14:paraId="705FED90" w14:textId="77777777" w:rsidR="0087771C" w:rsidRDefault="00CE4A25">
      <w:pPr>
        <w:pStyle w:val="31"/>
      </w:pPr>
      <w:r>
        <w:t>6.1. Основное</w:t>
      </w:r>
    </w:p>
    <w:p w14:paraId="2B299577" w14:textId="77777777" w:rsidR="0087771C" w:rsidRDefault="00CE4A25">
      <w:pPr>
        <w:pStyle w:val="a0"/>
      </w:pPr>
      <w:r>
        <w:t>название;</w:t>
      </w:r>
    </w:p>
    <w:p w14:paraId="7557BC49" w14:textId="77777777" w:rsidR="0087771C" w:rsidRDefault="00CE4A25">
      <w:pPr>
        <w:pStyle w:val="a0"/>
      </w:pPr>
      <w:r>
        <w:t>подзаголовок и описание;</w:t>
      </w:r>
    </w:p>
    <w:p w14:paraId="41DF365A" w14:textId="77777777" w:rsidR="0087771C" w:rsidRDefault="00CE4A25">
      <w:pPr>
        <w:pStyle w:val="a0"/>
      </w:pPr>
      <w:r>
        <w:t xml:space="preserve">вид программы: </w:t>
      </w:r>
      <w:r>
        <w:rPr>
          <w:b/>
        </w:rPr>
        <w:t>спортивное плавание / Мастерс / зимнее плавание</w:t>
      </w:r>
      <w:r>
        <w:t>;</w:t>
      </w:r>
    </w:p>
    <w:p w14:paraId="2B350206" w14:textId="77777777" w:rsidR="0087771C" w:rsidRDefault="00CE4A25">
      <w:pPr>
        <w:pStyle w:val="a0"/>
      </w:pPr>
      <w:r>
        <w:t>уровень;</w:t>
      </w:r>
    </w:p>
    <w:p w14:paraId="2B9B662A" w14:textId="77777777" w:rsidR="0087771C" w:rsidRDefault="00CE4A25">
      <w:pPr>
        <w:pStyle w:val="a0"/>
      </w:pPr>
      <w:r>
        <w:lastRenderedPageBreak/>
        <w:t>город, бассейн, адрес;</w:t>
      </w:r>
    </w:p>
    <w:p w14:paraId="03AB25C3" w14:textId="77777777" w:rsidR="0087771C" w:rsidRDefault="00CE4A25">
      <w:pPr>
        <w:pStyle w:val="a0"/>
      </w:pPr>
      <w:r>
        <w:t>даты начала и окончания;</w:t>
      </w:r>
    </w:p>
    <w:p w14:paraId="57D46EC6" w14:textId="77777777" w:rsidR="0087771C" w:rsidRDefault="00CE4A25">
      <w:pPr>
        <w:pStyle w:val="a0"/>
      </w:pPr>
      <w:r>
        <w:t>часовой пояс.</w:t>
      </w:r>
    </w:p>
    <w:p w14:paraId="0BAA7FF8" w14:textId="77777777" w:rsidR="0087771C" w:rsidRDefault="00CE4A25">
      <w:r>
        <w:t xml:space="preserve">Название формирует публичный адрес </w:t>
      </w:r>
      <w:r>
        <w:rPr>
          <w:rFonts w:ascii="Consolas" w:hAnsi="Consolas"/>
          <w:color w:val="0E6E86"/>
          <w:sz w:val="21"/>
        </w:rPr>
        <w:t>/c/&lt;slug&gt;</w:t>
      </w:r>
      <w:r>
        <w:t>; его можно изменить позже, но старые ссылки при этом перестанут работать.</w:t>
      </w:r>
    </w:p>
    <w:p w14:paraId="26FBFEFF" w14:textId="77777777" w:rsidR="0087771C" w:rsidRDefault="00CE4A25">
      <w:pPr>
        <w:pStyle w:val="31"/>
      </w:pPr>
      <w:r>
        <w:t>6.2. Бассейн и заплывы</w:t>
      </w:r>
    </w:p>
    <w:p w14:paraId="2C72556E" w14:textId="77777777" w:rsidR="0087771C" w:rsidRDefault="00CE4A25">
      <w:pPr>
        <w:pStyle w:val="a0"/>
      </w:pPr>
      <w:r>
        <w:t>25 или 50 метров;</w:t>
      </w:r>
    </w:p>
    <w:p w14:paraId="394419CE" w14:textId="77777777" w:rsidR="0087771C" w:rsidRDefault="00CE4A25">
      <w:pPr>
        <w:pStyle w:val="a0"/>
      </w:pPr>
      <w:r>
        <w:t>число дорожек (обычно 6–10);</w:t>
      </w:r>
    </w:p>
    <w:p w14:paraId="049EBA33" w14:textId="77777777" w:rsidR="0087771C" w:rsidRDefault="00CE4A25">
      <w:pPr>
        <w:pStyle w:val="a0"/>
      </w:pPr>
      <w:r>
        <w:t>порядок распределения: сильнейшие в последнем заплыве (по умолчанию);</w:t>
      </w:r>
    </w:p>
    <w:p w14:paraId="5859D925" w14:textId="77777777" w:rsidR="0087771C" w:rsidRDefault="00CE4A25">
      <w:pPr>
        <w:pStyle w:val="a0"/>
      </w:pPr>
      <w:r>
        <w:t>минимальная/максимальная дорожка.</w:t>
      </w:r>
    </w:p>
    <w:p w14:paraId="09EC3723" w14:textId="77777777" w:rsidR="0087771C" w:rsidRDefault="00CE4A25">
      <w:pPr>
        <w:pStyle w:val="31"/>
      </w:pPr>
      <w:r>
        <w:t>6.3. Даты и возраст</w:t>
      </w:r>
    </w:p>
    <w:p w14:paraId="460BF342" w14:textId="77777777" w:rsidR="0087771C" w:rsidRDefault="00CE4A25">
      <w:pPr>
        <w:pStyle w:val="a0"/>
      </w:pPr>
      <w:r>
        <w:rPr>
          <w:b/>
        </w:rPr>
        <w:t>Дата определения возраста</w:t>
      </w:r>
      <w:r>
        <w:t xml:space="preserve"> — на какую дату считается возраст участника.</w:t>
      </w:r>
    </w:p>
    <w:p w14:paraId="538017FF" w14:textId="77777777" w:rsidR="0087771C" w:rsidRDefault="00CE4A25">
      <w:pPr>
        <w:pStyle w:val="a0"/>
      </w:pPr>
      <w:r>
        <w:rPr>
          <w:b/>
        </w:rPr>
        <w:t>Режим возраста</w:t>
      </w:r>
      <w:r>
        <w:t xml:space="preserve"> — по году рождения или по полным годам (зависит от регламента).</w:t>
      </w:r>
    </w:p>
    <w:p w14:paraId="7425767D" w14:textId="77777777" w:rsidR="0087771C" w:rsidRDefault="00CE4A25">
      <w:r>
        <w:t>Проверьте возрастную дату до публикации: от неё зависят возрастные группы и допуск участников.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5A01386E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C3F85FB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Поле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C03CFAB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Что влияет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94292AA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Рекомендация</w:t>
            </w:r>
          </w:p>
        </w:tc>
      </w:tr>
      <w:tr w:rsidR="0087771C" w14:paraId="281BE075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BDEC86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Дата возраста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CBAD53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группы, допуск, разряды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693331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ставьте дату из положения</w:t>
            </w:r>
          </w:p>
        </w:tc>
      </w:tr>
      <w:tr w:rsidR="0087771C" w14:paraId="5579C0D4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07EBFF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Режим возраста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9967FC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год рождения / полные годы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DB0DF7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одинаково для всего соревнования</w:t>
            </w:r>
          </w:p>
        </w:tc>
      </w:tr>
      <w:tr w:rsidR="0087771C" w14:paraId="7459A915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AE774B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Взнос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C76237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оплата и счёт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B3B7DE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проверьте модель «за дисциплину/за спортсмена»</w:t>
            </w:r>
          </w:p>
        </w:tc>
      </w:tr>
      <w:tr w:rsidR="0087771C" w14:paraId="21D831F6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EB8843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Дедлайн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7B5EA8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доступность заявок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8F2489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оставьте запас на подтверждение</w:t>
            </w:r>
          </w:p>
        </w:tc>
      </w:tr>
      <w:tr w:rsidR="0087771C" w14:paraId="64612968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E01611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Дорожки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5F5939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посев и заплывы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92B7CD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укажите реальное число дорожек</w:t>
            </w:r>
          </w:p>
        </w:tc>
      </w:tr>
      <w:tr w:rsidR="0087771C" w14:paraId="04109678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E7E6ACC" w14:textId="77777777" w:rsidR="0087771C" w:rsidRDefault="00CE4A25">
            <w:pPr>
              <w:spacing w:after="0"/>
            </w:pPr>
            <w:r>
              <w:rPr>
                <w:sz w:val="18"/>
              </w:rPr>
              <w:t>Часовой пояс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2D40327" w14:textId="77777777" w:rsidR="0087771C" w:rsidRDefault="00CE4A25">
            <w:pPr>
              <w:spacing w:after="0"/>
            </w:pPr>
            <w:r>
              <w:rPr>
                <w:sz w:val="18"/>
              </w:rPr>
              <w:t>время стартов и публикация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A89D080" w14:textId="77777777" w:rsidR="0087771C" w:rsidRDefault="00CE4A25">
            <w:pPr>
              <w:spacing w:after="0"/>
            </w:pPr>
            <w:r>
              <w:rPr>
                <w:sz w:val="18"/>
              </w:rPr>
              <w:t>выберите город соревнования</w:t>
            </w:r>
          </w:p>
        </w:tc>
      </w:tr>
    </w:tbl>
    <w:p w14:paraId="0B693684" w14:textId="77777777" w:rsidR="0087771C" w:rsidRDefault="0087771C">
      <w:pPr>
        <w:spacing w:after="40"/>
      </w:pPr>
    </w:p>
    <w:p w14:paraId="5E5D0CEA" w14:textId="77777777" w:rsidR="0087771C" w:rsidRDefault="00CE4A25">
      <w:r>
        <w:rPr>
          <w:b/>
        </w:rPr>
        <w:t>Пример.</w:t>
      </w:r>
      <w:r>
        <w:t xml:space="preserve"> Если положение говорит «возраст на 31 декабря 2026», укажите эту дату. Тогда 2013 год рождения будет считаться 13 годами, а не «7 лет».</w:t>
      </w:r>
    </w:p>
    <w:p w14:paraId="32C5583B" w14:textId="77777777" w:rsidR="0087771C" w:rsidRDefault="00CE4A25">
      <w:pPr>
        <w:pStyle w:val="31"/>
      </w:pPr>
      <w:r>
        <w:t>6.4. Заявки и взносы</w:t>
      </w:r>
    </w:p>
    <w:p w14:paraId="57D6A680" w14:textId="77777777" w:rsidR="0087771C" w:rsidRDefault="00CE4A25">
      <w:pPr>
        <w:pStyle w:val="a0"/>
      </w:pPr>
      <w:r>
        <w:t>дата открытия и дедлайн;</w:t>
      </w:r>
    </w:p>
    <w:p w14:paraId="60BE58E3" w14:textId="77777777" w:rsidR="0087771C" w:rsidRDefault="00CE4A25">
      <w:pPr>
        <w:pStyle w:val="a0"/>
      </w:pPr>
      <w:r>
        <w:t>взнос за дисциплину;</w:t>
      </w:r>
    </w:p>
    <w:p w14:paraId="0164D4E2" w14:textId="77777777" w:rsidR="0087771C" w:rsidRDefault="00CE4A25">
      <w:pPr>
        <w:pStyle w:val="a0"/>
      </w:pPr>
      <w:r>
        <w:t>модель взноса: за дисциплину или за спортсмена;</w:t>
      </w:r>
    </w:p>
    <w:p w14:paraId="1447A278" w14:textId="77777777" w:rsidR="0087771C" w:rsidRDefault="00CE4A25">
      <w:pPr>
        <w:pStyle w:val="a0"/>
      </w:pPr>
      <w:r>
        <w:t>приём взносов: самостоятельно / через платформу;</w:t>
      </w:r>
    </w:p>
    <w:p w14:paraId="1B308A32" w14:textId="77777777" w:rsidR="0087771C" w:rsidRDefault="00CE4A25">
      <w:pPr>
        <w:pStyle w:val="a0"/>
      </w:pPr>
      <w:r>
        <w:t>лимит дисциплин на спортсмена.</w:t>
      </w:r>
    </w:p>
    <w:p w14:paraId="303272C6" w14:textId="77777777" w:rsidR="0087771C" w:rsidRDefault="00CE4A25">
      <w:pPr>
        <w:pStyle w:val="31"/>
      </w:pPr>
      <w:r>
        <w:t>6.5. Положение и документы</w:t>
      </w:r>
    </w:p>
    <w:p w14:paraId="1A69E685" w14:textId="77777777" w:rsidR="0087771C" w:rsidRDefault="00CE4A25">
      <w:pPr>
        <w:pStyle w:val="a0"/>
      </w:pPr>
      <w:r>
        <w:t>текст положения (можно HTML);</w:t>
      </w:r>
    </w:p>
    <w:p w14:paraId="6BBD2A35" w14:textId="77777777" w:rsidR="0087771C" w:rsidRDefault="00CE4A25">
      <w:pPr>
        <w:pStyle w:val="a0"/>
      </w:pPr>
      <w:r>
        <w:lastRenderedPageBreak/>
        <w:t>PDF-файл положения;</w:t>
      </w:r>
    </w:p>
    <w:p w14:paraId="53092A0D" w14:textId="77777777" w:rsidR="0087771C" w:rsidRDefault="00CE4A25">
      <w:pPr>
        <w:pStyle w:val="a0"/>
      </w:pPr>
      <w:r>
        <w:t>логотип, обложка, favicon;</w:t>
      </w:r>
    </w:p>
    <w:p w14:paraId="219F2172" w14:textId="77777777" w:rsidR="0087771C" w:rsidRDefault="00CE4A25">
      <w:pPr>
        <w:pStyle w:val="a0"/>
      </w:pPr>
      <w:r>
        <w:t>контакты организатора.</w:t>
      </w:r>
    </w:p>
    <w:p w14:paraId="70D2DB64" w14:textId="77777777" w:rsidR="0087771C" w:rsidRDefault="00CE4A25">
      <w:pPr>
        <w:pStyle w:val="31"/>
      </w:pPr>
      <w:r>
        <w:t>6.6. Публикация</w:t>
      </w:r>
    </w:p>
    <w:p w14:paraId="64378862" w14:textId="77777777" w:rsidR="0087771C" w:rsidRDefault="00CE4A25">
      <w:r>
        <w:t xml:space="preserve">Черновик виден только вам. Кнопка </w:t>
      </w:r>
      <w:r>
        <w:rPr>
          <w:b/>
        </w:rPr>
        <w:t>«Опубликовать»</w:t>
      </w:r>
      <w:r>
        <w:t xml:space="preserve"> открывает страницу участникам.</w:t>
      </w:r>
    </w:p>
    <w:p w14:paraId="4177F796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 wp14:anchorId="0A646D28" wp14:editId="49BC514D">
            <wp:extent cx="5652000" cy="3925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ting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9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2031E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5. Настройки соревнования: данные, коллегия, подписант, брендирование</w:t>
      </w:r>
    </w:p>
    <w:p w14:paraId="751E76A1" w14:textId="77777777" w:rsidR="0087771C" w:rsidRDefault="00CE4A25">
      <w:pPr>
        <w:pStyle w:val="31"/>
      </w:pPr>
      <w:r>
        <w:t>6.7. Проверка перед публикацией</w:t>
      </w:r>
    </w:p>
    <w:p w14:paraId="2CB9EB6F" w14:textId="77777777" w:rsidR="0087771C" w:rsidRDefault="00CE4A25">
      <w:pPr>
        <w:pStyle w:val="a0"/>
      </w:pPr>
      <w:r>
        <w:t>☐ название и адрес читаются;</w:t>
      </w:r>
    </w:p>
    <w:p w14:paraId="7389DF5B" w14:textId="77777777" w:rsidR="0087771C" w:rsidRDefault="00CE4A25">
      <w:pPr>
        <w:pStyle w:val="a0"/>
      </w:pPr>
      <w:r>
        <w:t>☐ даты, город и бассейн верны;</w:t>
      </w:r>
    </w:p>
    <w:p w14:paraId="0B4AA4B1" w14:textId="77777777" w:rsidR="0087771C" w:rsidRDefault="00CE4A25">
      <w:pPr>
        <w:pStyle w:val="a0"/>
      </w:pPr>
      <w:r>
        <w:t>☐ дорожки и часовой пояс совпадают с положением;</w:t>
      </w:r>
    </w:p>
    <w:p w14:paraId="499CCCE1" w14:textId="77777777" w:rsidR="0087771C" w:rsidRDefault="00CE4A25">
      <w:pPr>
        <w:pStyle w:val="a0"/>
      </w:pPr>
      <w:r>
        <w:t>☐ возрастная дата и группы проверены;</w:t>
      </w:r>
    </w:p>
    <w:p w14:paraId="1F6C9E85" w14:textId="77777777" w:rsidR="0087771C" w:rsidRDefault="00CE4A25">
      <w:pPr>
        <w:pStyle w:val="a0"/>
      </w:pPr>
      <w:r>
        <w:t>☐ взнос и модель оплаты выбраны;</w:t>
      </w:r>
    </w:p>
    <w:p w14:paraId="250A126F" w14:textId="77777777" w:rsidR="0087771C" w:rsidRDefault="00CE4A25">
      <w:pPr>
        <w:pStyle w:val="a0"/>
      </w:pPr>
      <w:r>
        <w:t>☐ положение загружено или вставлено;</w:t>
      </w:r>
    </w:p>
    <w:p w14:paraId="0E71F60F" w14:textId="77777777" w:rsidR="0087771C" w:rsidRDefault="00CE4A25">
      <w:pPr>
        <w:pStyle w:val="a0"/>
      </w:pPr>
      <w:r>
        <w:t>☐ контакты организатора актуальны;</w:t>
      </w:r>
    </w:p>
    <w:p w14:paraId="44F946BC" w14:textId="77777777" w:rsidR="0087771C" w:rsidRDefault="00CE4A25">
      <w:pPr>
        <w:pStyle w:val="a0"/>
      </w:pPr>
      <w:r>
        <w:t>☐ логотип и обложка не растянуты;</w:t>
      </w:r>
    </w:p>
    <w:p w14:paraId="2A1B775C" w14:textId="77777777" w:rsidR="0087771C" w:rsidRDefault="00CE4A25">
      <w:pPr>
        <w:pStyle w:val="a0"/>
      </w:pPr>
      <w:r>
        <w:t>☐ подписант диплома выбран;</w:t>
      </w:r>
    </w:p>
    <w:p w14:paraId="7ABECED3" w14:textId="77777777" w:rsidR="0087771C" w:rsidRDefault="00CE4A25">
      <w:pPr>
        <w:pStyle w:val="a0"/>
      </w:pPr>
      <w:r>
        <w:t>☐ ссылка на страницу открывается на телефоне.</w:t>
      </w:r>
    </w:p>
    <w:p w14:paraId="05115CA8" w14:textId="77777777" w:rsidR="0087771C" w:rsidRDefault="00CE4A25">
      <w:pPr>
        <w:pStyle w:val="31"/>
      </w:pPr>
      <w:r>
        <w:lastRenderedPageBreak/>
        <w:t>6.8. Пример заполнения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87771C" w14:paraId="7E076A61" w14:textId="77777777">
        <w:trPr>
          <w:tblHeader/>
          <w:jc w:val="center"/>
        </w:trPr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61C5102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Поле</w:t>
            </w:r>
          </w:p>
        </w:tc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75C6125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Пример</w:t>
            </w:r>
          </w:p>
        </w:tc>
      </w:tr>
      <w:tr w:rsidR="0087771C" w14:paraId="4811EFD1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D89164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Название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F298CF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Детский фестиваль плавания «На волне»</w:t>
            </w:r>
          </w:p>
        </w:tc>
      </w:tr>
      <w:tr w:rsidR="0087771C" w14:paraId="36A8BE55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32A0A1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Вид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ED1835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Спортивное плавание</w:t>
            </w:r>
          </w:p>
        </w:tc>
      </w:tr>
      <w:tr w:rsidR="0087771C" w14:paraId="772A8788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29A83E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Город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CC39B5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Яхрома, Московская область</w:t>
            </w:r>
          </w:p>
        </w:tc>
      </w:tr>
      <w:tr w:rsidR="0087771C" w14:paraId="1F27EF84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59E6F2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Бассейн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A1B2A0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«Кашалот», 50 м</w:t>
            </w:r>
          </w:p>
        </w:tc>
      </w:tr>
      <w:tr w:rsidR="0087771C" w14:paraId="6B06CB9D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A1C4B6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Даты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A86A8C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25.10.2026</w:t>
            </w:r>
          </w:p>
        </w:tc>
      </w:tr>
      <w:tr w:rsidR="0087771C" w14:paraId="7FF2E4A7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EBE2BA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Возрастная дата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09CF1B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31.12.2026</w:t>
            </w:r>
          </w:p>
        </w:tc>
      </w:tr>
      <w:tr w:rsidR="0087771C" w14:paraId="47110FA3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43AEAA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Дорожки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349F38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6</w:t>
            </w:r>
          </w:p>
        </w:tc>
      </w:tr>
      <w:tr w:rsidR="0087771C" w14:paraId="4023A5D3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491A88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Заявки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2FAF20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открыты до 24.10.2026</w:t>
            </w:r>
          </w:p>
        </w:tc>
      </w:tr>
      <w:tr w:rsidR="0087771C" w14:paraId="1920EA58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29D5AB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Взнос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9AE91E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900 ₽ за дисциплину</w:t>
            </w:r>
          </w:p>
        </w:tc>
      </w:tr>
      <w:tr w:rsidR="0087771C" w14:paraId="4D81AA15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ECB031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Оплата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D4364D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организатор принимает сам</w:t>
            </w:r>
          </w:p>
        </w:tc>
      </w:tr>
      <w:tr w:rsidR="0087771C" w14:paraId="31A40063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266D734" w14:textId="77777777" w:rsidR="0087771C" w:rsidRDefault="00CE4A25">
            <w:pPr>
              <w:spacing w:after="0"/>
            </w:pPr>
            <w:r>
              <w:rPr>
                <w:sz w:val="18"/>
              </w:rPr>
              <w:t>Положение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E5A84C3" w14:textId="77777777" w:rsidR="0087771C" w:rsidRDefault="00CE4A25">
            <w:pPr>
              <w:spacing w:after="0"/>
            </w:pPr>
            <w:r>
              <w:rPr>
                <w:sz w:val="18"/>
              </w:rPr>
              <w:t>PDF + текст</w:t>
            </w:r>
          </w:p>
        </w:tc>
      </w:tr>
    </w:tbl>
    <w:p w14:paraId="7BAFB4BF" w14:textId="77777777" w:rsidR="0087771C" w:rsidRDefault="0087771C">
      <w:pPr>
        <w:spacing w:after="40"/>
      </w:pPr>
    </w:p>
    <w:p w14:paraId="1EB5FAFA" w14:textId="77777777" w:rsidR="0087771C" w:rsidRDefault="00CE4A25">
      <w:r>
        <w:t>Такой набор закрывает детский фестиваль: заявки, программа, пульт, протоколы, дипломы и онлайн.</w:t>
      </w:r>
    </w:p>
    <w:p w14:paraId="4669F866" w14:textId="77777777" w:rsidR="0087771C" w:rsidRDefault="00CE4A25">
      <w:pPr>
        <w:pStyle w:val="21"/>
      </w:pPr>
      <w:bookmarkStart w:id="6" w:name="_Toc243919854"/>
      <w:r>
        <w:t>7. Программа соревнования</w:t>
      </w:r>
      <w:bookmarkEnd w:id="6"/>
    </w:p>
    <w:p w14:paraId="6A6B4801" w14:textId="77777777" w:rsidR="0087771C" w:rsidRDefault="00CE4A25">
      <w:r>
        <w:t xml:space="preserve">Раздел </w:t>
      </w:r>
      <w:r>
        <w:rPr>
          <w:b/>
        </w:rPr>
        <w:t>«Программа»</w:t>
      </w:r>
      <w:r>
        <w:t xml:space="preserve"> — сердце соревнования.</w:t>
      </w:r>
    </w:p>
    <w:p w14:paraId="30B63E3C" w14:textId="77777777" w:rsidR="0087771C" w:rsidRDefault="00CE4A25">
      <w:pPr>
        <w:pStyle w:val="31"/>
      </w:pPr>
      <w:r>
        <w:t>7.1. Автоматическая генерация</w:t>
      </w:r>
    </w:p>
    <w:p w14:paraId="5A7E3E8A" w14:textId="77777777" w:rsidR="0087771C" w:rsidRDefault="00CE4A25">
      <w:pPr>
        <w:ind w:left="255"/>
      </w:pPr>
      <w:r>
        <w:t xml:space="preserve">1. Нажмите </w:t>
      </w:r>
      <w:r>
        <w:rPr>
          <w:b/>
        </w:rPr>
        <w:t>«Сгенерировать программу»</w:t>
      </w:r>
      <w:r>
        <w:t>.</w:t>
      </w:r>
    </w:p>
    <w:p w14:paraId="38321D8F" w14:textId="77777777" w:rsidR="0087771C" w:rsidRDefault="00CE4A25">
      <w:pPr>
        <w:ind w:left="255"/>
      </w:pPr>
      <w:r>
        <w:t>2. Выберите дистанции (50, 100, 200, 400, 800, 1500 м).</w:t>
      </w:r>
    </w:p>
    <w:p w14:paraId="75A4C03A" w14:textId="77777777" w:rsidR="0087771C" w:rsidRDefault="00CE4A25">
      <w:pPr>
        <w:ind w:left="255"/>
      </w:pPr>
      <w:r>
        <w:t>3. Выберите способы: вольный, спина, брасс, баттерфляй, комплекс.</w:t>
      </w:r>
    </w:p>
    <w:p w14:paraId="4C6F63A3" w14:textId="77777777" w:rsidR="0087771C" w:rsidRDefault="00CE4A25">
      <w:pPr>
        <w:ind w:left="255"/>
      </w:pPr>
      <w:r>
        <w:t>4. Выберите пол: мужчины, женщины, смешанные.</w:t>
      </w:r>
    </w:p>
    <w:p w14:paraId="684E33B6" w14:textId="77777777" w:rsidR="0087771C" w:rsidRDefault="00CE4A25">
      <w:pPr>
        <w:ind w:left="255"/>
      </w:pPr>
      <w:r>
        <w:t>5. Платформа создаст дисциплины с номерами, сессиями и возрастными группами.</w:t>
      </w:r>
    </w:p>
    <w:p w14:paraId="1B22C29B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5887D289" wp14:editId="6DA4AA42">
            <wp:extent cx="5652000" cy="3925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ram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9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086F5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6. Генератор программы и возрастные группы</w:t>
      </w:r>
    </w:p>
    <w:p w14:paraId="069625E5" w14:textId="77777777" w:rsidR="0087771C" w:rsidRDefault="00CE4A25">
      <w:r>
        <w:t xml:space="preserve">Для </w:t>
      </w:r>
      <w:r>
        <w:rPr>
          <w:b/>
        </w:rPr>
        <w:t>Мастерс</w:t>
      </w:r>
      <w:r>
        <w:t xml:space="preserve"> используются группы 25–29, 30–34 … 100+, для </w:t>
      </w:r>
      <w:r>
        <w:rPr>
          <w:b/>
        </w:rPr>
        <w:t>зимнего плавания</w:t>
      </w:r>
      <w:r>
        <w:t xml:space="preserve"> — свои категории и температурные условия.</w:t>
      </w:r>
    </w:p>
    <w:p w14:paraId="49388135" w14:textId="77777777" w:rsidR="0087771C" w:rsidRDefault="00CE4A25">
      <w:pPr>
        <w:pStyle w:val="31"/>
      </w:pPr>
      <w:r>
        <w:t>7.2. Ручное управление</w:t>
      </w:r>
    </w:p>
    <w:p w14:paraId="17C19EE1" w14:textId="77777777" w:rsidR="0087771C" w:rsidRDefault="00CE4A25">
      <w:pPr>
        <w:pStyle w:val="a0"/>
      </w:pPr>
      <w:r>
        <w:t>добавить дисциплину вручную;</w:t>
      </w:r>
    </w:p>
    <w:p w14:paraId="79F8E24B" w14:textId="77777777" w:rsidR="0087771C" w:rsidRDefault="00CE4A25">
      <w:pPr>
        <w:pStyle w:val="a0"/>
      </w:pPr>
      <w:r>
        <w:t>изменить дистанцию, способ, пол, раунд, сессию, время старта, взнос;</w:t>
      </w:r>
    </w:p>
    <w:p w14:paraId="5C0E5F2A" w14:textId="77777777" w:rsidR="0087771C" w:rsidRDefault="00CE4A25">
      <w:pPr>
        <w:pStyle w:val="a0"/>
      </w:pPr>
      <w:r>
        <w:t>удалить дисциплину (вместе с заявками);</w:t>
      </w:r>
    </w:p>
    <w:p w14:paraId="2E65BB48" w14:textId="77777777" w:rsidR="0087771C" w:rsidRDefault="00CE4A25">
      <w:pPr>
        <w:pStyle w:val="a0"/>
      </w:pPr>
      <w:r>
        <w:t>изменить порядок номеров.</w:t>
      </w:r>
    </w:p>
    <w:p w14:paraId="0FCE77A6" w14:textId="77777777" w:rsidR="0087771C" w:rsidRDefault="00CE4A25">
      <w:pPr>
        <w:pStyle w:val="31"/>
      </w:pPr>
      <w:r>
        <w:t>7.3. Возрастные группы</w:t>
      </w:r>
    </w:p>
    <w:p w14:paraId="7ED0E182" w14:textId="77777777" w:rsidR="0087771C" w:rsidRDefault="00CE4A25">
      <w:r>
        <w:t>В панели возрастных групп можно:</w:t>
      </w:r>
    </w:p>
    <w:p w14:paraId="2E683FFF" w14:textId="77777777" w:rsidR="0087771C" w:rsidRDefault="00CE4A25">
      <w:pPr>
        <w:pStyle w:val="a0"/>
      </w:pPr>
      <w:r>
        <w:t>добавить/удалить группу;</w:t>
      </w:r>
    </w:p>
    <w:p w14:paraId="706BF891" w14:textId="77777777" w:rsidR="0087771C" w:rsidRDefault="00CE4A25">
      <w:pPr>
        <w:pStyle w:val="a0"/>
      </w:pPr>
      <w:r>
        <w:t>изменить границы возраста;</w:t>
      </w:r>
    </w:p>
    <w:p w14:paraId="792BD832" w14:textId="77777777" w:rsidR="0087771C" w:rsidRDefault="00CE4A25">
      <w:pPr>
        <w:pStyle w:val="a0"/>
      </w:pPr>
      <w:r>
        <w:t>применить группы настроек ко всем дисциплинам;</w:t>
      </w:r>
    </w:p>
    <w:p w14:paraId="2211EA61" w14:textId="77777777" w:rsidR="0087771C" w:rsidRDefault="00CE4A25">
      <w:pPr>
        <w:pStyle w:val="a0"/>
      </w:pPr>
      <w:r>
        <w:t>увидеть, в каких дисциплинах уже есть результаты.</w:t>
      </w:r>
    </w:p>
    <w:p w14:paraId="24595A97" w14:textId="77777777" w:rsidR="0087771C" w:rsidRDefault="00CE4A25">
      <w:r>
        <w:t>Если изменить группы после появления результатов, для затронутых дисциплин потребуется пересчёт. Платформа предупредит об этом.</w:t>
      </w:r>
    </w:p>
    <w:p w14:paraId="12F5140C" w14:textId="77777777" w:rsidR="0087771C" w:rsidRDefault="00CE4A25">
      <w:pPr>
        <w:pStyle w:val="31"/>
      </w:pPr>
      <w:r>
        <w:t>7.4. Сессии</w:t>
      </w:r>
    </w:p>
    <w:p w14:paraId="5F0EC4E2" w14:textId="77777777" w:rsidR="0087771C" w:rsidRDefault="00CE4A25">
      <w:r>
        <w:t>Сессии помогают разложить программу по дням и блокам. Внутри сессии задаётся время начала; это основа для временного плана и печати программы.</w:t>
      </w:r>
    </w:p>
    <w:p w14:paraId="54A3F89A" w14:textId="77777777" w:rsidR="0087771C" w:rsidRDefault="00CE4A25">
      <w:r>
        <w:rPr>
          <w:b/>
        </w:rPr>
        <w:lastRenderedPageBreak/>
        <w:t>Как собрать сессию:</w:t>
      </w:r>
    </w:p>
    <w:p w14:paraId="3185185E" w14:textId="77777777" w:rsidR="0087771C" w:rsidRDefault="00CE4A25">
      <w:pPr>
        <w:ind w:left="255"/>
      </w:pPr>
      <w:r>
        <w:t>1. Создайте сессию на день или блок.</w:t>
      </w:r>
    </w:p>
    <w:p w14:paraId="5A04A19E" w14:textId="77777777" w:rsidR="0087771C" w:rsidRDefault="00CE4A25">
      <w:pPr>
        <w:ind w:left="255"/>
      </w:pPr>
      <w:r>
        <w:t>2. Задайте дату и время начала.</w:t>
      </w:r>
    </w:p>
    <w:p w14:paraId="7EB91192" w14:textId="77777777" w:rsidR="0087771C" w:rsidRDefault="00CE4A25">
      <w:pPr>
        <w:ind w:left="255"/>
      </w:pPr>
      <w:r>
        <w:t>3. Перенесите дисциплины в нужную сессию.</w:t>
      </w:r>
    </w:p>
    <w:p w14:paraId="1CE412D1" w14:textId="77777777" w:rsidR="0087771C" w:rsidRDefault="00CE4A25">
      <w:pPr>
        <w:ind w:left="255"/>
      </w:pPr>
      <w:r>
        <w:t>4. Проверьте порядок номеров.</w:t>
      </w:r>
    </w:p>
    <w:p w14:paraId="74B28A4E" w14:textId="77777777" w:rsidR="0087771C" w:rsidRDefault="00CE4A25">
      <w:pPr>
        <w:ind w:left="255"/>
      </w:pPr>
      <w:r>
        <w:t>5. Сформируйте программу для печати.</w:t>
      </w:r>
    </w:p>
    <w:p w14:paraId="0070BCE3" w14:textId="77777777" w:rsidR="0087771C" w:rsidRDefault="00CE4A25">
      <w:r>
        <w:t>Если сессия удалена, дисциплины остаются в программе — проверьте их привязку.</w:t>
      </w:r>
    </w:p>
    <w:p w14:paraId="000B0F55" w14:textId="77777777" w:rsidR="0087771C" w:rsidRDefault="00CE4A25">
      <w:pPr>
        <w:pStyle w:val="31"/>
      </w:pPr>
      <w:r>
        <w:t>7.5. Параметры дисциплины</w:t>
      </w:r>
    </w:p>
    <w:p w14:paraId="4357F291" w14:textId="77777777" w:rsidR="0087771C" w:rsidRDefault="00CE4A25">
      <w:pPr>
        <w:ind w:left="283"/>
      </w:pPr>
      <w:r>
        <w:rPr>
          <w:b/>
          <w:color w:val="0E6E86"/>
          <w:sz w:val="20"/>
        </w:rPr>
        <w:t>Совет.</w:t>
      </w:r>
      <w:r>
        <w:rPr>
          <w:color w:val="0E6E86"/>
          <w:sz w:val="20"/>
        </w:rPr>
        <w:t xml:space="preserve"> Сначала соберите программу, затем проверьте возрастные группы, и только после этого открывайте заявки. Изменение программы после заявок почти всегда требует повторного подтверждения или пересчёта.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87771C" w14:paraId="32204FC6" w14:textId="77777777">
        <w:trPr>
          <w:tblHeader/>
          <w:jc w:val="center"/>
        </w:trPr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0017CFB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4245D68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Что означает</w:t>
            </w:r>
          </w:p>
        </w:tc>
      </w:tr>
      <w:tr w:rsidR="0087771C" w14:paraId="17345D5D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CA1357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Номер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F8D34E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порядок в программе и протоколах</w:t>
            </w:r>
          </w:p>
        </w:tc>
      </w:tr>
      <w:tr w:rsidR="0087771C" w14:paraId="5BE71964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EEE769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Дистанция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D48C62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50, 100, 200, 400, 800, 1500 м</w:t>
            </w:r>
          </w:p>
        </w:tc>
      </w:tr>
      <w:tr w:rsidR="0087771C" w14:paraId="2741741F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BC5ECE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Способ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31DBF5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вольный, спина, брасс, баттерфляй, комплекс</w:t>
            </w:r>
          </w:p>
        </w:tc>
      </w:tr>
      <w:tr w:rsidR="0087771C" w14:paraId="2326BAF6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510A01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Пол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9DB0A4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мужчины, женщины, смешанный</w:t>
            </w:r>
          </w:p>
        </w:tc>
      </w:tr>
      <w:tr w:rsidR="0087771C" w14:paraId="2E1DDE1A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FDF2F6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Раунд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02B746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финал по времени, предварительные, финал</w:t>
            </w:r>
          </w:p>
        </w:tc>
      </w:tr>
      <w:tr w:rsidR="0087771C" w14:paraId="4671BF41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ADE4BE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Сессия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D11FF0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день/блок программы</w:t>
            </w:r>
          </w:p>
        </w:tc>
      </w:tr>
      <w:tr w:rsidR="0087771C" w14:paraId="00D4BC4F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4C3094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Время старта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9482C3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ориентир для программы</w:t>
            </w:r>
          </w:p>
        </w:tc>
      </w:tr>
      <w:tr w:rsidR="0087771C" w14:paraId="73BACD7B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C48C80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Взнос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F2E067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сумма за дисциплину</w:t>
            </w:r>
          </w:p>
        </w:tc>
      </w:tr>
      <w:tr w:rsidR="0087771C" w14:paraId="75643284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069E81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Возрастные группы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9FA60E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категории внутри дисциплины</w:t>
            </w:r>
          </w:p>
        </w:tc>
      </w:tr>
      <w:tr w:rsidR="0087771C" w14:paraId="0B73AD7D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FF2DF6D" w14:textId="77777777" w:rsidR="0087771C" w:rsidRDefault="00CE4A25">
            <w:pPr>
              <w:spacing w:after="0"/>
            </w:pPr>
            <w:r>
              <w:rPr>
                <w:sz w:val="18"/>
              </w:rPr>
              <w:t>Статус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3721A9C" w14:textId="77777777" w:rsidR="0087771C" w:rsidRDefault="00CE4A25">
            <w:pPr>
              <w:spacing w:after="0"/>
            </w:pPr>
            <w:r>
              <w:rPr>
                <w:sz w:val="18"/>
              </w:rPr>
              <w:t>черновик / опубликована</w:t>
            </w:r>
          </w:p>
        </w:tc>
      </w:tr>
    </w:tbl>
    <w:p w14:paraId="6FD34D94" w14:textId="77777777" w:rsidR="0087771C" w:rsidRDefault="0087771C">
      <w:pPr>
        <w:spacing w:after="40"/>
      </w:pPr>
    </w:p>
    <w:p w14:paraId="18541750" w14:textId="77777777" w:rsidR="0087771C" w:rsidRDefault="00CE4A25">
      <w:pPr>
        <w:pStyle w:val="31"/>
      </w:pPr>
      <w:r>
        <w:t>7.6. Возрастные группы: правила</w:t>
      </w:r>
    </w:p>
    <w:p w14:paraId="6D0F04F1" w14:textId="77777777" w:rsidR="0087771C" w:rsidRDefault="00CE4A25">
      <w:pPr>
        <w:pStyle w:val="a0"/>
      </w:pPr>
      <w:r>
        <w:t>Группы задаются для каждой дисциплины или применяются из настроек.</w:t>
      </w:r>
    </w:p>
    <w:p w14:paraId="743D8A2F" w14:textId="77777777" w:rsidR="0087771C" w:rsidRDefault="00CE4A25">
      <w:pPr>
        <w:pStyle w:val="a0"/>
      </w:pPr>
      <w:r>
        <w:t>Пересечение границ недопустимо: участник не должен попадать в две группы.</w:t>
      </w:r>
    </w:p>
    <w:p w14:paraId="77EB17FE" w14:textId="77777777" w:rsidR="0087771C" w:rsidRDefault="00CE4A25">
      <w:pPr>
        <w:pStyle w:val="a0"/>
      </w:pPr>
      <w:r>
        <w:t xml:space="preserve">Если возраст не попадает ни в одну группу, участник получает </w:t>
      </w:r>
      <w:r>
        <w:rPr>
          <w:b/>
        </w:rPr>
        <w:t>EXH</w:t>
      </w:r>
      <w:r>
        <w:t xml:space="preserve"> — без места, но с временем и дипломом участника.</w:t>
      </w:r>
    </w:p>
    <w:p w14:paraId="11047345" w14:textId="77777777" w:rsidR="0087771C" w:rsidRDefault="00CE4A25">
      <w:pPr>
        <w:pStyle w:val="a0"/>
      </w:pPr>
      <w:r>
        <w:t>После изменения групп с уже введёнными результатами нужен пересчёт.</w:t>
      </w:r>
    </w:p>
    <w:p w14:paraId="72C6EB9D" w14:textId="77777777" w:rsidR="0087771C" w:rsidRDefault="00CE4A25">
      <w:pPr>
        <w:pStyle w:val="a0"/>
      </w:pPr>
      <w:r>
        <w:t>Для детских фестивалей удобны группы «год в год»; для взрослых — диапазоны.</w:t>
      </w:r>
    </w:p>
    <w:p w14:paraId="5449E629" w14:textId="77777777" w:rsidR="0087771C" w:rsidRDefault="00CE4A25">
      <w:r>
        <w:rPr>
          <w:b/>
        </w:rPr>
        <w:t>Пример.</w:t>
      </w:r>
      <w:r>
        <w:t xml:space="preserve"> Группы 7, 8, 9, 10, 11 лет. Участник 2013 года рождения на 2026 год — 13 лет. Он не попадает в 7 лет и не получает там медаль — только EXH.</w:t>
      </w:r>
    </w:p>
    <w:p w14:paraId="320FA41D" w14:textId="77777777" w:rsidR="0087771C" w:rsidRDefault="00CE4A25">
      <w:pPr>
        <w:pStyle w:val="31"/>
      </w:pPr>
      <w:r>
        <w:lastRenderedPageBreak/>
        <w:t>7.7. Шаблоны программ</w:t>
      </w:r>
    </w:p>
    <w:p w14:paraId="1D17B19F" w14:textId="77777777" w:rsidR="0087771C" w:rsidRDefault="00CE4A25">
      <w:pPr>
        <w:pStyle w:val="a0"/>
      </w:pPr>
      <w:r>
        <w:rPr>
          <w:b/>
        </w:rPr>
        <w:t>Детский фестиваль</w:t>
      </w:r>
      <w:r>
        <w:t xml:space="preserve"> — 50 м в/с, спина, брасс, баттерфляй; группы по годам.</w:t>
      </w:r>
    </w:p>
    <w:p w14:paraId="3105E65F" w14:textId="77777777" w:rsidR="0087771C" w:rsidRDefault="00CE4A25">
      <w:pPr>
        <w:pStyle w:val="a0"/>
      </w:pPr>
      <w:r>
        <w:rPr>
          <w:b/>
        </w:rPr>
        <w:t>Клубный старт</w:t>
      </w:r>
      <w:r>
        <w:t xml:space="preserve"> — 50 и 100 м, минимум дисциплин, быстрый запуск.</w:t>
      </w:r>
    </w:p>
    <w:p w14:paraId="4A639A89" w14:textId="77777777" w:rsidR="0087771C" w:rsidRDefault="00CE4A25">
      <w:pPr>
        <w:pStyle w:val="a0"/>
      </w:pPr>
      <w:r>
        <w:rPr>
          <w:b/>
        </w:rPr>
        <w:t>Первенство</w:t>
      </w:r>
      <w:r>
        <w:t xml:space="preserve"> — 50/100/200 м, предварительные и финалы, нормативы.</w:t>
      </w:r>
    </w:p>
    <w:p w14:paraId="6A2C534E" w14:textId="77777777" w:rsidR="0087771C" w:rsidRDefault="00CE4A25">
      <w:pPr>
        <w:pStyle w:val="a0"/>
      </w:pPr>
      <w:r>
        <w:rPr>
          <w:b/>
        </w:rPr>
        <w:t>Мастерс</w:t>
      </w:r>
      <w:r>
        <w:t xml:space="preserve"> — 50/100/200, группы 25+, эстафеты.</w:t>
      </w:r>
    </w:p>
    <w:p w14:paraId="4184D9DC" w14:textId="77777777" w:rsidR="0087771C" w:rsidRDefault="00CE4A25">
      <w:pPr>
        <w:pStyle w:val="a0"/>
      </w:pPr>
      <w:r>
        <w:rPr>
          <w:b/>
        </w:rPr>
        <w:t>Зимнее плавание</w:t>
      </w:r>
      <w:r>
        <w:t xml:space="preserve"> — 25–200 м, категории A–D.</w:t>
      </w:r>
    </w:p>
    <w:p w14:paraId="20A6B6CC" w14:textId="77777777" w:rsidR="0087771C" w:rsidRDefault="00CE4A25">
      <w:pPr>
        <w:pStyle w:val="31"/>
      </w:pPr>
      <w:r>
        <w:t>7.8. Проверка программы перед заявками</w:t>
      </w:r>
    </w:p>
    <w:p w14:paraId="36BF7CD6" w14:textId="77777777" w:rsidR="0087771C" w:rsidRDefault="00CE4A25">
      <w:pPr>
        <w:pStyle w:val="a0"/>
      </w:pPr>
      <w:r>
        <w:t>☐ все дисциплины имеют номера;</w:t>
      </w:r>
    </w:p>
    <w:p w14:paraId="6B24F794" w14:textId="77777777" w:rsidR="0087771C" w:rsidRDefault="00CE4A25">
      <w:pPr>
        <w:pStyle w:val="a0"/>
      </w:pPr>
      <w:r>
        <w:t>☐ нет дублей «дистанция + способ + пол + раунд»;</w:t>
      </w:r>
    </w:p>
    <w:p w14:paraId="043AE0CE" w14:textId="77777777" w:rsidR="0087771C" w:rsidRDefault="00CE4A25">
      <w:pPr>
        <w:pStyle w:val="a0"/>
      </w:pPr>
      <w:r>
        <w:t>☐ возрастные группы не пересекаются;</w:t>
      </w:r>
    </w:p>
    <w:p w14:paraId="61CEF203" w14:textId="77777777" w:rsidR="0087771C" w:rsidRDefault="00CE4A25">
      <w:pPr>
        <w:pStyle w:val="a0"/>
      </w:pPr>
      <w:r>
        <w:t>☐ сессии и время старта заполнены;</w:t>
      </w:r>
    </w:p>
    <w:p w14:paraId="5B273940" w14:textId="77777777" w:rsidR="0087771C" w:rsidRDefault="00CE4A25">
      <w:pPr>
        <w:pStyle w:val="a0"/>
      </w:pPr>
      <w:r>
        <w:t>☐ взносы верны;</w:t>
      </w:r>
    </w:p>
    <w:p w14:paraId="0ACC3621" w14:textId="77777777" w:rsidR="0087771C" w:rsidRDefault="00CE4A25">
      <w:pPr>
        <w:pStyle w:val="a0"/>
      </w:pPr>
      <w:r>
        <w:t>☐ эстафеты добавлены;</w:t>
      </w:r>
    </w:p>
    <w:p w14:paraId="5745365A" w14:textId="77777777" w:rsidR="0087771C" w:rsidRDefault="00CE4A25">
      <w:pPr>
        <w:pStyle w:val="a0"/>
      </w:pPr>
      <w:r>
        <w:t>☐ программа опубликована.</w:t>
      </w:r>
    </w:p>
    <w:p w14:paraId="1542F48A" w14:textId="77777777" w:rsidR="0087771C" w:rsidRDefault="00CE4A25">
      <w:pPr>
        <w:pStyle w:val="31"/>
      </w:pPr>
      <w:r>
        <w:t>7.9. Пример программы детского фестиваля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928"/>
        <w:gridCol w:w="1928"/>
        <w:gridCol w:w="1928"/>
        <w:gridCol w:w="1928"/>
        <w:gridCol w:w="1928"/>
      </w:tblGrid>
      <w:tr w:rsidR="0087771C" w14:paraId="5D39399F" w14:textId="77777777">
        <w:trPr>
          <w:tblHeader/>
          <w:jc w:val="center"/>
        </w:trPr>
        <w:tc>
          <w:tcPr>
            <w:tcW w:w="1928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4ABFD71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1928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526B171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Дистанция</w:t>
            </w:r>
          </w:p>
        </w:tc>
        <w:tc>
          <w:tcPr>
            <w:tcW w:w="1928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8720A48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Способ</w:t>
            </w:r>
          </w:p>
        </w:tc>
        <w:tc>
          <w:tcPr>
            <w:tcW w:w="1928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A01118C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Пол</w:t>
            </w:r>
          </w:p>
        </w:tc>
        <w:tc>
          <w:tcPr>
            <w:tcW w:w="1928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60AF3D6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Группы</w:t>
            </w:r>
          </w:p>
        </w:tc>
      </w:tr>
      <w:tr w:rsidR="0087771C" w14:paraId="77D5E784" w14:textId="77777777">
        <w:trPr>
          <w:jc w:val="center"/>
        </w:trPr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76483A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61B269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50 м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AA413A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Вольный стиль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39281E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М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68E300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7–11 лет</w:t>
            </w:r>
          </w:p>
        </w:tc>
      </w:tr>
      <w:tr w:rsidR="0087771C" w14:paraId="7D64DA5D" w14:textId="77777777">
        <w:trPr>
          <w:jc w:val="center"/>
        </w:trPr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41FA4C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D00F01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50 м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808342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Вольный стиль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DC53E5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Ж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2F573B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7–11 лет</w:t>
            </w:r>
          </w:p>
        </w:tc>
      </w:tr>
      <w:tr w:rsidR="0087771C" w14:paraId="67413AF5" w14:textId="77777777">
        <w:trPr>
          <w:jc w:val="center"/>
        </w:trPr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11A2C6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42646C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50 м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B75441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На спине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CC0ED8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М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06469F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7–11 лет</w:t>
            </w:r>
          </w:p>
        </w:tc>
      </w:tr>
      <w:tr w:rsidR="0087771C" w14:paraId="41464D08" w14:textId="77777777">
        <w:trPr>
          <w:jc w:val="center"/>
        </w:trPr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C7FC53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CBE6EC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50 м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0ACBC4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На спине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DBFF6E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Ж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86F4F6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7–11 лет</w:t>
            </w:r>
          </w:p>
        </w:tc>
      </w:tr>
      <w:tr w:rsidR="0087771C" w14:paraId="58497132" w14:textId="77777777">
        <w:trPr>
          <w:jc w:val="center"/>
        </w:trPr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105F63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CC43CD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50 м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F5E737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Брасс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580B65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М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5E0B34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7–11 лет</w:t>
            </w:r>
          </w:p>
        </w:tc>
      </w:tr>
      <w:tr w:rsidR="0087771C" w14:paraId="79106447" w14:textId="77777777">
        <w:trPr>
          <w:jc w:val="center"/>
        </w:trPr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48867E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007C3F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50 м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4F6B96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Брасс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833348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Ж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F72FAE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7–11 лет</w:t>
            </w:r>
          </w:p>
        </w:tc>
      </w:tr>
      <w:tr w:rsidR="0087771C" w14:paraId="25DAAD25" w14:textId="77777777">
        <w:trPr>
          <w:jc w:val="center"/>
        </w:trPr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4E3FB7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931FD6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50 м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DD46DE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Баттерфляй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98A1EC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М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2CC620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7–11 лет</w:t>
            </w:r>
          </w:p>
        </w:tc>
      </w:tr>
      <w:tr w:rsidR="0087771C" w14:paraId="090D60B7" w14:textId="77777777">
        <w:trPr>
          <w:jc w:val="center"/>
        </w:trPr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1313A3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893E8C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50 м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D57455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Баттерфляй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80AC80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Ж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0A9B18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7–11 лет</w:t>
            </w:r>
          </w:p>
        </w:tc>
      </w:tr>
      <w:tr w:rsidR="0087771C" w14:paraId="6E71FFA9" w14:textId="77777777">
        <w:trPr>
          <w:jc w:val="center"/>
        </w:trPr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14414F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BE412F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100 м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7B872B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Комплекс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A166A7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М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8FE4A3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9–11 лет</w:t>
            </w:r>
          </w:p>
        </w:tc>
      </w:tr>
      <w:tr w:rsidR="0087771C" w14:paraId="325B99CD" w14:textId="77777777">
        <w:trPr>
          <w:jc w:val="center"/>
        </w:trPr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669F4E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9E4003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100 м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AE99C8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Комплекс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F265FE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Ж</w:t>
            </w:r>
          </w:p>
        </w:tc>
        <w:tc>
          <w:tcPr>
            <w:tcW w:w="1928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E3AD71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9–11 лет</w:t>
            </w:r>
          </w:p>
        </w:tc>
      </w:tr>
      <w:tr w:rsidR="0087771C" w14:paraId="2E2DD739" w14:textId="77777777">
        <w:trPr>
          <w:jc w:val="center"/>
        </w:trPr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F2829B5" w14:textId="77777777" w:rsidR="0087771C" w:rsidRDefault="00CE4A25">
            <w:pPr>
              <w:spacing w:after="0"/>
            </w:pPr>
            <w:r>
              <w:rPr>
                <w:sz w:val="18"/>
              </w:rPr>
              <w:t>11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2D4F599" w14:textId="77777777" w:rsidR="0087771C" w:rsidRDefault="00CE4A25">
            <w:pPr>
              <w:spacing w:after="0"/>
            </w:pPr>
            <w:r>
              <w:rPr>
                <w:sz w:val="18"/>
              </w:rPr>
              <w:t>Эстафета 4×50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EDEB755" w14:textId="77777777" w:rsidR="0087771C" w:rsidRDefault="00CE4A25">
            <w:pPr>
              <w:spacing w:after="0"/>
            </w:pPr>
            <w:r>
              <w:rPr>
                <w:sz w:val="18"/>
              </w:rPr>
              <w:t>Вольный стиль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12C4665" w14:textId="77777777" w:rsidR="0087771C" w:rsidRDefault="00CE4A25">
            <w:pPr>
              <w:spacing w:after="0"/>
            </w:pPr>
            <w:r>
              <w:rPr>
                <w:sz w:val="18"/>
              </w:rPr>
              <w:t>Смешанная</w:t>
            </w:r>
          </w:p>
        </w:tc>
        <w:tc>
          <w:tcPr>
            <w:tcW w:w="192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A9556C0" w14:textId="77777777" w:rsidR="0087771C" w:rsidRDefault="00CE4A25">
            <w:pPr>
              <w:spacing w:after="0"/>
            </w:pPr>
            <w:r>
              <w:rPr>
                <w:sz w:val="18"/>
              </w:rPr>
              <w:t>7–11 лет</w:t>
            </w:r>
          </w:p>
        </w:tc>
      </w:tr>
    </w:tbl>
    <w:p w14:paraId="2FA66685" w14:textId="77777777" w:rsidR="0087771C" w:rsidRDefault="0087771C">
      <w:pPr>
        <w:spacing w:after="40"/>
      </w:pPr>
    </w:p>
    <w:p w14:paraId="1DB7DABA" w14:textId="77777777" w:rsidR="0087771C" w:rsidRDefault="00CE4A25">
      <w:r>
        <w:t>Для каждого пункта создаются свои возрастные группы. Если группа «7 лет» есть в дисциплине, участник 2013 года туда не попадёт — он будет EXH.</w:t>
      </w:r>
    </w:p>
    <w:p w14:paraId="314EE651" w14:textId="77777777" w:rsidR="0087771C" w:rsidRDefault="00CE4A25">
      <w:pPr>
        <w:pStyle w:val="21"/>
      </w:pPr>
      <w:bookmarkStart w:id="7" w:name="_Toc243919855"/>
      <w:r>
        <w:t>8. Заявки</w:t>
      </w:r>
      <w:bookmarkEnd w:id="7"/>
    </w:p>
    <w:p w14:paraId="3AE6759C" w14:textId="77777777" w:rsidR="0087771C" w:rsidRDefault="00CE4A25">
      <w:r>
        <w:t xml:space="preserve">Раздел </w:t>
      </w:r>
      <w:r>
        <w:rPr>
          <w:b/>
        </w:rPr>
        <w:t>«Заявки»</w:t>
      </w:r>
      <w:r>
        <w:t xml:space="preserve"> — приём, проверка и управление участниками.</w:t>
      </w:r>
    </w:p>
    <w:p w14:paraId="363AC6C0" w14:textId="77777777" w:rsidR="0087771C" w:rsidRDefault="00CE4A25">
      <w:pPr>
        <w:pStyle w:val="31"/>
      </w:pPr>
      <w:r>
        <w:lastRenderedPageBreak/>
        <w:t>8.1. Личная заявка</w:t>
      </w:r>
    </w:p>
    <w:p w14:paraId="07E78EDE" w14:textId="77777777" w:rsidR="0087771C" w:rsidRDefault="00CE4A25">
      <w:r>
        <w:t xml:space="preserve">Участник открывает </w:t>
      </w:r>
      <w:r>
        <w:rPr>
          <w:rFonts w:ascii="Consolas" w:hAnsi="Consolas"/>
          <w:color w:val="0E6E86"/>
          <w:sz w:val="21"/>
        </w:rPr>
        <w:t>/c/&lt;slug&gt;</w:t>
      </w:r>
      <w:r>
        <w:t xml:space="preserve"> → </w:t>
      </w:r>
      <w:r>
        <w:rPr>
          <w:b/>
        </w:rPr>
        <w:t>«Подать заявку»</w:t>
      </w:r>
      <w:r>
        <w:t>:</w:t>
      </w:r>
    </w:p>
    <w:p w14:paraId="59608954" w14:textId="77777777" w:rsidR="0087771C" w:rsidRDefault="00CE4A25">
      <w:pPr>
        <w:ind w:left="255"/>
      </w:pPr>
      <w:r>
        <w:t>1. Фамилия, имя, дата рождения, пол, разряд, тренер.</w:t>
      </w:r>
    </w:p>
    <w:p w14:paraId="67813B92" w14:textId="77777777" w:rsidR="0087771C" w:rsidRDefault="00CE4A25">
      <w:pPr>
        <w:ind w:left="255"/>
      </w:pPr>
      <w:r>
        <w:t>2. Клуб: выбор из списка или новый.</w:t>
      </w:r>
    </w:p>
    <w:p w14:paraId="63D74AFF" w14:textId="77777777" w:rsidR="0087771C" w:rsidRDefault="00CE4A25">
      <w:pPr>
        <w:ind w:left="255"/>
      </w:pPr>
      <w:r>
        <w:t>3. Дисциплины и заявочное время (или NT).</w:t>
      </w:r>
    </w:p>
    <w:p w14:paraId="5564F53F" w14:textId="77777777" w:rsidR="0087771C" w:rsidRDefault="00CE4A25">
      <w:pPr>
        <w:ind w:left="255"/>
      </w:pPr>
      <w:r>
        <w:t>4. Контакты представителя и согласия.</w:t>
      </w:r>
    </w:p>
    <w:p w14:paraId="1D215F36" w14:textId="77777777" w:rsidR="0087771C" w:rsidRDefault="00CE4A25">
      <w:pPr>
        <w:ind w:left="255"/>
      </w:pPr>
      <w:r>
        <w:t>5. Отправка — заявка получает код статуса.</w:t>
      </w:r>
    </w:p>
    <w:p w14:paraId="244E4E9F" w14:textId="77777777" w:rsidR="0087771C" w:rsidRDefault="00CE4A25">
      <w:pPr>
        <w:pStyle w:val="31"/>
      </w:pPr>
      <w:r>
        <w:t>8.2. Командная заявка</w:t>
      </w:r>
    </w:p>
    <w:p w14:paraId="6B2ADF7C" w14:textId="77777777" w:rsidR="0087771C" w:rsidRDefault="00CE4A25">
      <w:r>
        <w:t>Клуб указывает состав, затем каждому спортсмену выбирает дисциплины. Список автоматически фильтруется по полу и возрасту. После отправки создаются заявки и, при необходимости, счёт.</w:t>
      </w:r>
    </w:p>
    <w:p w14:paraId="66CC7AF3" w14:textId="77777777" w:rsidR="0087771C" w:rsidRDefault="00CE4A25">
      <w:pPr>
        <w:pStyle w:val="31"/>
      </w:pPr>
      <w:r>
        <w:t>8.3. Заявка файлом</w:t>
      </w:r>
    </w:p>
    <w:p w14:paraId="4D95B37D" w14:textId="77777777" w:rsidR="0087771C" w:rsidRDefault="00CE4A25">
      <w:r>
        <w:t>Поддерживаются:</w:t>
      </w:r>
    </w:p>
    <w:p w14:paraId="03139BE1" w14:textId="77777777" w:rsidR="0087771C" w:rsidRDefault="00CE4A25">
      <w:pPr>
        <w:pStyle w:val="a0"/>
      </w:pPr>
      <w:r>
        <w:rPr>
          <w:rFonts w:ascii="Consolas" w:hAnsi="Consolas"/>
          <w:color w:val="0E6E86"/>
          <w:sz w:val="21"/>
        </w:rPr>
        <w:t>.lxf</w:t>
      </w:r>
      <w:r>
        <w:t xml:space="preserve"> (Lenex 3.0);</w:t>
      </w:r>
    </w:p>
    <w:p w14:paraId="224FB592" w14:textId="77777777" w:rsidR="0087771C" w:rsidRDefault="00CE4A25">
      <w:pPr>
        <w:pStyle w:val="a0"/>
      </w:pPr>
      <w:r>
        <w:rPr>
          <w:rFonts w:ascii="Consolas" w:hAnsi="Consolas"/>
          <w:color w:val="0E6E86"/>
          <w:sz w:val="21"/>
        </w:rPr>
        <w:t>.xlsx</w:t>
      </w:r>
      <w:r>
        <w:t>;</w:t>
      </w:r>
    </w:p>
    <w:p w14:paraId="66F569AC" w14:textId="77777777" w:rsidR="0087771C" w:rsidRDefault="00CE4A25">
      <w:pPr>
        <w:pStyle w:val="a0"/>
      </w:pPr>
      <w:r>
        <w:rPr>
          <w:rFonts w:ascii="Consolas" w:hAnsi="Consolas"/>
          <w:color w:val="0E6E86"/>
          <w:sz w:val="21"/>
        </w:rPr>
        <w:t>.csv</w:t>
      </w:r>
      <w:r>
        <w:t>.</w:t>
      </w:r>
    </w:p>
    <w:p w14:paraId="6FE3CED6" w14:textId="77777777" w:rsidR="0087771C" w:rsidRDefault="00CE4A25">
      <w:r>
        <w:t>Платформа проверяет строки и показывает отчёт: дубли, неизвестный клуб, возраст вне групп, ошибки формата, заявочное время. Ничего не импортируется «молча».</w:t>
      </w:r>
    </w:p>
    <w:p w14:paraId="1182E267" w14:textId="77777777" w:rsidR="0087771C" w:rsidRDefault="00CE4A25">
      <w:pPr>
        <w:pStyle w:val="31"/>
      </w:pPr>
      <w:r>
        <w:t>8.4. Импорт Lenex, Excel и CSV</w:t>
      </w:r>
    </w:p>
    <w:p w14:paraId="65344A3B" w14:textId="77777777" w:rsidR="0087771C" w:rsidRDefault="00CE4A25">
      <w:pPr>
        <w:ind w:left="255"/>
      </w:pPr>
      <w:r>
        <w:t xml:space="preserve">1. Подготовьте </w:t>
      </w:r>
      <w:r>
        <w:rPr>
          <w:rFonts w:ascii="Consolas" w:hAnsi="Consolas"/>
          <w:color w:val="0E6E86"/>
          <w:sz w:val="21"/>
        </w:rPr>
        <w:t>.lxf</w:t>
      </w:r>
      <w:r>
        <w:t xml:space="preserve">, </w:t>
      </w:r>
      <w:r>
        <w:rPr>
          <w:rFonts w:ascii="Consolas" w:hAnsi="Consolas"/>
          <w:color w:val="0E6E86"/>
          <w:sz w:val="21"/>
        </w:rPr>
        <w:t>.xlsx</w:t>
      </w:r>
      <w:r>
        <w:t xml:space="preserve"> или </w:t>
      </w:r>
      <w:r>
        <w:rPr>
          <w:rFonts w:ascii="Consolas" w:hAnsi="Consolas"/>
          <w:color w:val="0E6E86"/>
          <w:sz w:val="21"/>
        </w:rPr>
        <w:t>.csv</w:t>
      </w:r>
      <w:r>
        <w:t>.</w:t>
      </w:r>
    </w:p>
    <w:p w14:paraId="221097D8" w14:textId="77777777" w:rsidR="0087771C" w:rsidRDefault="00CE4A25">
      <w:pPr>
        <w:ind w:left="255"/>
      </w:pPr>
      <w:r>
        <w:t xml:space="preserve">2. В кабинете откройте </w:t>
      </w:r>
      <w:r>
        <w:rPr>
          <w:b/>
        </w:rPr>
        <w:t>«Импорт .lxf»</w:t>
      </w:r>
      <w:r>
        <w:t>.</w:t>
      </w:r>
    </w:p>
    <w:p w14:paraId="719E0E36" w14:textId="77777777" w:rsidR="0087771C" w:rsidRDefault="00CE4A25">
      <w:pPr>
        <w:ind w:left="255"/>
      </w:pPr>
      <w:r>
        <w:t>3. Загрузите файл.</w:t>
      </w:r>
    </w:p>
    <w:p w14:paraId="5794182A" w14:textId="77777777" w:rsidR="0087771C" w:rsidRDefault="00CE4A25">
      <w:pPr>
        <w:ind w:left="255"/>
      </w:pPr>
      <w:r>
        <w:t>4. Проверьте отчёт.</w:t>
      </w:r>
    </w:p>
    <w:p w14:paraId="676FE87C" w14:textId="77777777" w:rsidR="0087771C" w:rsidRDefault="00CE4A25">
      <w:pPr>
        <w:ind w:left="255"/>
      </w:pPr>
      <w:r>
        <w:t>5. Подтвердите импорт.</w:t>
      </w:r>
    </w:p>
    <w:p w14:paraId="4B36C619" w14:textId="77777777" w:rsidR="0087771C" w:rsidRDefault="00CE4A25">
      <w:pPr>
        <w:ind w:left="255"/>
      </w:pPr>
      <w:r>
        <w:t>6. Проверьте заявки и при необходимости отредактируйте.</w:t>
      </w:r>
    </w:p>
    <w:p w14:paraId="0F5A79E3" w14:textId="77777777" w:rsidR="0087771C" w:rsidRDefault="00CE4A25">
      <w:r>
        <w:t>Импортированные возрастные группы проверяются по дате рождения: участник не может «попасть в 7 лет» из-за ошибки в файле. Если возраст не соответствует группе, платформа предупредит и не даст ему место в чужой группе.</w:t>
      </w:r>
    </w:p>
    <w:p w14:paraId="1D02B3E9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612493AB" wp14:editId="53420453">
            <wp:extent cx="5652000" cy="3925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trie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9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CBF33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7. Заявки: фильтры, статусы и массовые действия</w:t>
      </w:r>
    </w:p>
    <w:p w14:paraId="62FFBAED" w14:textId="77777777" w:rsidR="0087771C" w:rsidRDefault="00CE4A25">
      <w:pPr>
        <w:pStyle w:val="31"/>
      </w:pPr>
      <w:r>
        <w:t>8.5. Статусы заявок</w:t>
      </w:r>
    </w:p>
    <w:p w14:paraId="07B3072B" w14:textId="77777777" w:rsidR="0087771C" w:rsidRDefault="00CE4A25">
      <w:pPr>
        <w:pStyle w:val="a0"/>
      </w:pPr>
      <w:r>
        <w:rPr>
          <w:b/>
        </w:rPr>
        <w:t>Новая</w:t>
      </w:r>
      <w:r>
        <w:t xml:space="preserve"> — ожидает проверки.</w:t>
      </w:r>
    </w:p>
    <w:p w14:paraId="7A26B3C4" w14:textId="77777777" w:rsidR="0087771C" w:rsidRDefault="00CE4A25">
      <w:pPr>
        <w:pStyle w:val="a0"/>
      </w:pPr>
      <w:r>
        <w:rPr>
          <w:b/>
        </w:rPr>
        <w:t>Подтверждена</w:t>
      </w:r>
      <w:r>
        <w:t xml:space="preserve"> — допущена к старту.</w:t>
      </w:r>
    </w:p>
    <w:p w14:paraId="39CB5A6B" w14:textId="77777777" w:rsidR="0087771C" w:rsidRDefault="00CE4A25">
      <w:pPr>
        <w:pStyle w:val="a0"/>
      </w:pPr>
      <w:r>
        <w:rPr>
          <w:b/>
        </w:rPr>
        <w:t>Оплачена</w:t>
      </w:r>
      <w:r>
        <w:t xml:space="preserve"> — взнос получен.</w:t>
      </w:r>
    </w:p>
    <w:p w14:paraId="49588A38" w14:textId="77777777" w:rsidR="0087771C" w:rsidRDefault="00CE4A25">
      <w:pPr>
        <w:pStyle w:val="a0"/>
      </w:pPr>
      <w:r>
        <w:rPr>
          <w:b/>
        </w:rPr>
        <w:t>Отклонена</w:t>
      </w:r>
      <w:r>
        <w:t xml:space="preserve"> — не допущена.</w:t>
      </w:r>
    </w:p>
    <w:p w14:paraId="64BB6DE5" w14:textId="77777777" w:rsidR="0087771C" w:rsidRDefault="00CE4A25">
      <w:pPr>
        <w:pStyle w:val="a0"/>
      </w:pPr>
      <w:r>
        <w:rPr>
          <w:b/>
        </w:rPr>
        <w:t>DNS</w:t>
      </w:r>
      <w:r>
        <w:t xml:space="preserve"> — не вышла на старт (в результатах).</w:t>
      </w:r>
    </w:p>
    <w:p w14:paraId="0573C515" w14:textId="77777777" w:rsidR="0087771C" w:rsidRDefault="00CE4A25">
      <w:r>
        <w:t>Только подтверждённые заявки попадают в распределение заплывов и стартовые протоколы.</w:t>
      </w:r>
    </w:p>
    <w:p w14:paraId="455C76C4" w14:textId="77777777" w:rsidR="0087771C" w:rsidRDefault="00CE4A25">
      <w:pPr>
        <w:pStyle w:val="31"/>
      </w:pPr>
      <w:r>
        <w:t>8.6. Массовые действия</w:t>
      </w:r>
    </w:p>
    <w:p w14:paraId="074529A1" w14:textId="77777777" w:rsidR="0087771C" w:rsidRDefault="00CE4A25">
      <w:pPr>
        <w:pStyle w:val="a0"/>
      </w:pPr>
      <w:r>
        <w:t>отметить несколько заявок;</w:t>
      </w:r>
    </w:p>
    <w:p w14:paraId="035AB299" w14:textId="77777777" w:rsidR="0087771C" w:rsidRDefault="00CE4A25">
      <w:pPr>
        <w:pStyle w:val="a0"/>
      </w:pPr>
      <w:r>
        <w:t>подтвердить, отклонить, удалить;</w:t>
      </w:r>
    </w:p>
    <w:p w14:paraId="49825865" w14:textId="77777777" w:rsidR="0087771C" w:rsidRDefault="00CE4A25">
      <w:pPr>
        <w:pStyle w:val="a0"/>
      </w:pPr>
      <w:r>
        <w:t>применить действие к выбранным.</w:t>
      </w:r>
    </w:p>
    <w:p w14:paraId="2885F91A" w14:textId="77777777" w:rsidR="0087771C" w:rsidRDefault="00CE4A25">
      <w:pPr>
        <w:pStyle w:val="31"/>
      </w:pPr>
      <w:r>
        <w:t>8.7. Редактирование</w:t>
      </w:r>
    </w:p>
    <w:p w14:paraId="36B22F31" w14:textId="77777777" w:rsidR="0087771C" w:rsidRDefault="00CE4A25">
      <w:r>
        <w:t>Кнопка-карандаш в таблице позволяет изменить:</w:t>
      </w:r>
    </w:p>
    <w:p w14:paraId="6CC92EFC" w14:textId="77777777" w:rsidR="0087771C" w:rsidRDefault="00CE4A25">
      <w:pPr>
        <w:pStyle w:val="a0"/>
      </w:pPr>
      <w:r>
        <w:t>ФИО и дату рождения;</w:t>
      </w:r>
    </w:p>
    <w:p w14:paraId="7D1C5E9F" w14:textId="77777777" w:rsidR="0087771C" w:rsidRDefault="00CE4A25">
      <w:pPr>
        <w:pStyle w:val="a0"/>
      </w:pPr>
      <w:r>
        <w:t>пол, клуб, разряд, тренера;</w:t>
      </w:r>
    </w:p>
    <w:p w14:paraId="4466FB50" w14:textId="77777777" w:rsidR="0087771C" w:rsidRDefault="00CE4A25">
      <w:pPr>
        <w:pStyle w:val="a0"/>
      </w:pPr>
      <w:r>
        <w:t>дисциплину, заявочное время, статус.</w:t>
      </w:r>
    </w:p>
    <w:p w14:paraId="3DC40826" w14:textId="77777777" w:rsidR="0087771C" w:rsidRDefault="00CE4A25">
      <w:r>
        <w:t>После изменения возраста или дисциплины платформа пересчитает возрастную группу.</w:t>
      </w:r>
    </w:p>
    <w:p w14:paraId="24797CB6" w14:textId="77777777" w:rsidR="0087771C" w:rsidRDefault="00CE4A25">
      <w:pPr>
        <w:pStyle w:val="31"/>
      </w:pPr>
      <w:r>
        <w:lastRenderedPageBreak/>
        <w:t>8.8. Эстафеты</w:t>
      </w:r>
    </w:p>
    <w:p w14:paraId="63B222F7" w14:textId="77777777" w:rsidR="0087771C" w:rsidRDefault="00CE4A25">
      <w:r>
        <w:t>В блоке «Эстафеты»:</w:t>
      </w:r>
    </w:p>
    <w:p w14:paraId="43F43732" w14:textId="77777777" w:rsidR="0087771C" w:rsidRDefault="00CE4A25">
      <w:pPr>
        <w:pStyle w:val="a0"/>
      </w:pPr>
      <w:r>
        <w:t>выберите дисциплину и клуб;</w:t>
      </w:r>
    </w:p>
    <w:p w14:paraId="0AF64E5C" w14:textId="77777777" w:rsidR="0087771C" w:rsidRDefault="00CE4A25">
      <w:pPr>
        <w:pStyle w:val="a0"/>
      </w:pPr>
      <w:r>
        <w:t>добавьте состав в порядке этапов;</w:t>
      </w:r>
    </w:p>
    <w:p w14:paraId="2628E70E" w14:textId="77777777" w:rsidR="0087771C" w:rsidRDefault="00CE4A25">
      <w:pPr>
        <w:pStyle w:val="a0"/>
      </w:pPr>
      <w:r>
        <w:t>проверьте возрастные ограничения;</w:t>
      </w:r>
    </w:p>
    <w:p w14:paraId="0A34D071" w14:textId="77777777" w:rsidR="0087771C" w:rsidRDefault="00CE4A25">
      <w:pPr>
        <w:pStyle w:val="a0"/>
      </w:pPr>
      <w:r>
        <w:t>сохраните.</w:t>
      </w:r>
    </w:p>
    <w:p w14:paraId="272D360D" w14:textId="77777777" w:rsidR="0087771C" w:rsidRDefault="00CE4A25">
      <w:r>
        <w:t>Эстафеты также импортируются из Lenex. В дипломах эстафета может печататься на каждого пловца.</w:t>
      </w:r>
    </w:p>
    <w:p w14:paraId="0C7F50A4" w14:textId="77777777" w:rsidR="0087771C" w:rsidRDefault="00CE4A25">
      <w:pPr>
        <w:pStyle w:val="31"/>
      </w:pPr>
      <w:r>
        <w:t>8.9. Добавление после дедлайна</w:t>
      </w:r>
    </w:p>
    <w:p w14:paraId="0B4554BC" w14:textId="77777777" w:rsidR="0087771C" w:rsidRDefault="00CE4A25">
      <w:r>
        <w:t>Организатор может добавить заявку вручную даже после закрытия приёма. Это удобно для поздних участников и технических правок.</w:t>
      </w:r>
    </w:p>
    <w:p w14:paraId="7DD069C3" w14:textId="77777777" w:rsidR="0087771C" w:rsidRDefault="00CE4A25">
      <w:pPr>
        <w:pStyle w:val="31"/>
      </w:pPr>
      <w:r>
        <w:t>8.10. Проверка заявок перед посевом</w:t>
      </w:r>
    </w:p>
    <w:p w14:paraId="3F766A41" w14:textId="77777777" w:rsidR="0087771C" w:rsidRDefault="00CE4A25">
      <w:pPr>
        <w:pStyle w:val="a0"/>
      </w:pPr>
      <w:r>
        <w:t>☐ все заявки подтверждены или отклонены;</w:t>
      </w:r>
    </w:p>
    <w:p w14:paraId="3CD728BD" w14:textId="77777777" w:rsidR="0087771C" w:rsidRDefault="00CE4A25">
      <w:pPr>
        <w:pStyle w:val="a0"/>
      </w:pPr>
      <w:r>
        <w:t>☐ нет дублей «спортсмен + дисциплина»;</w:t>
      </w:r>
    </w:p>
    <w:p w14:paraId="2542AE6F" w14:textId="77777777" w:rsidR="0087771C" w:rsidRDefault="00CE4A25">
      <w:pPr>
        <w:pStyle w:val="a0"/>
      </w:pPr>
      <w:r>
        <w:t>☐ возраст соответствует группе;</w:t>
      </w:r>
    </w:p>
    <w:p w14:paraId="0A2A8EA7" w14:textId="77777777" w:rsidR="0087771C" w:rsidRDefault="00CE4A25">
      <w:pPr>
        <w:pStyle w:val="a0"/>
      </w:pPr>
      <w:r>
        <w:t>☐ пол соответствует дисциплине;</w:t>
      </w:r>
    </w:p>
    <w:p w14:paraId="1DAF443C" w14:textId="77777777" w:rsidR="0087771C" w:rsidRDefault="00CE4A25">
      <w:pPr>
        <w:pStyle w:val="a0"/>
      </w:pPr>
      <w:r>
        <w:t>☐ лимит дисциплин не превышен;</w:t>
      </w:r>
    </w:p>
    <w:p w14:paraId="67D961AD" w14:textId="77777777" w:rsidR="0087771C" w:rsidRDefault="00CE4A25">
      <w:pPr>
        <w:pStyle w:val="a0"/>
      </w:pPr>
      <w:r>
        <w:t>☐ клубы заполнены;</w:t>
      </w:r>
    </w:p>
    <w:p w14:paraId="19850650" w14:textId="77777777" w:rsidR="0087771C" w:rsidRDefault="00CE4A25">
      <w:pPr>
        <w:pStyle w:val="a0"/>
      </w:pPr>
      <w:r>
        <w:t>☐ заявочные времена проверены (NT допустим);</w:t>
      </w:r>
    </w:p>
    <w:p w14:paraId="1F4FE416" w14:textId="77777777" w:rsidR="0087771C" w:rsidRDefault="00CE4A25">
      <w:pPr>
        <w:pStyle w:val="a0"/>
      </w:pPr>
      <w:r>
        <w:t>☐ эстафеты собраны;</w:t>
      </w:r>
    </w:p>
    <w:p w14:paraId="56EDDC3C" w14:textId="77777777" w:rsidR="0087771C" w:rsidRDefault="00CE4A25">
      <w:pPr>
        <w:pStyle w:val="a0"/>
      </w:pPr>
      <w:r>
        <w:t>☐ оплата отмечена там, где нужно.</w:t>
      </w:r>
    </w:p>
    <w:p w14:paraId="7E26C522" w14:textId="77777777" w:rsidR="0087771C" w:rsidRDefault="00CE4A25">
      <w:pPr>
        <w:pStyle w:val="31"/>
      </w:pPr>
      <w:r>
        <w:t>8.11. Статусы и что они значат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25AE42EF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065934D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Статус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3D0C4D1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B1B6995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Что делать</w:t>
            </w:r>
          </w:p>
        </w:tc>
      </w:tr>
      <w:tr w:rsidR="0087771C" w14:paraId="1793CA34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94AA17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Новая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F2044F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заявка ждёт проверки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4038F0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подтвердить или отклонить</w:t>
            </w:r>
          </w:p>
        </w:tc>
      </w:tr>
      <w:tr w:rsidR="0087771C" w14:paraId="393E19A9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BC0F69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Подтверждена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4C2016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допущена к старту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1BCF63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попадёт в посев</w:t>
            </w:r>
          </w:p>
        </w:tc>
      </w:tr>
      <w:tr w:rsidR="0087771C" w14:paraId="782F3546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E6B2A0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Оплачена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038533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взнос получен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BDE3F4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можно стартовать</w:t>
            </w:r>
          </w:p>
        </w:tc>
      </w:tr>
      <w:tr w:rsidR="0087771C" w14:paraId="7765F22A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61BC97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Отклонена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30DEBC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 допущена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81ACE3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причина в комментарии</w:t>
            </w:r>
          </w:p>
        </w:tc>
      </w:tr>
      <w:tr w:rsidR="0087771C" w14:paraId="70EBC08B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D081B7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DNS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B124E6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 вышла на старт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8571C7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остаётся в протоколе</w:t>
            </w:r>
          </w:p>
        </w:tc>
      </w:tr>
      <w:tr w:rsidR="0087771C" w14:paraId="26DC95EC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F4680F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DNF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ECF6AB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 финишировала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63DAB2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остаётся в протоколе</w:t>
            </w:r>
          </w:p>
        </w:tc>
      </w:tr>
      <w:tr w:rsidR="0087771C" w14:paraId="274784EC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7703787" w14:textId="77777777" w:rsidR="0087771C" w:rsidRDefault="00CE4A25">
            <w:pPr>
              <w:spacing w:after="0"/>
            </w:pPr>
            <w:r>
              <w:rPr>
                <w:sz w:val="18"/>
              </w:rPr>
              <w:t>DSQ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70F2A1C" w14:textId="77777777" w:rsidR="0087771C" w:rsidRDefault="00CE4A25">
            <w:pPr>
              <w:spacing w:after="0"/>
            </w:pPr>
            <w:r>
              <w:rPr>
                <w:sz w:val="18"/>
              </w:rPr>
              <w:t>дисквалификация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BCF3596" w14:textId="77777777" w:rsidR="0087771C" w:rsidRDefault="00CE4A25">
            <w:pPr>
              <w:spacing w:after="0"/>
            </w:pPr>
            <w:r>
              <w:rPr>
                <w:sz w:val="18"/>
              </w:rPr>
              <w:t>причина в карточке</w:t>
            </w:r>
          </w:p>
        </w:tc>
      </w:tr>
    </w:tbl>
    <w:p w14:paraId="7DC32BDF" w14:textId="77777777" w:rsidR="0087771C" w:rsidRDefault="0087771C">
      <w:pPr>
        <w:spacing w:after="40"/>
      </w:pPr>
    </w:p>
    <w:p w14:paraId="4376F78F" w14:textId="77777777" w:rsidR="0087771C" w:rsidRDefault="00CE4A25">
      <w:pPr>
        <w:pStyle w:val="31"/>
      </w:pPr>
      <w:r>
        <w:t>8.12. Типичные ошибки заявок</w:t>
      </w:r>
    </w:p>
    <w:p w14:paraId="4603F201" w14:textId="77777777" w:rsidR="0087771C" w:rsidRDefault="00CE4A25">
      <w:r>
        <w:rPr>
          <w:b/>
        </w:rPr>
        <w:t>Участник не видит дисциплину.</w:t>
      </w:r>
      <w:r>
        <w:t xml:space="preserve"> Проверьте пол, возраст и статус публикации.</w:t>
      </w:r>
    </w:p>
    <w:p w14:paraId="2067EE07" w14:textId="77777777" w:rsidR="0087771C" w:rsidRDefault="00CE4A25">
      <w:r>
        <w:rPr>
          <w:b/>
        </w:rPr>
        <w:lastRenderedPageBreak/>
        <w:t>Возраст не подходит.</w:t>
      </w:r>
      <w:r>
        <w:t xml:space="preserve"> Исправьте дату рождения или возрастную группу; если возраст вне групп — EXH.</w:t>
      </w:r>
    </w:p>
    <w:p w14:paraId="4E2337F7" w14:textId="77777777" w:rsidR="0087771C" w:rsidRDefault="00CE4A25">
      <w:r>
        <w:rPr>
          <w:b/>
        </w:rPr>
        <w:t>Дубли.</w:t>
      </w:r>
      <w:r>
        <w:t xml:space="preserve"> Платформа не должна создавать две заявки на одну дисциплину; проверьте импорт.</w:t>
      </w:r>
    </w:p>
    <w:p w14:paraId="3826EC20" w14:textId="77777777" w:rsidR="0087771C" w:rsidRDefault="00CE4A25">
      <w:r>
        <w:rPr>
          <w:b/>
        </w:rPr>
        <w:t>Заявка после дедлайна.</w:t>
      </w:r>
      <w:r>
        <w:t xml:space="preserve"> Добавьте вручную; публичная форма уже закрыта.</w:t>
      </w:r>
    </w:p>
    <w:p w14:paraId="483D68F5" w14:textId="77777777" w:rsidR="0087771C" w:rsidRDefault="00CE4A25">
      <w:r>
        <w:rPr>
          <w:b/>
        </w:rPr>
        <w:t>Не приходит оплата.</w:t>
      </w:r>
      <w:r>
        <w:t xml:space="preserve"> Проверьте счёт, статус и настройки приёма взносов.</w:t>
      </w:r>
    </w:p>
    <w:p w14:paraId="76F056F7" w14:textId="77777777" w:rsidR="0087771C" w:rsidRDefault="00CE4A25">
      <w:pPr>
        <w:pStyle w:val="31"/>
      </w:pPr>
      <w:r>
        <w:t>8.13. Экспорт заявок</w:t>
      </w:r>
    </w:p>
    <w:p w14:paraId="7D454B5F" w14:textId="77777777" w:rsidR="0087771C" w:rsidRDefault="00CE4A25">
      <w:r>
        <w:t>Из «Заявок» можно выгрузить:</w:t>
      </w:r>
    </w:p>
    <w:p w14:paraId="66696F46" w14:textId="77777777" w:rsidR="0087771C" w:rsidRDefault="00CE4A25">
      <w:pPr>
        <w:pStyle w:val="a0"/>
      </w:pPr>
      <w:r>
        <w:rPr>
          <w:rFonts w:ascii="Consolas" w:hAnsi="Consolas"/>
          <w:color w:val="0E6E86"/>
          <w:sz w:val="21"/>
        </w:rPr>
        <w:t>.lxf</w:t>
      </w:r>
      <w:r>
        <w:t xml:space="preserve"> — для внешней системы;</w:t>
      </w:r>
    </w:p>
    <w:p w14:paraId="75DEC2B1" w14:textId="77777777" w:rsidR="0087771C" w:rsidRDefault="00CE4A25">
      <w:pPr>
        <w:pStyle w:val="a0"/>
      </w:pPr>
      <w:r>
        <w:rPr>
          <w:rFonts w:ascii="Consolas" w:hAnsi="Consolas"/>
          <w:color w:val="0E6E86"/>
          <w:sz w:val="21"/>
        </w:rPr>
        <w:t>.xlsx</w:t>
      </w:r>
      <w:r>
        <w:t xml:space="preserve"> — для проверки и архива;</w:t>
      </w:r>
    </w:p>
    <w:p w14:paraId="7DE00093" w14:textId="77777777" w:rsidR="0087771C" w:rsidRDefault="00CE4A25">
      <w:pPr>
        <w:pStyle w:val="a0"/>
      </w:pPr>
      <w:r>
        <w:rPr>
          <w:rFonts w:ascii="Consolas" w:hAnsi="Consolas"/>
          <w:color w:val="0E6E86"/>
          <w:sz w:val="21"/>
        </w:rPr>
        <w:t>.csv</w:t>
      </w:r>
      <w:r>
        <w:t xml:space="preserve"> — для таблиц.</w:t>
      </w:r>
    </w:p>
    <w:p w14:paraId="15830669" w14:textId="77777777" w:rsidR="0087771C" w:rsidRDefault="00CE4A25">
      <w:r>
        <w:t>Экспорт не удаляет данные и не меняет статусы.</w:t>
      </w:r>
    </w:p>
    <w:p w14:paraId="5E99991F" w14:textId="77777777" w:rsidR="0087771C" w:rsidRDefault="00CE4A25">
      <w:pPr>
        <w:pStyle w:val="31"/>
      </w:pPr>
      <w:r>
        <w:t>8.14. Командная заявка: подробный сценарий</w:t>
      </w:r>
    </w:p>
    <w:p w14:paraId="45943631" w14:textId="77777777" w:rsidR="0087771C" w:rsidRDefault="00CE4A25">
      <w:pPr>
        <w:ind w:left="255"/>
      </w:pPr>
      <w:r>
        <w:t>1. Представитель клуба открывает «Командная заявка».</w:t>
      </w:r>
    </w:p>
    <w:p w14:paraId="61EFE046" w14:textId="77777777" w:rsidR="0087771C" w:rsidRDefault="00CE4A25">
      <w:pPr>
        <w:ind w:left="255"/>
      </w:pPr>
      <w:r>
        <w:t>2. Указывает клуб, представителя и контакты.</w:t>
      </w:r>
    </w:p>
    <w:p w14:paraId="4A7BBB8A" w14:textId="77777777" w:rsidR="0087771C" w:rsidRDefault="00CE4A25">
      <w:pPr>
        <w:ind w:left="255"/>
      </w:pPr>
      <w:r>
        <w:t>3. Добавляет спортсменов: ФИО, дата рождения, пол, разряд.</w:t>
      </w:r>
    </w:p>
    <w:p w14:paraId="07D67C5F" w14:textId="77777777" w:rsidR="0087771C" w:rsidRDefault="00CE4A25">
      <w:pPr>
        <w:ind w:left="255"/>
      </w:pPr>
      <w:r>
        <w:t>4. Для каждого выбирает дисциплины — платформа фильтрует по полу и возрасту.</w:t>
      </w:r>
    </w:p>
    <w:p w14:paraId="4A6DF6D1" w14:textId="77777777" w:rsidR="0087771C" w:rsidRDefault="00CE4A25">
      <w:pPr>
        <w:ind w:left="255"/>
      </w:pPr>
      <w:r>
        <w:t>5. Проверяет итог: количество участников, дисциплины, взносы.</w:t>
      </w:r>
    </w:p>
    <w:p w14:paraId="77A29381" w14:textId="77777777" w:rsidR="0087771C" w:rsidRDefault="00CE4A25">
      <w:pPr>
        <w:ind w:left="255"/>
      </w:pPr>
      <w:r>
        <w:t>6. Отправляет заявку.</w:t>
      </w:r>
    </w:p>
    <w:p w14:paraId="3301A510" w14:textId="77777777" w:rsidR="0087771C" w:rsidRDefault="00CE4A25">
      <w:pPr>
        <w:ind w:left="255"/>
      </w:pPr>
      <w:r>
        <w:t>7. Организатор подтверждает заявки и при необходимости выставляет счёт.</w:t>
      </w:r>
    </w:p>
    <w:p w14:paraId="6126318D" w14:textId="77777777" w:rsidR="0087771C" w:rsidRDefault="00CE4A25">
      <w:r>
        <w:t>Командная заявка удобна, когда заявляется клуб целиком: не нужно вводить каждого спортсмена отдельно.</w:t>
      </w:r>
    </w:p>
    <w:p w14:paraId="1147C6CB" w14:textId="77777777" w:rsidR="0087771C" w:rsidRDefault="00CE4A25">
      <w:pPr>
        <w:pStyle w:val="31"/>
      </w:pPr>
      <w:r>
        <w:t>8.15. Проверка импортированного файла</w:t>
      </w:r>
    </w:p>
    <w:p w14:paraId="09A201B0" w14:textId="77777777" w:rsidR="0087771C" w:rsidRDefault="00CE4A25">
      <w:r>
        <w:t>После импорта откройте отчёт и проверьте:</w:t>
      </w:r>
    </w:p>
    <w:p w14:paraId="2727694C" w14:textId="77777777" w:rsidR="0087771C" w:rsidRDefault="00CE4A25">
      <w:pPr>
        <w:pStyle w:val="a0"/>
      </w:pPr>
      <w:r>
        <w:t>сколько строк прочитано;</w:t>
      </w:r>
    </w:p>
    <w:p w14:paraId="2DFF5078" w14:textId="77777777" w:rsidR="0087771C" w:rsidRDefault="00CE4A25">
      <w:pPr>
        <w:pStyle w:val="a0"/>
      </w:pPr>
      <w:r>
        <w:t>сколько заявок создано;</w:t>
      </w:r>
    </w:p>
    <w:p w14:paraId="36BEC67D" w14:textId="77777777" w:rsidR="0087771C" w:rsidRDefault="00CE4A25">
      <w:pPr>
        <w:pStyle w:val="a0"/>
      </w:pPr>
      <w:r>
        <w:t>сколько пропущено и почему;</w:t>
      </w:r>
    </w:p>
    <w:p w14:paraId="4FD17A68" w14:textId="77777777" w:rsidR="0087771C" w:rsidRDefault="00CE4A25">
      <w:pPr>
        <w:pStyle w:val="a0"/>
      </w:pPr>
      <w:r>
        <w:t>дубли;</w:t>
      </w:r>
    </w:p>
    <w:p w14:paraId="3251CF2F" w14:textId="77777777" w:rsidR="0087771C" w:rsidRDefault="00CE4A25">
      <w:pPr>
        <w:pStyle w:val="a0"/>
      </w:pPr>
      <w:r>
        <w:t>неизвестные клубы;</w:t>
      </w:r>
    </w:p>
    <w:p w14:paraId="07860B08" w14:textId="77777777" w:rsidR="0087771C" w:rsidRDefault="00CE4A25">
      <w:pPr>
        <w:pStyle w:val="a0"/>
      </w:pPr>
      <w:r>
        <w:t>возраст вне групп;</w:t>
      </w:r>
    </w:p>
    <w:p w14:paraId="3C61D3ED" w14:textId="77777777" w:rsidR="0087771C" w:rsidRDefault="00CE4A25">
      <w:pPr>
        <w:pStyle w:val="a0"/>
      </w:pPr>
      <w:r>
        <w:t>некорректное время;</w:t>
      </w:r>
    </w:p>
    <w:p w14:paraId="100BF069" w14:textId="77777777" w:rsidR="0087771C" w:rsidRDefault="00CE4A25">
      <w:pPr>
        <w:pStyle w:val="a0"/>
      </w:pPr>
      <w:r>
        <w:t>эстафеты.</w:t>
      </w:r>
    </w:p>
    <w:p w14:paraId="3512A04C" w14:textId="77777777" w:rsidR="0087771C" w:rsidRDefault="00CE4A25">
      <w:r>
        <w:lastRenderedPageBreak/>
        <w:t>Если строки пропущены, исправьте файл и загрузите снова. Импорт не удаляет уже созданные заявки; дубли пропускаются.</w:t>
      </w:r>
    </w:p>
    <w:p w14:paraId="269C4746" w14:textId="77777777" w:rsidR="0087771C" w:rsidRDefault="00CE4A25">
      <w:pPr>
        <w:pStyle w:val="31"/>
      </w:pPr>
      <w:r>
        <w:t>8.16. Что делать при массовой ошибке</w:t>
      </w:r>
    </w:p>
    <w:p w14:paraId="5466FCBB" w14:textId="77777777" w:rsidR="0087771C" w:rsidRDefault="00CE4A25">
      <w:r>
        <w:t>Если ошиблись с дисциплиной или возрастом у группы заявок:</w:t>
      </w:r>
    </w:p>
    <w:p w14:paraId="0DFA6389" w14:textId="77777777" w:rsidR="0087771C" w:rsidRDefault="00CE4A25">
      <w:pPr>
        <w:ind w:left="255"/>
      </w:pPr>
      <w:r>
        <w:t>1. Отфильтруйте заявки.</w:t>
      </w:r>
    </w:p>
    <w:p w14:paraId="59C92AD3" w14:textId="77777777" w:rsidR="0087771C" w:rsidRDefault="00CE4A25">
      <w:pPr>
        <w:ind w:left="255"/>
      </w:pPr>
      <w:r>
        <w:t>2. Отметьте нужные.</w:t>
      </w:r>
    </w:p>
    <w:p w14:paraId="157CD95D" w14:textId="77777777" w:rsidR="0087771C" w:rsidRDefault="00CE4A25">
      <w:pPr>
        <w:ind w:left="255"/>
      </w:pPr>
      <w:r>
        <w:t>3. Примените массовое действие.</w:t>
      </w:r>
    </w:p>
    <w:p w14:paraId="71AB9029" w14:textId="77777777" w:rsidR="0087771C" w:rsidRDefault="00CE4A25">
      <w:pPr>
        <w:ind w:left="255"/>
      </w:pPr>
      <w:r>
        <w:t>4. Проверьте результат.</w:t>
      </w:r>
    </w:p>
    <w:p w14:paraId="5DC66AC1" w14:textId="77777777" w:rsidR="0087771C" w:rsidRDefault="00CE4A25">
      <w:pPr>
        <w:ind w:left="255"/>
      </w:pPr>
      <w:r>
        <w:t>5. При необходимости повторите seed.</w:t>
      </w:r>
    </w:p>
    <w:p w14:paraId="1FFA63AE" w14:textId="77777777" w:rsidR="0087771C" w:rsidRDefault="00CE4A25">
      <w:r>
        <w:t>Перед массовым удалением сделайте экспорт заявок — это резервная копия.</w:t>
      </w:r>
    </w:p>
    <w:p w14:paraId="63CEBD76" w14:textId="77777777" w:rsidR="0087771C" w:rsidRDefault="00CE4A25">
      <w:pPr>
        <w:pStyle w:val="21"/>
      </w:pPr>
      <w:bookmarkStart w:id="8" w:name="_Toc243919856"/>
      <w:r>
        <w:t>9. Распределение заплывов (seed)</w:t>
      </w:r>
      <w:bookmarkEnd w:id="8"/>
    </w:p>
    <w:p w14:paraId="0D473B00" w14:textId="77777777" w:rsidR="0087771C" w:rsidRDefault="00CE4A25">
      <w:r>
        <w:t xml:space="preserve">Кнопка </w:t>
      </w:r>
      <w:r>
        <w:rPr>
          <w:b/>
        </w:rPr>
        <w:t>«Распределить заплывы»</w:t>
      </w:r>
      <w:r>
        <w:t xml:space="preserve"> строит заплывы и дорожки.</w:t>
      </w:r>
    </w:p>
    <w:p w14:paraId="00AF2E65" w14:textId="77777777" w:rsidR="0087771C" w:rsidRDefault="00CE4A25">
      <w:r>
        <w:t>Правила:</w:t>
      </w:r>
    </w:p>
    <w:p w14:paraId="5B937F6E" w14:textId="77777777" w:rsidR="0087771C" w:rsidRDefault="00CE4A25">
      <w:pPr>
        <w:pStyle w:val="a0"/>
      </w:pPr>
      <w:r>
        <w:t>сильнейшие — в последнем заплыве;</w:t>
      </w:r>
    </w:p>
    <w:p w14:paraId="448C7548" w14:textId="77777777" w:rsidR="0087771C" w:rsidRDefault="00CE4A25">
      <w:pPr>
        <w:pStyle w:val="a0"/>
      </w:pPr>
      <w:r>
        <w:t>центральные дорожки — сильнейшим;</w:t>
      </w:r>
    </w:p>
    <w:p w14:paraId="5B7C13AF" w14:textId="77777777" w:rsidR="0087771C" w:rsidRDefault="00CE4A25">
      <w:pPr>
        <w:pStyle w:val="a0"/>
      </w:pPr>
      <w:r>
        <w:t>NT (без времени) — в первых, более медленных заплывах;</w:t>
      </w:r>
    </w:p>
    <w:p w14:paraId="420C1A2F" w14:textId="77777777" w:rsidR="0087771C" w:rsidRDefault="00CE4A25">
      <w:pPr>
        <w:pStyle w:val="a0"/>
      </w:pPr>
      <w:r>
        <w:t>равномерная раскладка по числу участников;</w:t>
      </w:r>
    </w:p>
    <w:p w14:paraId="65554F58" w14:textId="77777777" w:rsidR="0087771C" w:rsidRDefault="00CE4A25">
      <w:pPr>
        <w:pStyle w:val="a0"/>
      </w:pPr>
      <w:r>
        <w:t>дорожки и количество заплывов зависят от настроек бассейна.</w:t>
      </w:r>
    </w:p>
    <w:p w14:paraId="14D1CDBF" w14:textId="77777777" w:rsidR="0087771C" w:rsidRDefault="00CE4A25">
      <w:r>
        <w:t>После распределения проверьте:</w:t>
      </w:r>
    </w:p>
    <w:p w14:paraId="4FCEC5A5" w14:textId="77777777" w:rsidR="0087771C" w:rsidRDefault="00CE4A25">
      <w:pPr>
        <w:pStyle w:val="a0"/>
      </w:pPr>
      <w:r>
        <w:t>число участников в заплывах;</w:t>
      </w:r>
    </w:p>
    <w:p w14:paraId="4A8119B1" w14:textId="77777777" w:rsidR="0087771C" w:rsidRDefault="00CE4A25">
      <w:pPr>
        <w:pStyle w:val="a0"/>
      </w:pPr>
      <w:r>
        <w:t>пустые дорожки;</w:t>
      </w:r>
    </w:p>
    <w:p w14:paraId="55C37178" w14:textId="77777777" w:rsidR="0087771C" w:rsidRDefault="00CE4A25">
      <w:pPr>
        <w:pStyle w:val="a0"/>
      </w:pPr>
      <w:r>
        <w:t>участников без времени;</w:t>
      </w:r>
    </w:p>
    <w:p w14:paraId="45E4DE16" w14:textId="77777777" w:rsidR="0087771C" w:rsidRDefault="00CE4A25">
      <w:pPr>
        <w:pStyle w:val="a0"/>
      </w:pPr>
      <w:r>
        <w:t>эстафеты;</w:t>
      </w:r>
    </w:p>
    <w:p w14:paraId="7828D57E" w14:textId="77777777" w:rsidR="0087771C" w:rsidRDefault="00CE4A25">
      <w:pPr>
        <w:pStyle w:val="a0"/>
      </w:pPr>
      <w:r>
        <w:t>возрастные группы.</w:t>
      </w:r>
    </w:p>
    <w:p w14:paraId="51934B5E" w14:textId="77777777" w:rsidR="0087771C" w:rsidRDefault="00CE4A25">
      <w:r>
        <w:t>Если заявка изменилась, распределение можно повторить. Перед повторным seed убедитесь, что результаты ещё не внесены.</w:t>
      </w:r>
    </w:p>
    <w:p w14:paraId="1ABF3416" w14:textId="77777777" w:rsidR="0087771C" w:rsidRDefault="00CE4A25">
      <w:pPr>
        <w:pStyle w:val="31"/>
      </w:pPr>
      <w:r>
        <w:t>9.1. Как работает алгоритм</w:t>
      </w:r>
    </w:p>
    <w:p w14:paraId="343DE8CA" w14:textId="77777777" w:rsidR="0087771C" w:rsidRDefault="00CE4A25">
      <w:pPr>
        <w:ind w:left="255"/>
      </w:pPr>
      <w:r>
        <w:t>1. Собираются подтверждённые участники дисциплины.</w:t>
      </w:r>
    </w:p>
    <w:p w14:paraId="46185B15" w14:textId="77777777" w:rsidR="0087771C" w:rsidRDefault="00CE4A25">
      <w:pPr>
        <w:ind w:left="255"/>
      </w:pPr>
      <w:r>
        <w:t>2. Участники сортируются по заявочному времени: быстрейшие — первыми в списке.</w:t>
      </w:r>
    </w:p>
    <w:p w14:paraId="2F6B1C55" w14:textId="77777777" w:rsidR="0087771C" w:rsidRDefault="00CE4A25">
      <w:pPr>
        <w:ind w:left="255"/>
      </w:pPr>
      <w:r>
        <w:t>3. NT и участники без времени ставятся в начало (в медленные заплывы).</w:t>
      </w:r>
    </w:p>
    <w:p w14:paraId="3B2AAB57" w14:textId="77777777" w:rsidR="0087771C" w:rsidRDefault="00CE4A25">
      <w:pPr>
        <w:ind w:left="255"/>
      </w:pPr>
      <w:r>
        <w:t>4. Количество заплывов считается по числу дорожек.</w:t>
      </w:r>
    </w:p>
    <w:p w14:paraId="6EFC06DD" w14:textId="77777777" w:rsidR="0087771C" w:rsidRDefault="00CE4A25">
      <w:pPr>
        <w:ind w:left="255"/>
      </w:pPr>
      <w:r>
        <w:lastRenderedPageBreak/>
        <w:t>5. Участники раскладываются так, чтобы сильнейшие попали в последний заплыв, а центральные дорожки — сильнейшим.</w:t>
      </w:r>
    </w:p>
    <w:p w14:paraId="55A03974" w14:textId="77777777" w:rsidR="0087771C" w:rsidRDefault="00CE4A25">
      <w:pPr>
        <w:ind w:left="255"/>
      </w:pPr>
      <w:r>
        <w:t>6. Пустые дорожки остаются в заплывах, чтобы сохранить раскладку.</w:t>
      </w:r>
    </w:p>
    <w:p w14:paraId="7EC90A01" w14:textId="77777777" w:rsidR="0087771C" w:rsidRDefault="00CE4A25">
      <w:pPr>
        <w:pStyle w:val="31"/>
      </w:pPr>
      <w:r>
        <w:t>9.2. Настройки, которые влияют на посев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87771C" w14:paraId="7CCFAC39" w14:textId="77777777">
        <w:trPr>
          <w:tblHeader/>
          <w:jc w:val="center"/>
        </w:trPr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191B3AA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Настройка</w:t>
            </w:r>
          </w:p>
        </w:tc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DA6386E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Влияние</w:t>
            </w:r>
          </w:p>
        </w:tc>
      </w:tr>
      <w:tr w:rsidR="0087771C" w14:paraId="04D33D5D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60F115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Число дорожек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B18787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сколько участников в заплыве</w:t>
            </w:r>
          </w:p>
        </w:tc>
      </w:tr>
      <w:tr w:rsidR="0087771C" w14:paraId="7A7E7971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6E5C61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Мин/макс дорожка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7EE429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какие дорожки использовать</w:t>
            </w:r>
          </w:p>
        </w:tc>
      </w:tr>
      <w:tr w:rsidR="0087771C" w14:paraId="19E99473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105E04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Порядок seed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97A0A4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быстрейшие в конце или в начале</w:t>
            </w:r>
          </w:p>
        </w:tc>
      </w:tr>
      <w:tr w:rsidR="0087771C" w14:paraId="38B3D5E1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0F0B1E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Заявочное время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CE5D89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основа сортировки</w:t>
            </w:r>
          </w:p>
        </w:tc>
      </w:tr>
      <w:tr w:rsidR="0087771C" w14:paraId="2FD2EFDE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620E03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NT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646A92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всегда в медленных заплывах</w:t>
            </w:r>
          </w:p>
        </w:tc>
      </w:tr>
      <w:tr w:rsidR="0087771C" w14:paraId="46BB2FF1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A48D6D0" w14:textId="77777777" w:rsidR="0087771C" w:rsidRDefault="00CE4A25">
            <w:pPr>
              <w:spacing w:after="0"/>
            </w:pPr>
            <w:r>
              <w:rPr>
                <w:sz w:val="18"/>
              </w:rPr>
              <w:t>Участники без времени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765C81F" w14:textId="77777777" w:rsidR="0087771C" w:rsidRDefault="00CE4A25">
            <w:pPr>
              <w:spacing w:after="0"/>
            </w:pPr>
            <w:r>
              <w:rPr>
                <w:sz w:val="18"/>
              </w:rPr>
              <w:t>в первых заплывах</w:t>
            </w:r>
          </w:p>
        </w:tc>
      </w:tr>
    </w:tbl>
    <w:p w14:paraId="162B12DC" w14:textId="77777777" w:rsidR="0087771C" w:rsidRDefault="0087771C">
      <w:pPr>
        <w:spacing w:after="40"/>
      </w:pPr>
    </w:p>
    <w:p w14:paraId="0D7F4164" w14:textId="77777777" w:rsidR="0087771C" w:rsidRDefault="00CE4A25">
      <w:pPr>
        <w:pStyle w:val="31"/>
      </w:pPr>
      <w:r>
        <w:t>9.3. Ручная корректировка</w:t>
      </w:r>
    </w:p>
    <w:p w14:paraId="65FC4708" w14:textId="77777777" w:rsidR="0087771C" w:rsidRDefault="00CE4A25">
      <w:r>
        <w:t>После автоматического распределения можно:</w:t>
      </w:r>
    </w:p>
    <w:p w14:paraId="1A3DF678" w14:textId="77777777" w:rsidR="0087771C" w:rsidRDefault="00CE4A25">
      <w:pPr>
        <w:pStyle w:val="a0"/>
      </w:pPr>
      <w:r>
        <w:t>перенести участника в другой заплыв/дорожку (если интерфейс позволяет);</w:t>
      </w:r>
    </w:p>
    <w:p w14:paraId="56251709" w14:textId="77777777" w:rsidR="0087771C" w:rsidRDefault="00CE4A25">
      <w:pPr>
        <w:pStyle w:val="a0"/>
      </w:pPr>
      <w:r>
        <w:t>изменить заявку и повторить seed;</w:t>
      </w:r>
    </w:p>
    <w:p w14:paraId="67F18C02" w14:textId="77777777" w:rsidR="0087771C" w:rsidRDefault="00CE4A25">
      <w:pPr>
        <w:pStyle w:val="a0"/>
      </w:pPr>
      <w:r>
        <w:t>заменить участника;</w:t>
      </w:r>
    </w:p>
    <w:p w14:paraId="38951D77" w14:textId="77777777" w:rsidR="0087771C" w:rsidRDefault="00CE4A25">
      <w:pPr>
        <w:pStyle w:val="a0"/>
      </w:pPr>
      <w:r>
        <w:t>снять участника с дисциплины.</w:t>
      </w:r>
    </w:p>
    <w:p w14:paraId="4B9837EB" w14:textId="77777777" w:rsidR="0087771C" w:rsidRDefault="00CE4A25">
      <w:r>
        <w:t>Перед публикацией стартового протокола проверьте, что ручные правки не создали дублей и пустых дорожек.</w:t>
      </w:r>
    </w:p>
    <w:p w14:paraId="29A61C79" w14:textId="77777777" w:rsidR="0087771C" w:rsidRDefault="00CE4A25">
      <w:pPr>
        <w:pStyle w:val="31"/>
      </w:pPr>
      <w:r>
        <w:t>9.4. Повторный seed</w:t>
      </w:r>
    </w:p>
    <w:p w14:paraId="649F0939" w14:textId="77777777" w:rsidR="0087771C" w:rsidRDefault="00CE4A25">
      <w:r>
        <w:t>Повторный seed полезен, если:</w:t>
      </w:r>
    </w:p>
    <w:p w14:paraId="4431C38C" w14:textId="77777777" w:rsidR="0087771C" w:rsidRDefault="00CE4A25">
      <w:pPr>
        <w:pStyle w:val="a0"/>
      </w:pPr>
      <w:r>
        <w:t>добавились или удалились участники;</w:t>
      </w:r>
    </w:p>
    <w:p w14:paraId="4427A4A8" w14:textId="77777777" w:rsidR="0087771C" w:rsidRDefault="00CE4A25">
      <w:pPr>
        <w:pStyle w:val="a0"/>
      </w:pPr>
      <w:r>
        <w:t>изменились заявочные времена;</w:t>
      </w:r>
    </w:p>
    <w:p w14:paraId="3FE48FDB" w14:textId="77777777" w:rsidR="0087771C" w:rsidRDefault="00CE4A25">
      <w:pPr>
        <w:pStyle w:val="a0"/>
      </w:pPr>
      <w:r>
        <w:t>изменились дорожки или число заплывов.</w:t>
      </w:r>
    </w:p>
    <w:p w14:paraId="3E6FA1B2" w14:textId="77777777" w:rsidR="0087771C" w:rsidRDefault="00CE4A25">
      <w:r>
        <w:rPr>
          <w:b/>
        </w:rPr>
        <w:t>Важно:</w:t>
      </w:r>
      <w:r>
        <w:t xml:space="preserve"> повторный seed после ввода результатов может сдвинуть заплывы и запутать судей. Сначала завершите или сбросьте результаты.</w:t>
      </w:r>
    </w:p>
    <w:p w14:paraId="5B9AFB09" w14:textId="77777777" w:rsidR="0087771C" w:rsidRDefault="00CE4A25">
      <w:pPr>
        <w:pStyle w:val="31"/>
      </w:pPr>
      <w:r>
        <w:t>9.5. Проверка перед публикацией стартового листа</w:t>
      </w:r>
    </w:p>
    <w:p w14:paraId="639D6C26" w14:textId="77777777" w:rsidR="0087771C" w:rsidRDefault="00CE4A25">
      <w:pPr>
        <w:pStyle w:val="a0"/>
      </w:pPr>
      <w:r>
        <w:t>☐ число заплывов совпадает с ожидаемым;</w:t>
      </w:r>
    </w:p>
    <w:p w14:paraId="294ACC84" w14:textId="77777777" w:rsidR="0087771C" w:rsidRDefault="00CE4A25">
      <w:pPr>
        <w:pStyle w:val="a0"/>
      </w:pPr>
      <w:r>
        <w:t>☐ нет участников без дорожки;</w:t>
      </w:r>
    </w:p>
    <w:p w14:paraId="3594AE35" w14:textId="77777777" w:rsidR="0087771C" w:rsidRDefault="00CE4A25">
      <w:pPr>
        <w:pStyle w:val="a0"/>
      </w:pPr>
      <w:r>
        <w:t>☐ нет дублей на одной дорожке;</w:t>
      </w:r>
    </w:p>
    <w:p w14:paraId="23EC0152" w14:textId="77777777" w:rsidR="0087771C" w:rsidRDefault="00CE4A25">
      <w:pPr>
        <w:pStyle w:val="a0"/>
      </w:pPr>
      <w:r>
        <w:t>☐ сильнейшие в последнем заплыве;</w:t>
      </w:r>
    </w:p>
    <w:p w14:paraId="2FFB6701" w14:textId="77777777" w:rsidR="0087771C" w:rsidRDefault="00CE4A25">
      <w:pPr>
        <w:pStyle w:val="a0"/>
      </w:pPr>
      <w:r>
        <w:t>☐ NT в первых заплывах;</w:t>
      </w:r>
    </w:p>
    <w:p w14:paraId="5AAB5E63" w14:textId="77777777" w:rsidR="0087771C" w:rsidRDefault="00CE4A25">
      <w:pPr>
        <w:pStyle w:val="a0"/>
      </w:pPr>
      <w:r>
        <w:lastRenderedPageBreak/>
        <w:t>☐ эстафеты собраны;</w:t>
      </w:r>
    </w:p>
    <w:p w14:paraId="7B50F1AD" w14:textId="77777777" w:rsidR="0087771C" w:rsidRDefault="00CE4A25">
      <w:pPr>
        <w:pStyle w:val="a0"/>
      </w:pPr>
      <w:r>
        <w:t>☐ протокол готов к печати.</w:t>
      </w:r>
    </w:p>
    <w:p w14:paraId="6B546165" w14:textId="77777777" w:rsidR="0087771C" w:rsidRDefault="00CE4A25">
      <w:pPr>
        <w:pStyle w:val="31"/>
      </w:pPr>
      <w:r>
        <w:t>9.6. Пример распределения</w:t>
      </w:r>
    </w:p>
    <w:p w14:paraId="1F296118" w14:textId="77777777" w:rsidR="0087771C" w:rsidRDefault="00CE4A25">
      <w:r>
        <w:t>Дано: 18 участников, 6 дорожек, три заплыва.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0B2A81C4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17EA3DF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Заплыв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26166CC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Кто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DB17036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Логика</w:t>
            </w:r>
          </w:p>
        </w:tc>
      </w:tr>
      <w:tr w:rsidR="0087771C" w14:paraId="527A14DF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8C0EDE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C72BAF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NT и медленные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87C454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без времени — в начале</w:t>
            </w:r>
          </w:p>
        </w:tc>
      </w:tr>
      <w:tr w:rsidR="0087771C" w14:paraId="0EA778BF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07FA0D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B49BB7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средние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6AA4F0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 заявочному времени</w:t>
            </w:r>
          </w:p>
        </w:tc>
      </w:tr>
      <w:tr w:rsidR="0087771C" w14:paraId="5A39D4AE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9CFF4C1" w14:textId="77777777" w:rsidR="0087771C" w:rsidRDefault="00CE4A25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9ED60E3" w14:textId="77777777" w:rsidR="0087771C" w:rsidRDefault="00CE4A25">
            <w:pPr>
              <w:spacing w:after="0"/>
            </w:pPr>
            <w:r>
              <w:rPr>
                <w:sz w:val="18"/>
              </w:rPr>
              <w:t>быстрейшие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2AAB6F6" w14:textId="77777777" w:rsidR="0087771C" w:rsidRDefault="00CE4A25">
            <w:pPr>
              <w:spacing w:after="0"/>
            </w:pPr>
            <w:r>
              <w:rPr>
                <w:sz w:val="18"/>
              </w:rPr>
              <w:t>сильнейшие в финальном заплыве</w:t>
            </w:r>
          </w:p>
        </w:tc>
      </w:tr>
    </w:tbl>
    <w:p w14:paraId="77A104D4" w14:textId="77777777" w:rsidR="0087771C" w:rsidRDefault="0087771C">
      <w:pPr>
        <w:spacing w:after="40"/>
      </w:pPr>
    </w:p>
    <w:p w14:paraId="77432F40" w14:textId="77777777" w:rsidR="0087771C" w:rsidRDefault="00CE4A25">
      <w:r>
        <w:t>Внутри заплыва центральные дорожки (3–4) отдаются самым быстрым. Если участник не пришёл, дорожка остаётся пустой, но раскладка не ломается.</w:t>
      </w:r>
    </w:p>
    <w:p w14:paraId="67789C5D" w14:textId="77777777" w:rsidR="0087771C" w:rsidRDefault="00CE4A25">
      <w:pPr>
        <w:pStyle w:val="31"/>
      </w:pPr>
      <w:r>
        <w:t>9.7. Что делать, если участник добавился после посева</w:t>
      </w:r>
    </w:p>
    <w:p w14:paraId="19138E34" w14:textId="77777777" w:rsidR="0087771C" w:rsidRDefault="00CE4A25">
      <w:pPr>
        <w:ind w:left="255"/>
      </w:pPr>
      <w:r>
        <w:t>1. Добавьте/подтвердите заявку.</w:t>
      </w:r>
    </w:p>
    <w:p w14:paraId="1E432261" w14:textId="77777777" w:rsidR="0087771C" w:rsidRDefault="00CE4A25">
      <w:pPr>
        <w:ind w:left="255"/>
      </w:pPr>
      <w:r>
        <w:t>2. Повторите seed.</w:t>
      </w:r>
    </w:p>
    <w:p w14:paraId="108AB3A4" w14:textId="77777777" w:rsidR="0087771C" w:rsidRDefault="00CE4A25">
      <w:pPr>
        <w:ind w:left="255"/>
      </w:pPr>
      <w:r>
        <w:t>3. Проверьте, не попал ли новый участник в уже прошедший заплыв.</w:t>
      </w:r>
    </w:p>
    <w:p w14:paraId="341A4A3C" w14:textId="77777777" w:rsidR="0087771C" w:rsidRDefault="00CE4A25">
      <w:pPr>
        <w:ind w:left="255"/>
      </w:pPr>
      <w:r>
        <w:t>4. Распечатайте обновлённый стартовый лист.</w:t>
      </w:r>
    </w:p>
    <w:p w14:paraId="6F9EA75A" w14:textId="77777777" w:rsidR="0087771C" w:rsidRDefault="00CE4A25">
      <w:pPr>
        <w:ind w:left="255"/>
      </w:pPr>
      <w:r>
        <w:t>5. Предупредите судей и хронометристов.</w:t>
      </w:r>
    </w:p>
    <w:p w14:paraId="34871371" w14:textId="77777777" w:rsidR="0087771C" w:rsidRDefault="00CE4A25">
      <w:r>
        <w:t>Лучше сделать это до старта дисциплины, а не между заплывами.</w:t>
      </w:r>
    </w:p>
    <w:p w14:paraId="3D01B7AF" w14:textId="77777777" w:rsidR="0087771C" w:rsidRDefault="00CE4A25">
      <w:pPr>
        <w:pStyle w:val="21"/>
      </w:pPr>
      <w:bookmarkStart w:id="9" w:name="_Toc243919857"/>
      <w:r>
        <w:t>10. Судейство: пульт, стартер, хронометристы</w:t>
      </w:r>
      <w:bookmarkEnd w:id="9"/>
    </w:p>
    <w:p w14:paraId="05F0820E" w14:textId="77777777" w:rsidR="0087771C" w:rsidRDefault="00CE4A25">
      <w:r>
        <w:t xml:space="preserve">Это главный раздел в день соревнования. Пульт открывается по ссылке </w:t>
      </w:r>
      <w:r>
        <w:rPr>
          <w:rFonts w:ascii="Consolas" w:hAnsi="Consolas"/>
          <w:color w:val="0E6E86"/>
          <w:sz w:val="21"/>
        </w:rPr>
        <w:t>/judge/&lt;токен&gt;</w:t>
      </w:r>
      <w:r>
        <w:t xml:space="preserve"> без логина организатора: на ноутбуке, планшете или телефоне. Ссылку можно перевыпустить, а QR — показать судьям.</w:t>
      </w:r>
    </w:p>
    <w:p w14:paraId="76B9FF84" w14:textId="77777777" w:rsidR="0087771C" w:rsidRDefault="00CE4A25">
      <w:pPr>
        <w:pStyle w:val="31"/>
      </w:pPr>
      <w:r>
        <w:t>10.1. Подготовка до старта</w:t>
      </w:r>
    </w:p>
    <w:p w14:paraId="588C6024" w14:textId="77777777" w:rsidR="0087771C" w:rsidRDefault="00CE4A25">
      <w:r>
        <w:t>За 15 минут до первого заплыва проверьте:</w:t>
      </w:r>
    </w:p>
    <w:p w14:paraId="1C512237" w14:textId="77777777" w:rsidR="0087771C" w:rsidRDefault="00CE4A25">
      <w:pPr>
        <w:pStyle w:val="a0"/>
      </w:pPr>
      <w:r>
        <w:t>пульт открывается и показывает нужное соревнование;</w:t>
      </w:r>
    </w:p>
    <w:p w14:paraId="6F9A695A" w14:textId="77777777" w:rsidR="0087771C" w:rsidRDefault="00CE4A25">
      <w:pPr>
        <w:pStyle w:val="a0"/>
      </w:pPr>
      <w:r>
        <w:t>выбрана дисциплина и первый заплыв;</w:t>
      </w:r>
    </w:p>
    <w:p w14:paraId="11C88594" w14:textId="77777777" w:rsidR="0087771C" w:rsidRDefault="00CE4A25">
      <w:pPr>
        <w:pStyle w:val="a0"/>
      </w:pPr>
      <w:r>
        <w:t>телефоны хронометристов заряжены и подключены к Wi-Fi/интернету;</w:t>
      </w:r>
    </w:p>
    <w:p w14:paraId="54B93730" w14:textId="77777777" w:rsidR="0087771C" w:rsidRDefault="00CE4A25">
      <w:pPr>
        <w:pStyle w:val="a0"/>
      </w:pPr>
      <w:r>
        <w:t>телефон стартера открывает свою страницу;</w:t>
      </w:r>
    </w:p>
    <w:p w14:paraId="6086FDA8" w14:textId="77777777" w:rsidR="0087771C" w:rsidRDefault="00CE4A25">
      <w:pPr>
        <w:pStyle w:val="a0"/>
      </w:pPr>
      <w:r>
        <w:t>на пульте выбран правильный режим старта;</w:t>
      </w:r>
    </w:p>
    <w:p w14:paraId="35BE1257" w14:textId="77777777" w:rsidR="0087771C" w:rsidRDefault="00CE4A25">
      <w:pPr>
        <w:pStyle w:val="a0"/>
      </w:pPr>
      <w:r>
        <w:t>стартовые протоколы распечатаны;</w:t>
      </w:r>
    </w:p>
    <w:p w14:paraId="57D25431" w14:textId="77777777" w:rsidR="0087771C" w:rsidRDefault="00CE4A25">
      <w:pPr>
        <w:pStyle w:val="a0"/>
      </w:pPr>
      <w:r>
        <w:t>известен ответственный за утверждение заплывов.</w:t>
      </w:r>
    </w:p>
    <w:p w14:paraId="3AF4CBAB" w14:textId="77777777" w:rsidR="0087771C" w:rsidRDefault="00CE4A25">
      <w:r>
        <w:lastRenderedPageBreak/>
        <w:t>Если интернет нестабилен, включите локальный режим хронометража: телефоны продолжат фиксировать время, а результаты уйдут на пульт после восстановления связи.</w:t>
      </w:r>
    </w:p>
    <w:p w14:paraId="5C36403A" w14:textId="77777777" w:rsidR="0087771C" w:rsidRDefault="00CE4A25">
      <w:pPr>
        <w:pStyle w:val="31"/>
      </w:pPr>
      <w:r>
        <w:t>10.2. Структура пульта</w:t>
      </w:r>
    </w:p>
    <w:p w14:paraId="284ADA7F" w14:textId="77777777" w:rsidR="0087771C" w:rsidRDefault="00CE4A25">
      <w:r>
        <w:t>Слева — рабочая зона:</w:t>
      </w:r>
    </w:p>
    <w:p w14:paraId="5AAD036A" w14:textId="77777777" w:rsidR="0087771C" w:rsidRDefault="00CE4A25">
      <w:pPr>
        <w:ind w:left="255"/>
      </w:pPr>
      <w:r>
        <w:t xml:space="preserve">1. </w:t>
      </w:r>
      <w:r>
        <w:rPr>
          <w:b/>
        </w:rPr>
        <w:t>Ввод результатов</w:t>
      </w:r>
      <w:r>
        <w:t xml:space="preserve"> — заплывы, дорожки, время, статусы.</w:t>
      </w:r>
    </w:p>
    <w:p w14:paraId="3A68EC13" w14:textId="77777777" w:rsidR="0087771C" w:rsidRDefault="00CE4A25">
      <w:pPr>
        <w:ind w:left="255"/>
      </w:pPr>
      <w:r>
        <w:t xml:space="preserve">2. </w:t>
      </w:r>
      <w:r>
        <w:rPr>
          <w:b/>
        </w:rPr>
        <w:t>Старт и хронометраж</w:t>
      </w:r>
      <w:r>
        <w:t xml:space="preserve"> — режим запуска, QR телефонов, живые секундомеры.</w:t>
      </w:r>
    </w:p>
    <w:p w14:paraId="66356453" w14:textId="77777777" w:rsidR="0087771C" w:rsidRDefault="00CE4A25">
      <w:pPr>
        <w:ind w:left="255"/>
      </w:pPr>
      <w:r>
        <w:t xml:space="preserve">3. </w:t>
      </w:r>
      <w:r>
        <w:rPr>
          <w:b/>
        </w:rPr>
        <w:t>Документы и печать</w:t>
      </w:r>
      <w:r>
        <w:t xml:space="preserve"> — протоколы, бланки, судейские формы.</w:t>
      </w:r>
    </w:p>
    <w:p w14:paraId="2956B2AC" w14:textId="77777777" w:rsidR="0087771C" w:rsidRDefault="00CE4A25">
      <w:r>
        <w:t>Сверху — статус заплыва, дисциплина и маячок дипломов. Над таблицей заплыва — панель действий:</w:t>
      </w:r>
    </w:p>
    <w:p w14:paraId="7E11473F" w14:textId="77777777" w:rsidR="0087771C" w:rsidRDefault="00CE4A25">
      <w:pPr>
        <w:pStyle w:val="a0"/>
      </w:pPr>
      <w:r>
        <w:rPr>
          <w:b/>
        </w:rPr>
        <w:t>Сохранить</w:t>
      </w:r>
      <w:r>
        <w:t xml:space="preserve"> — записать время без утверждения;</w:t>
      </w:r>
    </w:p>
    <w:p w14:paraId="77E74920" w14:textId="77777777" w:rsidR="0087771C" w:rsidRDefault="00CE4A25">
      <w:pPr>
        <w:pStyle w:val="a0"/>
      </w:pPr>
      <w:r>
        <w:rPr>
          <w:b/>
        </w:rPr>
        <w:t>Утвердить заплыв</w:t>
      </w:r>
      <w:r>
        <w:t xml:space="preserve"> — главное действие;</w:t>
      </w:r>
    </w:p>
    <w:p w14:paraId="7EED3999" w14:textId="77777777" w:rsidR="0087771C" w:rsidRDefault="00CE4A25">
      <w:pPr>
        <w:pStyle w:val="a0"/>
      </w:pPr>
      <w:r>
        <w:rPr>
          <w:b/>
        </w:rPr>
        <w:t>СТОП / сброс</w:t>
      </w:r>
      <w:r>
        <w:t xml:space="preserve"> — аварийная остановка, всегда на виду;</w:t>
      </w:r>
    </w:p>
    <w:p w14:paraId="6DC78EDA" w14:textId="77777777" w:rsidR="0087771C" w:rsidRDefault="00CE4A25">
      <w:pPr>
        <w:pStyle w:val="a0"/>
      </w:pPr>
      <w:r>
        <w:rPr>
          <w:b/>
        </w:rPr>
        <w:t>Ещё</w:t>
      </w:r>
      <w:r>
        <w:t xml:space="preserve"> — редкие действия: не утверждён → в конец, тест пульта, все DNS.</w:t>
      </w:r>
    </w:p>
    <w:p w14:paraId="1BC02D2B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 wp14:anchorId="26ACD200" wp14:editId="4F01086A">
            <wp:extent cx="5652000" cy="4317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dge-pul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4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19AB8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8. Судейский пульт: заплыв, хронометраж, действия и документы</w:t>
      </w:r>
    </w:p>
    <w:p w14:paraId="0AE9655B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75ACB01C" wp14:editId="7CED07B2">
            <wp:extent cx="5652000" cy="4710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dge-ful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47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205BD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9. Пульт целиком: все разделы на одном экране</w:t>
      </w:r>
    </w:p>
    <w:p w14:paraId="1802E78C" w14:textId="77777777" w:rsidR="0087771C" w:rsidRDefault="00CE4A25">
      <w:pPr>
        <w:pStyle w:val="31"/>
      </w:pPr>
      <w:r>
        <w:t>10.3. Три режима старта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48AD4515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279AF11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Режим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13DE469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Кто стартует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E7063B0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Когда использовать</w:t>
            </w:r>
          </w:p>
        </w:tc>
      </w:tr>
      <w:tr w:rsidR="0087771C" w14:paraId="4CFD2F29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A4010EB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Хронометрист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6D5DC7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Хронометрист на телефоне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5788E7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Обычный сценарий: у каждой дорожки свой телефон</w:t>
            </w:r>
          </w:p>
        </w:tc>
      </w:tr>
      <w:tr w:rsidR="0087771C" w14:paraId="1CA49CCA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80714E2" w14:textId="77777777" w:rsidR="0087771C" w:rsidRDefault="00CE4A25">
            <w:pPr>
              <w:keepNext/>
              <w:spacing w:after="0"/>
            </w:pPr>
            <w:r>
              <w:rPr>
                <w:b/>
                <w:sz w:val="18"/>
              </w:rPr>
              <w:t>Судья за пультом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2B8E58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Судья на ноутбуке/планшете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A4AA4E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Один человек ведёт старт и финиш</w:t>
            </w:r>
          </w:p>
        </w:tc>
      </w:tr>
      <w:tr w:rsidR="0087771C" w14:paraId="222E64BF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21FC2D4" w14:textId="77777777" w:rsidR="0087771C" w:rsidRDefault="00CE4A25">
            <w:pPr>
              <w:spacing w:after="0"/>
            </w:pPr>
            <w:r>
              <w:rPr>
                <w:b/>
                <w:sz w:val="18"/>
              </w:rPr>
              <w:t>Стартер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78229DD" w14:textId="77777777" w:rsidR="0087771C" w:rsidRDefault="00CE4A25">
            <w:pPr>
              <w:spacing w:after="0"/>
            </w:pPr>
            <w:r>
              <w:rPr>
                <w:sz w:val="18"/>
              </w:rPr>
              <w:t>Отдельный телефон стартера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78CDE05" w14:textId="77777777" w:rsidR="0087771C" w:rsidRDefault="00CE4A25">
            <w:pPr>
              <w:spacing w:after="0"/>
            </w:pPr>
            <w:r>
              <w:rPr>
                <w:sz w:val="18"/>
              </w:rPr>
              <w:t>Стартер даёт команду, все телефоны стартуют одновременно</w:t>
            </w:r>
          </w:p>
        </w:tc>
      </w:tr>
    </w:tbl>
    <w:p w14:paraId="68DBC1AF" w14:textId="77777777" w:rsidR="0087771C" w:rsidRDefault="0087771C">
      <w:pPr>
        <w:spacing w:after="40"/>
      </w:pPr>
    </w:p>
    <w:p w14:paraId="51A24FA8" w14:textId="77777777" w:rsidR="0087771C" w:rsidRDefault="00CE4A25">
      <w:r>
        <w:t>Режим переключается до старта заплыва. Во время заплыва менять его нельзя.</w:t>
      </w:r>
    </w:p>
    <w:p w14:paraId="5AD6CE40" w14:textId="77777777" w:rsidR="0087771C" w:rsidRDefault="00CE4A25">
      <w:pPr>
        <w:pStyle w:val="31"/>
      </w:pPr>
      <w:r>
        <w:t>10.4. Хронометристы: полный сценарий</w:t>
      </w:r>
    </w:p>
    <w:p w14:paraId="7DB34E81" w14:textId="77777777" w:rsidR="0087771C" w:rsidRDefault="00CE4A25">
      <w:pPr>
        <w:ind w:left="255"/>
      </w:pPr>
      <w:r>
        <w:t xml:space="preserve">1. Судья на пульте нажимает </w:t>
      </w:r>
      <w:r>
        <w:rPr>
          <w:b/>
        </w:rPr>
        <w:t>«QR хронометристов»</w:t>
      </w:r>
      <w:r>
        <w:t>.</w:t>
      </w:r>
    </w:p>
    <w:p w14:paraId="62D7A239" w14:textId="77777777" w:rsidR="0087771C" w:rsidRDefault="00CE4A25">
      <w:pPr>
        <w:ind w:left="255"/>
      </w:pPr>
      <w:r>
        <w:t>2. Хронометрист сканирует QR и открывает страницу на телефоне.</w:t>
      </w:r>
    </w:p>
    <w:p w14:paraId="05774C30" w14:textId="77777777" w:rsidR="0087771C" w:rsidRDefault="00CE4A25">
      <w:pPr>
        <w:ind w:left="255"/>
      </w:pPr>
      <w:r>
        <w:t>3. Выбирает свою дорожку.</w:t>
      </w:r>
    </w:p>
    <w:p w14:paraId="4CB27AFE" w14:textId="77777777" w:rsidR="0087771C" w:rsidRDefault="00CE4A25">
      <w:pPr>
        <w:ind w:left="255"/>
      </w:pPr>
      <w:r>
        <w:t>4. Сверяет фамилию участника с протоколом.</w:t>
      </w:r>
    </w:p>
    <w:p w14:paraId="76254CE5" w14:textId="77777777" w:rsidR="0087771C" w:rsidRDefault="00CE4A25">
      <w:pPr>
        <w:ind w:left="255"/>
      </w:pPr>
      <w:r>
        <w:t xml:space="preserve">5. По команде стартера нажимает </w:t>
      </w:r>
      <w:r>
        <w:rPr>
          <w:b/>
        </w:rPr>
        <w:t>«Старт»</w:t>
      </w:r>
      <w:r>
        <w:t>.</w:t>
      </w:r>
    </w:p>
    <w:p w14:paraId="1003D93E" w14:textId="77777777" w:rsidR="0087771C" w:rsidRDefault="00CE4A25">
      <w:pPr>
        <w:ind w:left="255"/>
      </w:pPr>
      <w:r>
        <w:lastRenderedPageBreak/>
        <w:t xml:space="preserve">6. На финише нажимает </w:t>
      </w:r>
      <w:r>
        <w:rPr>
          <w:b/>
        </w:rPr>
        <w:t>«Финиш»</w:t>
      </w:r>
      <w:r>
        <w:t>.</w:t>
      </w:r>
    </w:p>
    <w:p w14:paraId="7EB1D04C" w14:textId="77777777" w:rsidR="0087771C" w:rsidRDefault="00CE4A25">
      <w:pPr>
        <w:ind w:left="255"/>
      </w:pPr>
      <w:r>
        <w:t xml:space="preserve">7. Нажимает </w:t>
      </w:r>
      <w:r>
        <w:rPr>
          <w:b/>
        </w:rPr>
        <w:t>«Отправить на пульт»</w:t>
      </w:r>
      <w:r>
        <w:t>.</w:t>
      </w:r>
    </w:p>
    <w:p w14:paraId="0690FD55" w14:textId="77777777" w:rsidR="0087771C" w:rsidRDefault="00CE4A25">
      <w:pPr>
        <w:ind w:left="255"/>
      </w:pPr>
      <w:r>
        <w:t xml:space="preserve">8. Ждёт </w:t>
      </w:r>
      <w:r>
        <w:rPr>
          <w:b/>
        </w:rPr>
        <w:t>«Ожидание утверждения»</w:t>
      </w:r>
      <w:r>
        <w:t xml:space="preserve"> — время уже у судьи.</w:t>
      </w:r>
    </w:p>
    <w:p w14:paraId="035353F7" w14:textId="77777777" w:rsidR="0087771C" w:rsidRDefault="00CE4A25">
      <w:r>
        <w:t>Если связь пропала, телефон продолжает работать в локальном режиме. Внизу видна очередь отправки; после восстановления связи данные уходят на пульт.</w:t>
      </w:r>
    </w:p>
    <w:p w14:paraId="2EC8D30B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2C4D3CAA" wp14:editId="2A1D091F">
            <wp:extent cx="5652000" cy="1122791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ing-phone-liv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1122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51C32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lastRenderedPageBreak/>
        <w:t>Рис. 10. Хронометрист на телефоне: дорожка, участник, секундомер</w:t>
      </w:r>
    </w:p>
    <w:p w14:paraId="01279AC9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36F3A90D" wp14:editId="3CA939CE">
            <wp:extent cx="5652000" cy="1223150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ing-phon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1223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9C4B8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lastRenderedPageBreak/>
        <w:t>Рис. 11. Экран после финиша: ожидание утверждения</w:t>
      </w:r>
    </w:p>
    <w:p w14:paraId="5FACAD6C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431B64C2" wp14:editId="0CF546EA">
            <wp:extent cx="5652000" cy="1122791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ing-phone-wait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1122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5E0B9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lastRenderedPageBreak/>
        <w:t>Рис. 12. Хронометрист отправил время, ждёт утверждения</w:t>
      </w:r>
    </w:p>
    <w:p w14:paraId="710B06E6" w14:textId="77777777" w:rsidR="0087771C" w:rsidRDefault="00CE4A25">
      <w:pPr>
        <w:pStyle w:val="31"/>
      </w:pPr>
      <w:r>
        <w:t>10.5. Стартер: полный сценарий</w:t>
      </w:r>
    </w:p>
    <w:p w14:paraId="4F14A2C2" w14:textId="77777777" w:rsidR="0087771C" w:rsidRDefault="00CE4A25">
      <w:pPr>
        <w:ind w:left="255"/>
      </w:pPr>
      <w:r>
        <w:t xml:space="preserve">1. На пульте включите режим </w:t>
      </w:r>
      <w:r>
        <w:rPr>
          <w:b/>
        </w:rPr>
        <w:t>«Стартер»</w:t>
      </w:r>
      <w:r>
        <w:t>.</w:t>
      </w:r>
    </w:p>
    <w:p w14:paraId="65B4DA65" w14:textId="77777777" w:rsidR="0087771C" w:rsidRDefault="00CE4A25">
      <w:pPr>
        <w:ind w:left="255"/>
      </w:pPr>
      <w:r>
        <w:t xml:space="preserve">2. Нажмите </w:t>
      </w:r>
      <w:r>
        <w:rPr>
          <w:b/>
        </w:rPr>
        <w:t>«QR стартера»</w:t>
      </w:r>
      <w:r>
        <w:t xml:space="preserve"> и покажите телефону стартера.</w:t>
      </w:r>
    </w:p>
    <w:p w14:paraId="662B4070" w14:textId="77777777" w:rsidR="0087771C" w:rsidRDefault="00CE4A25">
      <w:pPr>
        <w:ind w:left="255"/>
      </w:pPr>
      <w:r>
        <w:t xml:space="preserve">3. Стартер открывает страницу </w:t>
      </w:r>
      <w:r>
        <w:rPr>
          <w:rFonts w:ascii="Consolas" w:hAnsi="Consolas"/>
          <w:color w:val="0E6E86"/>
          <w:sz w:val="21"/>
        </w:rPr>
        <w:t>/starter</w:t>
      </w:r>
      <w:r>
        <w:t>.</w:t>
      </w:r>
    </w:p>
    <w:p w14:paraId="2453EA2C" w14:textId="77777777" w:rsidR="0087771C" w:rsidRDefault="00CE4A25">
      <w:pPr>
        <w:ind w:left="255"/>
      </w:pPr>
      <w:r>
        <w:t>4. Убеждается, что видит нужную дисциплину и заплыв.</w:t>
      </w:r>
    </w:p>
    <w:p w14:paraId="424B5986" w14:textId="77777777" w:rsidR="0087771C" w:rsidRDefault="00CE4A25">
      <w:pPr>
        <w:ind w:left="255"/>
      </w:pPr>
      <w:r>
        <w:t xml:space="preserve">5. По команде «На старт» нажимает большую кнопку </w:t>
      </w:r>
      <w:r>
        <w:rPr>
          <w:b/>
        </w:rPr>
        <w:t>«СТАРТ»</w:t>
      </w:r>
      <w:r>
        <w:t>.</w:t>
      </w:r>
    </w:p>
    <w:p w14:paraId="5FB644B7" w14:textId="77777777" w:rsidR="0087771C" w:rsidRDefault="00CE4A25">
      <w:pPr>
        <w:ind w:left="255"/>
      </w:pPr>
      <w:r>
        <w:t>6. Все телефоны хронометристов стартуют одновременно.</w:t>
      </w:r>
    </w:p>
    <w:p w14:paraId="6E7714EB" w14:textId="77777777" w:rsidR="0087771C" w:rsidRDefault="00CE4A25">
      <w:pPr>
        <w:ind w:left="255"/>
      </w:pPr>
      <w:r>
        <w:t>7. На финише хронометристы нажимают «Финиш».</w:t>
      </w:r>
    </w:p>
    <w:p w14:paraId="696A5F8C" w14:textId="77777777" w:rsidR="0087771C" w:rsidRDefault="00CE4A25">
      <w:pPr>
        <w:ind w:left="255"/>
      </w:pPr>
      <w:r>
        <w:t>8. Стартер возвращается на пульт и контролирует утверждение.</w:t>
      </w:r>
    </w:p>
    <w:p w14:paraId="30E07885" w14:textId="77777777" w:rsidR="0087771C" w:rsidRDefault="00CE4A25">
      <w:r>
        <w:t>Кнопка стартера — большая и защищена от случайного нажатия. Если стартер не успел или телефон завис, старт можно дать с пульта; хронометристы продолжат фиксировать финиш.</w:t>
      </w:r>
    </w:p>
    <w:p w14:paraId="2E7C470E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38AE29B8" wp14:editId="0C833FDA">
            <wp:extent cx="5652000" cy="1223150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ter-phone-activ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1223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EBB86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lastRenderedPageBreak/>
        <w:t>Рис. 13. Пульт стартера: большая кнопка СТАРТ</w:t>
      </w:r>
    </w:p>
    <w:p w14:paraId="602D02E8" w14:textId="77777777" w:rsidR="0087771C" w:rsidRDefault="00CE4A25">
      <w:pPr>
        <w:pStyle w:val="31"/>
      </w:pPr>
      <w:r>
        <w:t>10.6. Судья за пультом: ввод результатов</w:t>
      </w:r>
    </w:p>
    <w:p w14:paraId="39D5689B" w14:textId="77777777" w:rsidR="0087771C" w:rsidRDefault="00CE4A25">
      <w:pPr>
        <w:pStyle w:val="a0"/>
      </w:pPr>
      <w:r>
        <w:t xml:space="preserve">время вводится цифрами: </w:t>
      </w:r>
      <w:r>
        <w:rPr>
          <w:rFonts w:ascii="Consolas" w:hAnsi="Consolas"/>
          <w:color w:val="0E6E86"/>
          <w:sz w:val="21"/>
        </w:rPr>
        <w:t>2834</w:t>
      </w:r>
      <w:r>
        <w:t xml:space="preserve"> → </w:t>
      </w:r>
      <w:r>
        <w:rPr>
          <w:rFonts w:ascii="Consolas" w:hAnsi="Consolas"/>
          <w:color w:val="0E6E86"/>
          <w:sz w:val="21"/>
        </w:rPr>
        <w:t>28.34</w:t>
      </w:r>
      <w:r>
        <w:t xml:space="preserve">, </w:t>
      </w:r>
      <w:r>
        <w:rPr>
          <w:rFonts w:ascii="Consolas" w:hAnsi="Consolas"/>
          <w:color w:val="0E6E86"/>
          <w:sz w:val="21"/>
        </w:rPr>
        <w:t>034567</w:t>
      </w:r>
      <w:r>
        <w:t xml:space="preserve"> → </w:t>
      </w:r>
      <w:r>
        <w:rPr>
          <w:rFonts w:ascii="Consolas" w:hAnsi="Consolas"/>
          <w:color w:val="0E6E86"/>
          <w:sz w:val="21"/>
        </w:rPr>
        <w:t>3:45.67</w:t>
      </w:r>
      <w:r>
        <w:t>;</w:t>
      </w:r>
    </w:p>
    <w:p w14:paraId="4B1AD27B" w14:textId="77777777" w:rsidR="0087771C" w:rsidRDefault="00CE4A25">
      <w:pPr>
        <w:pStyle w:val="a0"/>
      </w:pPr>
      <w:r>
        <w:t>можно указать реакцию (R.T.) и отсечки на дистанции;</w:t>
      </w:r>
    </w:p>
    <w:p w14:paraId="5F09A028" w14:textId="77777777" w:rsidR="0087771C" w:rsidRDefault="00CE4A25">
      <w:pPr>
        <w:pStyle w:val="a0"/>
      </w:pPr>
      <w:r>
        <w:t xml:space="preserve">статусы: </w:t>
      </w:r>
      <w:r>
        <w:rPr>
          <w:b/>
        </w:rPr>
        <w:t>OK</w:t>
      </w:r>
      <w:r>
        <w:t xml:space="preserve">, </w:t>
      </w:r>
      <w:r>
        <w:rPr>
          <w:b/>
        </w:rPr>
        <w:t>DNS</w:t>
      </w:r>
      <w:r>
        <w:t xml:space="preserve">, </w:t>
      </w:r>
      <w:r>
        <w:rPr>
          <w:b/>
        </w:rPr>
        <w:t>DNF</w:t>
      </w:r>
      <w:r>
        <w:t xml:space="preserve">, </w:t>
      </w:r>
      <w:r>
        <w:rPr>
          <w:b/>
        </w:rPr>
        <w:t>DSQ</w:t>
      </w:r>
      <w:r>
        <w:t>;</w:t>
      </w:r>
    </w:p>
    <w:p w14:paraId="0F5218D1" w14:textId="77777777" w:rsidR="0087771C" w:rsidRDefault="00CE4A25">
      <w:pPr>
        <w:pStyle w:val="a0"/>
      </w:pPr>
      <w:r>
        <w:t>для DSQ выбирается нарушение и комментарий;</w:t>
      </w:r>
    </w:p>
    <w:p w14:paraId="5B8ECE2F" w14:textId="77777777" w:rsidR="0087771C" w:rsidRDefault="00CE4A25">
      <w:pPr>
        <w:pStyle w:val="a0"/>
      </w:pPr>
      <w:r>
        <w:t>фамилию можно сверить с протоколом и при необходимости исправить заявку.</w:t>
      </w:r>
    </w:p>
    <w:p w14:paraId="1088CD20" w14:textId="77777777" w:rsidR="0087771C" w:rsidRDefault="00CE4A25">
      <w:r>
        <w:t>Горячие клавиши:</w:t>
      </w:r>
    </w:p>
    <w:p w14:paraId="6B31F540" w14:textId="77777777" w:rsidR="0087771C" w:rsidRDefault="00CE4A25">
      <w:pPr>
        <w:pStyle w:val="a0"/>
      </w:pPr>
      <w:r>
        <w:rPr>
          <w:rFonts w:ascii="Consolas" w:hAnsi="Consolas"/>
          <w:color w:val="0E6E86"/>
          <w:sz w:val="21"/>
        </w:rPr>
        <w:t>↑↓</w:t>
      </w:r>
      <w:r>
        <w:t xml:space="preserve"> — дорожки;</w:t>
      </w:r>
    </w:p>
    <w:p w14:paraId="769A9407" w14:textId="77777777" w:rsidR="0087771C" w:rsidRDefault="00CE4A25">
      <w:pPr>
        <w:pStyle w:val="a0"/>
      </w:pPr>
      <w:r>
        <w:rPr>
          <w:rFonts w:ascii="Consolas" w:hAnsi="Consolas"/>
          <w:color w:val="0E6E86"/>
          <w:sz w:val="21"/>
        </w:rPr>
        <w:t>←→</w:t>
      </w:r>
      <w:r>
        <w:t xml:space="preserve"> — время / R.T.;</w:t>
      </w:r>
    </w:p>
    <w:p w14:paraId="232DD372" w14:textId="77777777" w:rsidR="0087771C" w:rsidRDefault="00CE4A25">
      <w:pPr>
        <w:pStyle w:val="a0"/>
      </w:pPr>
      <w:r>
        <w:rPr>
          <w:rFonts w:ascii="Consolas" w:hAnsi="Consolas"/>
          <w:color w:val="0E6E86"/>
          <w:sz w:val="21"/>
        </w:rPr>
        <w:t>Alt+↑↓</w:t>
      </w:r>
      <w:r>
        <w:t xml:space="preserve"> — дисциплины;</w:t>
      </w:r>
    </w:p>
    <w:p w14:paraId="30157C7B" w14:textId="77777777" w:rsidR="0087771C" w:rsidRDefault="00CE4A25">
      <w:pPr>
        <w:pStyle w:val="a0"/>
      </w:pPr>
      <w:r>
        <w:rPr>
          <w:rFonts w:ascii="Consolas" w:hAnsi="Consolas"/>
          <w:color w:val="0E6E86"/>
          <w:sz w:val="21"/>
        </w:rPr>
        <w:t>N/F/D</w:t>
      </w:r>
      <w:r>
        <w:t xml:space="preserve"> — статусы;</w:t>
      </w:r>
    </w:p>
    <w:p w14:paraId="435539C6" w14:textId="77777777" w:rsidR="0087771C" w:rsidRDefault="00CE4A25">
      <w:pPr>
        <w:pStyle w:val="a0"/>
      </w:pPr>
      <w:r>
        <w:rPr>
          <w:rFonts w:ascii="Consolas" w:hAnsi="Consolas"/>
          <w:color w:val="0E6E86"/>
          <w:sz w:val="21"/>
        </w:rPr>
        <w:t>Ctrl+Enter</w:t>
      </w:r>
      <w:r>
        <w:t xml:space="preserve"> — сохранить;</w:t>
      </w:r>
    </w:p>
    <w:p w14:paraId="37963886" w14:textId="77777777" w:rsidR="0087771C" w:rsidRDefault="00CE4A25">
      <w:pPr>
        <w:pStyle w:val="a0"/>
      </w:pPr>
      <w:r>
        <w:rPr>
          <w:rFonts w:ascii="Consolas" w:hAnsi="Consolas"/>
          <w:color w:val="0E6E86"/>
          <w:sz w:val="21"/>
        </w:rPr>
        <w:t>Ctrl+Shift+Enter</w:t>
      </w:r>
      <w:r>
        <w:t xml:space="preserve"> — утвердить заплыв.</w:t>
      </w:r>
    </w:p>
    <w:p w14:paraId="19032D1F" w14:textId="77777777" w:rsidR="0087771C" w:rsidRDefault="00CE4A25">
      <w:pPr>
        <w:pStyle w:val="31"/>
      </w:pPr>
      <w:r>
        <w:t>10.7. Утверждение и официальность</w:t>
      </w:r>
    </w:p>
    <w:p w14:paraId="29E6B9D5" w14:textId="77777777" w:rsidR="0087771C" w:rsidRDefault="00CE4A25">
      <w:pPr>
        <w:ind w:left="255"/>
      </w:pPr>
      <w:r>
        <w:t>1. Внесите результаты.</w:t>
      </w:r>
    </w:p>
    <w:p w14:paraId="1373E35E" w14:textId="77777777" w:rsidR="0087771C" w:rsidRDefault="00CE4A25">
      <w:pPr>
        <w:ind w:left="255"/>
      </w:pPr>
      <w:r>
        <w:t xml:space="preserve">2. Нажмите </w:t>
      </w:r>
      <w:r>
        <w:rPr>
          <w:b/>
        </w:rPr>
        <w:t>«Сохранить»</w:t>
      </w:r>
      <w:r>
        <w:t>.</w:t>
      </w:r>
    </w:p>
    <w:p w14:paraId="5FE64F75" w14:textId="77777777" w:rsidR="0087771C" w:rsidRDefault="00CE4A25">
      <w:pPr>
        <w:ind w:left="255"/>
      </w:pPr>
      <w:r>
        <w:t xml:space="preserve">3. Нажмите </w:t>
      </w:r>
      <w:r>
        <w:rPr>
          <w:b/>
        </w:rPr>
        <w:t>«Утвердить заплыв»</w:t>
      </w:r>
      <w:r>
        <w:t>.</w:t>
      </w:r>
    </w:p>
    <w:p w14:paraId="21833231" w14:textId="77777777" w:rsidR="0087771C" w:rsidRDefault="00CE4A25">
      <w:pPr>
        <w:ind w:left="255"/>
      </w:pPr>
      <w:r>
        <w:t>4. Откроется следующий заплыв.</w:t>
      </w:r>
    </w:p>
    <w:p w14:paraId="412950DA" w14:textId="77777777" w:rsidR="0087771C" w:rsidRDefault="00CE4A25">
      <w:r>
        <w:t>Когда утверждён последний заплыв дисциплины:</w:t>
      </w:r>
    </w:p>
    <w:p w14:paraId="690F86DF" w14:textId="77777777" w:rsidR="0087771C" w:rsidRDefault="00CE4A25">
      <w:pPr>
        <w:pStyle w:val="a0"/>
      </w:pPr>
      <w:r>
        <w:t>дисциплина становится официальной;</w:t>
      </w:r>
    </w:p>
    <w:p w14:paraId="13B60463" w14:textId="77777777" w:rsidR="0087771C" w:rsidRDefault="00CE4A25">
      <w:pPr>
        <w:pStyle w:val="a0"/>
      </w:pPr>
      <w:r>
        <w:t>результаты сразу уходят в онлайн;</w:t>
      </w:r>
    </w:p>
    <w:p w14:paraId="48D3089B" w14:textId="77777777" w:rsidR="0087771C" w:rsidRDefault="00CE4A25">
      <w:pPr>
        <w:pStyle w:val="a0"/>
      </w:pPr>
      <w:r>
        <w:t>места и разряды пересчитываются;</w:t>
      </w:r>
    </w:p>
    <w:p w14:paraId="62FDF674" w14:textId="77777777" w:rsidR="0087771C" w:rsidRDefault="00CE4A25">
      <w:pPr>
        <w:pStyle w:val="a0"/>
      </w:pPr>
      <w:r>
        <w:rPr>
          <w:b/>
        </w:rPr>
        <w:t>автоматически формируются дипломы призёров</w:t>
      </w:r>
      <w:r>
        <w:t>;</w:t>
      </w:r>
    </w:p>
    <w:p w14:paraId="43E4994E" w14:textId="77777777" w:rsidR="0087771C" w:rsidRDefault="00CE4A25">
      <w:pPr>
        <w:pStyle w:val="a0"/>
      </w:pPr>
      <w:r>
        <w:t xml:space="preserve">на пульте появляется маленький маячок </w:t>
      </w:r>
      <w:r>
        <w:rPr>
          <w:b/>
        </w:rPr>
        <w:t>«Дипломы сформированы»</w:t>
      </w:r>
      <w:r>
        <w:t>;</w:t>
      </w:r>
    </w:p>
    <w:p w14:paraId="33DA2505" w14:textId="77777777" w:rsidR="0087771C" w:rsidRDefault="00CE4A25">
      <w:pPr>
        <w:pStyle w:val="a0"/>
      </w:pPr>
      <w:r>
        <w:t>дисциплина попадает в очередь награждения.</w:t>
      </w:r>
    </w:p>
    <w:p w14:paraId="52CB08EE" w14:textId="77777777" w:rsidR="0087771C" w:rsidRDefault="00CE4A25">
      <w:r>
        <w:t>Если заплыв утверждён по ошибке, внесите исправление, сохраните и утвердите заново. Официальный статус можно снять и вернуть.</w:t>
      </w:r>
    </w:p>
    <w:p w14:paraId="522283AD" w14:textId="77777777" w:rsidR="0087771C" w:rsidRDefault="00CE4A25">
      <w:pPr>
        <w:pStyle w:val="31"/>
      </w:pPr>
      <w:r>
        <w:t>10.8. СТОП / сброс</w:t>
      </w:r>
    </w:p>
    <w:p w14:paraId="11226F4C" w14:textId="77777777" w:rsidR="0087771C" w:rsidRDefault="00CE4A25">
      <w:r>
        <w:t xml:space="preserve">Кнопка </w:t>
      </w:r>
      <w:r>
        <w:rPr>
          <w:b/>
        </w:rPr>
        <w:t>СТОП / сброс</w:t>
      </w:r>
      <w:r>
        <w:t xml:space="preserve"> закреплена и всегда видна. Она останавливает и сбрасывает заплыв, возвращая секундомеры и телефоны в исходное состояние. Перед сбросом платформа попросит подтверждение. Используйте её, если:</w:t>
      </w:r>
    </w:p>
    <w:p w14:paraId="71147C37" w14:textId="77777777" w:rsidR="0087771C" w:rsidRDefault="00CE4A25">
      <w:pPr>
        <w:pStyle w:val="a0"/>
      </w:pPr>
      <w:r>
        <w:t>старт дан раньше времени;</w:t>
      </w:r>
    </w:p>
    <w:p w14:paraId="39EE405E" w14:textId="77777777" w:rsidR="0087771C" w:rsidRDefault="00CE4A25">
      <w:pPr>
        <w:pStyle w:val="a0"/>
      </w:pPr>
      <w:r>
        <w:t>сбился секундомер;</w:t>
      </w:r>
    </w:p>
    <w:p w14:paraId="04282FB1" w14:textId="77777777" w:rsidR="0087771C" w:rsidRDefault="00CE4A25">
      <w:pPr>
        <w:pStyle w:val="a0"/>
      </w:pPr>
      <w:r>
        <w:lastRenderedPageBreak/>
        <w:t>заплыв отменён;</w:t>
      </w:r>
    </w:p>
    <w:p w14:paraId="14BA4F1A" w14:textId="77777777" w:rsidR="0087771C" w:rsidRDefault="00CE4A25">
      <w:pPr>
        <w:pStyle w:val="a0"/>
      </w:pPr>
      <w:r>
        <w:t>нужно перезапустить хронометраж.</w:t>
      </w:r>
    </w:p>
    <w:p w14:paraId="4A795BF5" w14:textId="77777777" w:rsidR="0087771C" w:rsidRDefault="00CE4A25">
      <w:pPr>
        <w:pStyle w:val="31"/>
      </w:pPr>
      <w:r>
        <w:t>10.9. Ответственные зоны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58DB4755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CC992BB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Роль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C0EE9C6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Что делает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32B2299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Что не делает</w:t>
            </w:r>
          </w:p>
        </w:tc>
      </w:tr>
      <w:tr w:rsidR="0087771C" w14:paraId="76630CC8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F4C7C8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Секретариат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452B33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программа, заявки, посев, протоколы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3B2333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 вводит время вместо судьи</w:t>
            </w:r>
          </w:p>
        </w:tc>
      </w:tr>
      <w:tr w:rsidR="0087771C" w14:paraId="478E35DC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0EE4C0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Судья на пульте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0E71CE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вводит результаты и утверждает заплыв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D4DAA6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 распределяет заявки</w:t>
            </w:r>
          </w:p>
        </w:tc>
      </w:tr>
      <w:tr w:rsidR="0087771C" w14:paraId="158812AF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5B524F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Стартер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158151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даёт старт со своего телефона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B2DC26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 вводит результаты</w:t>
            </w:r>
          </w:p>
        </w:tc>
      </w:tr>
      <w:tr w:rsidR="0087771C" w14:paraId="39381FD7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0418F1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Хронометрист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E1A45F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фиксирует старт/финиш на дорожке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0FA310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 утверждает заплыв</w:t>
            </w:r>
          </w:p>
        </w:tc>
      </w:tr>
      <w:tr w:rsidR="0087771C" w14:paraId="5088BD61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92A5D13" w14:textId="77777777" w:rsidR="0087771C" w:rsidRDefault="00CE4A25">
            <w:pPr>
              <w:spacing w:after="0"/>
            </w:pPr>
            <w:r>
              <w:rPr>
                <w:sz w:val="18"/>
              </w:rPr>
              <w:t>Главный судья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9417B85" w14:textId="77777777" w:rsidR="0087771C" w:rsidRDefault="00CE4A25">
            <w:pPr>
              <w:spacing w:after="0"/>
            </w:pPr>
            <w:r>
              <w:rPr>
                <w:sz w:val="18"/>
              </w:rPr>
              <w:t>принимает решения по DQ/протестам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02C5A15" w14:textId="77777777" w:rsidR="0087771C" w:rsidRDefault="00CE4A25">
            <w:pPr>
              <w:spacing w:after="0"/>
            </w:pPr>
            <w:r>
              <w:rPr>
                <w:sz w:val="18"/>
              </w:rPr>
              <w:t>не собирает протоколы вручную</w:t>
            </w:r>
          </w:p>
        </w:tc>
      </w:tr>
    </w:tbl>
    <w:p w14:paraId="28D625B4" w14:textId="77777777" w:rsidR="0087771C" w:rsidRDefault="0087771C">
      <w:pPr>
        <w:spacing w:after="40"/>
      </w:pPr>
    </w:p>
    <w:p w14:paraId="3A7140B5" w14:textId="77777777" w:rsidR="0087771C" w:rsidRDefault="00CE4A25">
      <w:pPr>
        <w:pStyle w:val="31"/>
      </w:pPr>
      <w:r>
        <w:t>10.10. Если что-то пошло не так</w:t>
      </w:r>
    </w:p>
    <w:p w14:paraId="25CC4330" w14:textId="77777777" w:rsidR="0087771C" w:rsidRDefault="00CE4A25">
      <w:r>
        <w:rPr>
          <w:b/>
        </w:rPr>
        <w:t>Хронометрист не видит дорожку.</w:t>
      </w:r>
      <w:r>
        <w:t xml:space="preserve"> Проверьте QR, номер заплыва и обновление страницы.</w:t>
      </w:r>
    </w:p>
    <w:p w14:paraId="283A3D57" w14:textId="77777777" w:rsidR="0087771C" w:rsidRDefault="00CE4A25">
      <w:r>
        <w:rPr>
          <w:b/>
        </w:rPr>
        <w:t>Стартер нажал, а телефоны не стартовали.</w:t>
      </w:r>
      <w:r>
        <w:t xml:space="preserve"> Проверьте режим «Стартер», интернет и заряд телефонов; дайте старт с пульта.</w:t>
      </w:r>
    </w:p>
    <w:p w14:paraId="5D4FEF39" w14:textId="77777777" w:rsidR="0087771C" w:rsidRDefault="00CE4A25">
      <w:r>
        <w:rPr>
          <w:b/>
        </w:rPr>
        <w:t>Время не пришло на пульт.</w:t>
      </w:r>
      <w:r>
        <w:t xml:space="preserve"> Нажмите «Отправить на пульт» на телефоне; проверьте очередь локального режима.</w:t>
      </w:r>
    </w:p>
    <w:p w14:paraId="5E993585" w14:textId="77777777" w:rsidR="0087771C" w:rsidRDefault="00CE4A25">
      <w:r>
        <w:rPr>
          <w:b/>
        </w:rPr>
        <w:t>Ошиблись в фамилии.</w:t>
      </w:r>
      <w:r>
        <w:t xml:space="preserve"> Исправьте заявку в кабинете или на пульте до утверждения.</w:t>
      </w:r>
    </w:p>
    <w:p w14:paraId="36A72B06" w14:textId="77777777" w:rsidR="0087771C" w:rsidRDefault="00CE4A25">
      <w:r>
        <w:rPr>
          <w:b/>
        </w:rPr>
        <w:t>Нужно вернуть заплыв.</w:t>
      </w:r>
      <w:r>
        <w:t xml:space="preserve"> Снимите статус официальности, исправьте и утвердите заново.</w:t>
      </w:r>
    </w:p>
    <w:p w14:paraId="462A5ABF" w14:textId="77777777" w:rsidR="0087771C" w:rsidRDefault="00CE4A25">
      <w:r>
        <w:rPr>
          <w:b/>
        </w:rPr>
        <w:t>Интернет пропал.</w:t>
      </w:r>
      <w:r>
        <w:t xml:space="preserve"> Продолжайте локальный хронометраж; данные догонят пульт после связи.</w:t>
      </w:r>
    </w:p>
    <w:p w14:paraId="61E83BDC" w14:textId="77777777" w:rsidR="0087771C" w:rsidRDefault="00CE4A25">
      <w:pPr>
        <w:pStyle w:val="31"/>
      </w:pPr>
      <w:r>
        <w:t>10.11. Образцы протоколов</w:t>
      </w:r>
    </w:p>
    <w:p w14:paraId="254D4509" w14:textId="77777777" w:rsidR="0087771C" w:rsidRDefault="00CE4A25">
      <w:r>
        <w:t>После утверждения дисциплины протоколы формируются автоматически. Ниже — фрагменты готового итогового протокола и стартового листа.</w:t>
      </w:r>
    </w:p>
    <w:p w14:paraId="205E2324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22355707" wp14:editId="7358704C">
            <wp:extent cx="5652000" cy="799354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tocol-results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799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6F0BF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14. Итоговый протокол: места, время, разряды</w:t>
      </w:r>
    </w:p>
    <w:p w14:paraId="2BFEB2F8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22D8FBC3" wp14:editId="793F2DE5">
            <wp:extent cx="5652000" cy="7993544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tocol-startlist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799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496EE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15. Стартовый протокол: заплывы, дорожки, нормативы</w:t>
      </w:r>
    </w:p>
    <w:p w14:paraId="47BF0333" w14:textId="77777777" w:rsidR="0087771C" w:rsidRDefault="00CE4A25">
      <w:pPr>
        <w:pStyle w:val="31"/>
      </w:pPr>
      <w:r>
        <w:t>10.12. Полный сценарий одной дисциплины</w:t>
      </w:r>
    </w:p>
    <w:p w14:paraId="05EA9419" w14:textId="77777777" w:rsidR="0087771C" w:rsidRDefault="00CE4A25">
      <w:pPr>
        <w:ind w:left="255"/>
      </w:pPr>
      <w:r>
        <w:t>1. Секретариат открывает дисциплину и проверяет число заплывов.</w:t>
      </w:r>
    </w:p>
    <w:p w14:paraId="13402B06" w14:textId="77777777" w:rsidR="0087771C" w:rsidRDefault="00CE4A25">
      <w:pPr>
        <w:ind w:left="255"/>
      </w:pPr>
      <w:r>
        <w:t>2. Судья на пульте выбирает первый заплыв.</w:t>
      </w:r>
    </w:p>
    <w:p w14:paraId="1FBF318A" w14:textId="77777777" w:rsidR="0087771C" w:rsidRDefault="00CE4A25">
      <w:pPr>
        <w:ind w:left="255"/>
      </w:pPr>
      <w:r>
        <w:lastRenderedPageBreak/>
        <w:t>3. Проверяет состав дорожек и фамилии.</w:t>
      </w:r>
    </w:p>
    <w:p w14:paraId="04DC42FE" w14:textId="77777777" w:rsidR="0087771C" w:rsidRDefault="00CE4A25">
      <w:pPr>
        <w:ind w:left="255"/>
      </w:pPr>
      <w:r>
        <w:t>4. Выбирает режим старта.</w:t>
      </w:r>
    </w:p>
    <w:p w14:paraId="1102C52C" w14:textId="77777777" w:rsidR="0087771C" w:rsidRDefault="00CE4A25">
      <w:pPr>
        <w:ind w:left="255"/>
      </w:pPr>
      <w:r>
        <w:t>5. Хронометристы подключаются и выбирают дорожки.</w:t>
      </w:r>
    </w:p>
    <w:p w14:paraId="3252D39F" w14:textId="77777777" w:rsidR="0087771C" w:rsidRDefault="00CE4A25">
      <w:pPr>
        <w:ind w:left="255"/>
      </w:pPr>
      <w:r>
        <w:t>6. Стартер даёт старт.</w:t>
      </w:r>
    </w:p>
    <w:p w14:paraId="2E8D3BCD" w14:textId="77777777" w:rsidR="0087771C" w:rsidRDefault="00CE4A25">
      <w:pPr>
        <w:ind w:left="255"/>
      </w:pPr>
      <w:r>
        <w:t>7. Хронометристы фиксируют финиш.</w:t>
      </w:r>
    </w:p>
    <w:p w14:paraId="7B3BF46C" w14:textId="77777777" w:rsidR="0087771C" w:rsidRDefault="00CE4A25">
      <w:pPr>
        <w:ind w:left="255"/>
      </w:pPr>
      <w:r>
        <w:t>8. Время приходит на пульт.</w:t>
      </w:r>
    </w:p>
    <w:p w14:paraId="461CC1FA" w14:textId="77777777" w:rsidR="0087771C" w:rsidRDefault="00CE4A25">
      <w:pPr>
        <w:ind w:left="255"/>
      </w:pPr>
      <w:r>
        <w:t>9. Судья проверяет время и статусы.</w:t>
      </w:r>
    </w:p>
    <w:p w14:paraId="584A7FA4" w14:textId="77777777" w:rsidR="0087771C" w:rsidRDefault="00CE4A25">
      <w:pPr>
        <w:ind w:left="255"/>
      </w:pPr>
      <w:r>
        <w:t>10. Вносит R.T., отсечки и DSQ при необходимости.</w:t>
      </w:r>
    </w:p>
    <w:p w14:paraId="3D0F9F07" w14:textId="77777777" w:rsidR="0087771C" w:rsidRDefault="00CE4A25">
      <w:pPr>
        <w:ind w:left="255"/>
      </w:pPr>
      <w:r>
        <w:t>11. Нажимает «Сохранить».</w:t>
      </w:r>
    </w:p>
    <w:p w14:paraId="1B54B154" w14:textId="77777777" w:rsidR="0087771C" w:rsidRDefault="00CE4A25">
      <w:pPr>
        <w:ind w:left="255"/>
      </w:pPr>
      <w:r>
        <w:t>12. Нажимает «Утвердить заплыв».</w:t>
      </w:r>
    </w:p>
    <w:p w14:paraId="1B239891" w14:textId="77777777" w:rsidR="0087771C" w:rsidRDefault="00CE4A25">
      <w:pPr>
        <w:ind w:left="255"/>
      </w:pPr>
      <w:r>
        <w:t>13. Открывается следующий заплыв.</w:t>
      </w:r>
    </w:p>
    <w:p w14:paraId="3FA0BD3B" w14:textId="77777777" w:rsidR="0087771C" w:rsidRDefault="00CE4A25">
      <w:pPr>
        <w:ind w:left="255"/>
      </w:pPr>
      <w:r>
        <w:t>14. После последнего заплыва дисциплина становится официальной.</w:t>
      </w:r>
    </w:p>
    <w:p w14:paraId="14885003" w14:textId="77777777" w:rsidR="0087771C" w:rsidRDefault="00CE4A25">
      <w:pPr>
        <w:ind w:left="255"/>
      </w:pPr>
      <w:r>
        <w:t>15. Формируются дипломы, протоколы и онлайн-результаты.</w:t>
      </w:r>
    </w:p>
    <w:p w14:paraId="4C7232D2" w14:textId="77777777" w:rsidR="0087771C" w:rsidRDefault="00CE4A25">
      <w:pPr>
        <w:pStyle w:val="31"/>
      </w:pPr>
      <w:r>
        <w:t>10.13. Оформление дисквалификации</w:t>
      </w:r>
    </w:p>
    <w:p w14:paraId="541470D0" w14:textId="77777777" w:rsidR="0087771C" w:rsidRDefault="00CE4A25">
      <w:pPr>
        <w:ind w:left="255"/>
      </w:pPr>
      <w:r>
        <w:t xml:space="preserve">1. Выберите статус </w:t>
      </w:r>
      <w:r>
        <w:rPr>
          <w:b/>
        </w:rPr>
        <w:t>DSQ</w:t>
      </w:r>
      <w:r>
        <w:t>.</w:t>
      </w:r>
    </w:p>
    <w:p w14:paraId="2F38C331" w14:textId="77777777" w:rsidR="0087771C" w:rsidRDefault="00CE4A25">
      <w:pPr>
        <w:ind w:left="255"/>
      </w:pPr>
      <w:r>
        <w:t>2. Укажите код нарушения из справочника.</w:t>
      </w:r>
    </w:p>
    <w:p w14:paraId="2FA4EA4C" w14:textId="77777777" w:rsidR="0087771C" w:rsidRDefault="00CE4A25">
      <w:pPr>
        <w:ind w:left="255"/>
      </w:pPr>
      <w:r>
        <w:t>3. Добавьте комментарий: что именно произошло.</w:t>
      </w:r>
    </w:p>
    <w:p w14:paraId="64BD21A0" w14:textId="77777777" w:rsidR="0087771C" w:rsidRDefault="00CE4A25">
      <w:pPr>
        <w:ind w:left="255"/>
      </w:pPr>
      <w:r>
        <w:t>4. Проверьте, что время сохраняется или аннулируется по правилам.</w:t>
      </w:r>
    </w:p>
    <w:p w14:paraId="46BFE3EC" w14:textId="77777777" w:rsidR="0087771C" w:rsidRDefault="00CE4A25">
      <w:pPr>
        <w:ind w:left="255"/>
      </w:pPr>
      <w:r>
        <w:t>5. Сохраните и утвердите.</w:t>
      </w:r>
    </w:p>
    <w:p w14:paraId="4A97A4AF" w14:textId="77777777" w:rsidR="0087771C" w:rsidRDefault="00CE4A25">
      <w:pPr>
        <w:ind w:left="255"/>
      </w:pPr>
      <w:r>
        <w:t>6. Проверьте протокол DQ и карточку дисквалификации.</w:t>
      </w:r>
    </w:p>
    <w:p w14:paraId="3695A025" w14:textId="77777777" w:rsidR="0087771C" w:rsidRDefault="00CE4A25">
      <w:r>
        <w:t>Спорные случаи решает главный судья, а не оператор пульта. В комментарии фиксируйте факт, а не эмоции.</w:t>
      </w:r>
    </w:p>
    <w:p w14:paraId="252D8BBA" w14:textId="77777777" w:rsidR="0087771C" w:rsidRDefault="00CE4A25">
      <w:pPr>
        <w:pStyle w:val="31"/>
      </w:pPr>
      <w:r>
        <w:t>10.14. Локальный режим хронометража</w:t>
      </w:r>
    </w:p>
    <w:p w14:paraId="5F5621B4" w14:textId="77777777" w:rsidR="0087771C" w:rsidRDefault="00CE4A25">
      <w:r>
        <w:t>Если интернет в бассейне нестабилен:</w:t>
      </w:r>
    </w:p>
    <w:p w14:paraId="0657ED02" w14:textId="77777777" w:rsidR="0087771C" w:rsidRDefault="00CE4A25">
      <w:pPr>
        <w:pStyle w:val="a0"/>
      </w:pPr>
      <w:r>
        <w:t>телефон хронометриста продолжает считать время;</w:t>
      </w:r>
    </w:p>
    <w:p w14:paraId="762C0771" w14:textId="77777777" w:rsidR="0087771C" w:rsidRDefault="00CE4A25">
      <w:pPr>
        <w:pStyle w:val="a0"/>
      </w:pPr>
      <w:r>
        <w:t>результаты складываются в очередь;</w:t>
      </w:r>
    </w:p>
    <w:p w14:paraId="12267037" w14:textId="77777777" w:rsidR="0087771C" w:rsidRDefault="00CE4A25">
      <w:pPr>
        <w:pStyle w:val="a0"/>
      </w:pPr>
      <w:r>
        <w:t>после восстановления связи нажмите «Отправить на пульт»;</w:t>
      </w:r>
    </w:p>
    <w:p w14:paraId="67ABB2B0" w14:textId="77777777" w:rsidR="0087771C" w:rsidRDefault="00CE4A25">
      <w:pPr>
        <w:pStyle w:val="a0"/>
      </w:pPr>
      <w:r>
        <w:t>проверьте, что все времена пришли и совпадают.</w:t>
      </w:r>
    </w:p>
    <w:p w14:paraId="40F2F96E" w14:textId="77777777" w:rsidR="0087771C" w:rsidRDefault="00CE4A25">
      <w:r>
        <w:t>Локальный режим — страховка, а не замена пульта. Перед стартом проверьте, что телефон не в спящем режиме и заряжен.</w:t>
      </w:r>
    </w:p>
    <w:p w14:paraId="4457D597" w14:textId="77777777" w:rsidR="0087771C" w:rsidRDefault="00CE4A25">
      <w:pPr>
        <w:pStyle w:val="31"/>
      </w:pPr>
      <w:r>
        <w:lastRenderedPageBreak/>
        <w:t>10.15. Связь между ролями</w:t>
      </w:r>
    </w:p>
    <w:p w14:paraId="78A9D985" w14:textId="77777777" w:rsidR="0087771C" w:rsidRDefault="00CE4A25">
      <w:pPr>
        <w:pStyle w:val="a0"/>
      </w:pPr>
      <w:r>
        <w:t>Секретариат сообщает судье номер дисциплины и число заплывов.</w:t>
      </w:r>
    </w:p>
    <w:p w14:paraId="270AB117" w14:textId="77777777" w:rsidR="0087771C" w:rsidRDefault="00CE4A25">
      <w:pPr>
        <w:pStyle w:val="a0"/>
      </w:pPr>
      <w:r>
        <w:t>Судья на пульте сообщает стартеру, когда можно стартовать.</w:t>
      </w:r>
    </w:p>
    <w:p w14:paraId="603876E0" w14:textId="77777777" w:rsidR="0087771C" w:rsidRDefault="00CE4A25">
      <w:pPr>
        <w:pStyle w:val="a0"/>
      </w:pPr>
      <w:r>
        <w:t>Стартер подаёт команду и нажимает «СТАРТ».</w:t>
      </w:r>
    </w:p>
    <w:p w14:paraId="71356011" w14:textId="77777777" w:rsidR="0087771C" w:rsidRDefault="00CE4A25">
      <w:pPr>
        <w:pStyle w:val="a0"/>
      </w:pPr>
      <w:r>
        <w:t>Хронометристы финишируют и отправляют время.</w:t>
      </w:r>
    </w:p>
    <w:p w14:paraId="27B34D36" w14:textId="77777777" w:rsidR="0087771C" w:rsidRDefault="00CE4A25">
      <w:pPr>
        <w:pStyle w:val="a0"/>
      </w:pPr>
      <w:r>
        <w:t>Судья утверждает и сообщает секретариату, что дисциплина закрыта.</w:t>
      </w:r>
    </w:p>
    <w:p w14:paraId="24A5CCC9" w14:textId="77777777" w:rsidR="0087771C" w:rsidRDefault="00CE4A25">
      <w:pPr>
        <w:pStyle w:val="a0"/>
      </w:pPr>
      <w:r>
        <w:t>Главный судья проверяет спорные DQ и подписывает протоколы.</w:t>
      </w:r>
    </w:p>
    <w:p w14:paraId="07AE0F64" w14:textId="77777777" w:rsidR="0087771C" w:rsidRDefault="00CE4A25">
      <w:r>
        <w:t>Договоритесь о коротких сигналах заранее: «готов», «старт», «финиш», «утверждено».</w:t>
      </w:r>
    </w:p>
    <w:p w14:paraId="3B913709" w14:textId="77777777" w:rsidR="0087771C" w:rsidRDefault="00CE4A25">
      <w:pPr>
        <w:pStyle w:val="31"/>
      </w:pPr>
      <w:r>
        <w:t>10.16. Таблица неполадок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3535C082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CF92797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Симптом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D70A519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Вероятная причина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57A705F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87771C" w14:paraId="1747D58C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A27067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Телефон не открывает QR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62F781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нет интернета / старый QR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61DFB8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проверьте сеть, обновите QR</w:t>
            </w:r>
          </w:p>
        </w:tc>
      </w:tr>
      <w:tr w:rsidR="0087771C" w14:paraId="40761D89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9D80B5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Нет дорожки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038CEC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выбран другой заплыв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E61293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вернитесь на пульт</w:t>
            </w:r>
          </w:p>
        </w:tc>
      </w:tr>
      <w:tr w:rsidR="0087771C" w14:paraId="2C262C8A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E57D75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Время не пришло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AED759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 нажали «Отправить»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2C49F7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отправьте вручную</w:t>
            </w:r>
          </w:p>
        </w:tc>
      </w:tr>
      <w:tr w:rsidR="0087771C" w14:paraId="17CFF6F8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F87663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Старт не сработал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8698C7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 тот режим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43EC9C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включите «Стартер» или стартуйте с пульта</w:t>
            </w:r>
          </w:p>
        </w:tc>
      </w:tr>
      <w:tr w:rsidR="0087771C" w14:paraId="27F8AD5D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0423E7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Дубликат времени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8643CA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повторная отправка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8783E3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проверьте очередь и удалите лишнее</w:t>
            </w:r>
          </w:p>
        </w:tc>
      </w:tr>
      <w:tr w:rsidR="0087771C" w14:paraId="0A247663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A1F7E4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 утверждается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53C848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нет результатов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DB4BF8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проверьте valid-время</w:t>
            </w:r>
          </w:p>
        </w:tc>
      </w:tr>
      <w:tr w:rsidR="0087771C" w14:paraId="2D0548D4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3DE6D5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Дипломы не готовы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716418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дисциплина не официальна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BDBDEF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утвердите последний заплыв</w:t>
            </w:r>
          </w:p>
        </w:tc>
      </w:tr>
      <w:tr w:rsidR="0087771C" w14:paraId="3870E59A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EC7AF1A" w14:textId="77777777" w:rsidR="0087771C" w:rsidRDefault="00CE4A25">
            <w:pPr>
              <w:spacing w:after="0"/>
            </w:pPr>
            <w:r>
              <w:rPr>
                <w:sz w:val="18"/>
              </w:rPr>
              <w:t>Судья не видит дисциплину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D955A3B" w14:textId="77777777" w:rsidR="0087771C" w:rsidRDefault="00CE4A25">
            <w:pPr>
              <w:spacing w:after="0"/>
            </w:pPr>
            <w:r>
              <w:rPr>
                <w:sz w:val="18"/>
              </w:rPr>
              <w:t>фильтр / другой event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5B33E7C" w14:textId="77777777" w:rsidR="0087771C" w:rsidRDefault="00CE4A25">
            <w:pPr>
              <w:spacing w:after="0"/>
            </w:pPr>
            <w:r>
              <w:rPr>
                <w:sz w:val="18"/>
              </w:rPr>
              <w:t>сбросьте фильтр</w:t>
            </w:r>
          </w:p>
        </w:tc>
      </w:tr>
    </w:tbl>
    <w:p w14:paraId="5E251485" w14:textId="77777777" w:rsidR="0087771C" w:rsidRDefault="0087771C">
      <w:pPr>
        <w:spacing w:after="40"/>
      </w:pPr>
    </w:p>
    <w:p w14:paraId="4F910869" w14:textId="77777777" w:rsidR="0087771C" w:rsidRDefault="00CE4A25">
      <w:pPr>
        <w:pStyle w:val="31"/>
      </w:pPr>
      <w:r>
        <w:t>10.17. Чек-лист судейской бригады</w:t>
      </w:r>
    </w:p>
    <w:p w14:paraId="09FC72AC" w14:textId="77777777" w:rsidR="0087771C" w:rsidRDefault="00CE4A25">
      <w:pPr>
        <w:pStyle w:val="a0"/>
      </w:pPr>
      <w:r>
        <w:t>☐ пульт открыт на нужном устройстве;</w:t>
      </w:r>
    </w:p>
    <w:p w14:paraId="34C7F1BF" w14:textId="77777777" w:rsidR="0087771C" w:rsidRDefault="00CE4A25">
      <w:pPr>
        <w:pStyle w:val="a0"/>
      </w:pPr>
      <w:r>
        <w:t>☐ заряд и интернет проверены;</w:t>
      </w:r>
    </w:p>
    <w:p w14:paraId="75920E3D" w14:textId="77777777" w:rsidR="0087771C" w:rsidRDefault="00CE4A25">
      <w:pPr>
        <w:pStyle w:val="a0"/>
      </w:pPr>
      <w:r>
        <w:t>☐ телефоны хронометристов подключены;</w:t>
      </w:r>
    </w:p>
    <w:p w14:paraId="7F3942E7" w14:textId="77777777" w:rsidR="0087771C" w:rsidRDefault="00CE4A25">
      <w:pPr>
        <w:pStyle w:val="a0"/>
      </w:pPr>
      <w:r>
        <w:t>☐ телефон стартера подключён;</w:t>
      </w:r>
    </w:p>
    <w:p w14:paraId="52C884CA" w14:textId="77777777" w:rsidR="0087771C" w:rsidRDefault="00CE4A25">
      <w:pPr>
        <w:pStyle w:val="a0"/>
      </w:pPr>
      <w:r>
        <w:t>☐ режим старта выбран;</w:t>
      </w:r>
    </w:p>
    <w:p w14:paraId="719B105F" w14:textId="77777777" w:rsidR="0087771C" w:rsidRDefault="00CE4A25">
      <w:pPr>
        <w:pStyle w:val="a0"/>
      </w:pPr>
      <w:r>
        <w:t>☐ стартовые протоколы на руках;</w:t>
      </w:r>
    </w:p>
    <w:p w14:paraId="64D0084B" w14:textId="77777777" w:rsidR="0087771C" w:rsidRDefault="00CE4A25">
      <w:pPr>
        <w:pStyle w:val="a0"/>
      </w:pPr>
      <w:r>
        <w:t>☐ СТОП доступен;</w:t>
      </w:r>
    </w:p>
    <w:p w14:paraId="1BDB01C9" w14:textId="77777777" w:rsidR="0087771C" w:rsidRDefault="00CE4A25">
      <w:pPr>
        <w:pStyle w:val="a0"/>
      </w:pPr>
      <w:r>
        <w:t>☐ ответственный за утверждение известен;</w:t>
      </w:r>
    </w:p>
    <w:p w14:paraId="3BE03C02" w14:textId="77777777" w:rsidR="0087771C" w:rsidRDefault="00CE4A25">
      <w:pPr>
        <w:pStyle w:val="a0"/>
      </w:pPr>
      <w:r>
        <w:t>☐ спорные DQ передаются главному судье;</w:t>
      </w:r>
    </w:p>
    <w:p w14:paraId="246AF737" w14:textId="77777777" w:rsidR="0087771C" w:rsidRDefault="00CE4A25">
      <w:pPr>
        <w:pStyle w:val="a0"/>
      </w:pPr>
      <w:r>
        <w:t>☐ после дисциплины проверены дипломы и протокол.</w:t>
      </w:r>
    </w:p>
    <w:p w14:paraId="369AAE55" w14:textId="77777777" w:rsidR="0087771C" w:rsidRDefault="00CE4A25">
      <w:pPr>
        <w:pStyle w:val="21"/>
      </w:pPr>
      <w:bookmarkStart w:id="10" w:name="_Toc243919858"/>
      <w:r>
        <w:t>11. Результаты и зачёт</w:t>
      </w:r>
      <w:bookmarkEnd w:id="10"/>
    </w:p>
    <w:p w14:paraId="671EB2F1" w14:textId="77777777" w:rsidR="0087771C" w:rsidRDefault="00CE4A25">
      <w:r>
        <w:t xml:space="preserve">Раздел </w:t>
      </w:r>
      <w:r>
        <w:rPr>
          <w:b/>
        </w:rPr>
        <w:t>«Результаты»</w:t>
      </w:r>
      <w:r>
        <w:t xml:space="preserve"> показывает:</w:t>
      </w:r>
    </w:p>
    <w:p w14:paraId="1FC3AD02" w14:textId="77777777" w:rsidR="0087771C" w:rsidRDefault="00CE4A25">
      <w:pPr>
        <w:pStyle w:val="a0"/>
      </w:pPr>
      <w:r>
        <w:t>общий зачёт;</w:t>
      </w:r>
    </w:p>
    <w:p w14:paraId="30D0D6F5" w14:textId="77777777" w:rsidR="0087771C" w:rsidRDefault="00CE4A25">
      <w:pPr>
        <w:pStyle w:val="a0"/>
      </w:pPr>
      <w:r>
        <w:lastRenderedPageBreak/>
        <w:t>места по возрастным группам;</w:t>
      </w:r>
    </w:p>
    <w:p w14:paraId="56D33571" w14:textId="77777777" w:rsidR="0087771C" w:rsidRDefault="00CE4A25">
      <w:pPr>
        <w:pStyle w:val="a0"/>
      </w:pPr>
      <w:r>
        <w:t>очки;</w:t>
      </w:r>
    </w:p>
    <w:p w14:paraId="7FB611FA" w14:textId="77777777" w:rsidR="0087771C" w:rsidRDefault="00CE4A25">
      <w:pPr>
        <w:pStyle w:val="a0"/>
      </w:pPr>
      <w:r>
        <w:t>разряды;</w:t>
      </w:r>
    </w:p>
    <w:p w14:paraId="06DCB389" w14:textId="77777777" w:rsidR="0087771C" w:rsidRDefault="00CE4A25">
      <w:pPr>
        <w:pStyle w:val="a0"/>
      </w:pPr>
      <w:r>
        <w:t>командный зачёт;</w:t>
      </w:r>
    </w:p>
    <w:p w14:paraId="5BE0513B" w14:textId="77777777" w:rsidR="0087771C" w:rsidRDefault="00CE4A25">
      <w:pPr>
        <w:pStyle w:val="a0"/>
      </w:pPr>
      <w:r>
        <w:t>статус официальности.</w:t>
      </w:r>
    </w:p>
    <w:p w14:paraId="479922B1" w14:textId="77777777" w:rsidR="0087771C" w:rsidRDefault="00CE4A25">
      <w:pPr>
        <w:pStyle w:val="31"/>
      </w:pPr>
      <w:r>
        <w:t>11.1. Как считаются места</w:t>
      </w:r>
    </w:p>
    <w:p w14:paraId="58D4CD78" w14:textId="77777777" w:rsidR="0087771C" w:rsidRDefault="00CE4A25">
      <w:pPr>
        <w:pStyle w:val="a0"/>
      </w:pPr>
      <w:r>
        <w:t>внутри каждой возрастной группы;</w:t>
      </w:r>
    </w:p>
    <w:p w14:paraId="76DB6762" w14:textId="77777777" w:rsidR="0087771C" w:rsidRDefault="00CE4A25">
      <w:pPr>
        <w:pStyle w:val="a0"/>
      </w:pPr>
      <w:r>
        <w:t>по времени;</w:t>
      </w:r>
    </w:p>
    <w:p w14:paraId="5A19FEEE" w14:textId="77777777" w:rsidR="0087771C" w:rsidRDefault="00CE4A25">
      <w:pPr>
        <w:pStyle w:val="a0"/>
      </w:pPr>
      <w:r>
        <w:t>при равенстве — одинаковое место;</w:t>
      </w:r>
    </w:p>
    <w:p w14:paraId="3255D2B1" w14:textId="77777777" w:rsidR="0087771C" w:rsidRDefault="00CE4A25">
      <w:pPr>
        <w:pStyle w:val="a0"/>
      </w:pPr>
      <w:r>
        <w:t>при равенстве следующее место пропускается;</w:t>
      </w:r>
    </w:p>
    <w:p w14:paraId="2180AF2A" w14:textId="77777777" w:rsidR="0087771C" w:rsidRDefault="00CE4A25">
      <w:pPr>
        <w:pStyle w:val="a0"/>
      </w:pPr>
      <w:r>
        <w:t>очки начисляются по месту;</w:t>
      </w:r>
    </w:p>
    <w:p w14:paraId="60CC9015" w14:textId="77777777" w:rsidR="0087771C" w:rsidRDefault="00CE4A25">
      <w:pPr>
        <w:pStyle w:val="a0"/>
      </w:pPr>
      <w:r>
        <w:t>эстафеты считаются отдельно.</w:t>
      </w:r>
    </w:p>
    <w:p w14:paraId="22C06DD1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 wp14:anchorId="07D0A407" wp14:editId="6A316181">
            <wp:extent cx="5652000" cy="39250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c-result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9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1ABE3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16. Онлайн-результаты по дистанциям</w:t>
      </w:r>
    </w:p>
    <w:p w14:paraId="316C0FD0" w14:textId="77777777" w:rsidR="0087771C" w:rsidRDefault="00CE4A25">
      <w:pPr>
        <w:pStyle w:val="31"/>
      </w:pPr>
      <w:r>
        <w:t>11.2. Участники вне возрастных групп — EXH</w:t>
      </w:r>
    </w:p>
    <w:p w14:paraId="19A76B11" w14:textId="77777777" w:rsidR="0087771C" w:rsidRDefault="00CE4A25">
      <w:r>
        <w:t>Если возраст участника не попадает ни в одну группу дисциплины:</w:t>
      </w:r>
    </w:p>
    <w:p w14:paraId="46C3301C" w14:textId="77777777" w:rsidR="0087771C" w:rsidRDefault="00CE4A25">
      <w:pPr>
        <w:pStyle w:val="a0"/>
      </w:pPr>
      <w:r>
        <w:t xml:space="preserve">он </w:t>
      </w:r>
      <w:r>
        <w:rPr>
          <w:b/>
        </w:rPr>
        <w:t>не удаляется</w:t>
      </w:r>
      <w:r>
        <w:t xml:space="preserve"> из протокола;</w:t>
      </w:r>
    </w:p>
    <w:p w14:paraId="49198035" w14:textId="77777777" w:rsidR="0087771C" w:rsidRDefault="00CE4A25">
      <w:pPr>
        <w:pStyle w:val="a0"/>
      </w:pPr>
      <w:r>
        <w:t xml:space="preserve">получает статус </w:t>
      </w:r>
      <w:r>
        <w:rPr>
          <w:b/>
        </w:rPr>
        <w:t>EXH</w:t>
      </w:r>
      <w:r>
        <w:t xml:space="preserve"> (вне конкурса);</w:t>
      </w:r>
    </w:p>
    <w:p w14:paraId="72584984" w14:textId="77777777" w:rsidR="0087771C" w:rsidRDefault="00CE4A25">
      <w:pPr>
        <w:pStyle w:val="a0"/>
      </w:pPr>
      <w:r>
        <w:t>его время сохраняется;</w:t>
      </w:r>
    </w:p>
    <w:p w14:paraId="40094C1B" w14:textId="77777777" w:rsidR="0087771C" w:rsidRDefault="00CE4A25">
      <w:pPr>
        <w:pStyle w:val="a0"/>
      </w:pPr>
      <w:r>
        <w:t>место и медали не начисляются;</w:t>
      </w:r>
    </w:p>
    <w:p w14:paraId="3FB98B17" w14:textId="77777777" w:rsidR="0087771C" w:rsidRDefault="00CE4A25">
      <w:pPr>
        <w:pStyle w:val="a0"/>
      </w:pPr>
      <w:r>
        <w:t>он получает диплом участника;</w:t>
      </w:r>
    </w:p>
    <w:p w14:paraId="4C19BEAE" w14:textId="77777777" w:rsidR="0087771C" w:rsidRDefault="00CE4A25">
      <w:pPr>
        <w:pStyle w:val="a0"/>
      </w:pPr>
      <w:r>
        <w:lastRenderedPageBreak/>
        <w:t>в протоколе отображается в разделе EXH.</w:t>
      </w:r>
    </w:p>
    <w:p w14:paraId="12B50470" w14:textId="77777777" w:rsidR="0087771C" w:rsidRDefault="00CE4A25">
      <w:r>
        <w:t>Это правило действует автоматически и защищает от ошибок вида «2013 год в группе 7 лет».</w:t>
      </w:r>
    </w:p>
    <w:p w14:paraId="4577ED64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 wp14:anchorId="03767E37" wp14:editId="73D4AA1E">
            <wp:extent cx="5652000" cy="39250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c-result-event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9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AF1B7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17. Итоговый протокол дисциплины с местами, временем и отставанием</w:t>
      </w:r>
    </w:p>
    <w:p w14:paraId="7E77D1E4" w14:textId="77777777" w:rsidR="0087771C" w:rsidRDefault="00CE4A25">
      <w:pPr>
        <w:pStyle w:val="31"/>
      </w:pPr>
      <w:r>
        <w:t>11.3. Разряды ЕВСК</w:t>
      </w:r>
    </w:p>
    <w:p w14:paraId="55BC24EB" w14:textId="77777777" w:rsidR="0087771C" w:rsidRDefault="00CE4A25">
      <w:r>
        <w:t>Платформа автоматически определяет выполненный разряд:</w:t>
      </w:r>
    </w:p>
    <w:p w14:paraId="2DE12669" w14:textId="77777777" w:rsidR="0087771C" w:rsidRDefault="00CE4A25">
      <w:pPr>
        <w:pStyle w:val="a0"/>
      </w:pPr>
      <w:r>
        <w:t>учитывает бассейн 25/50 м, пол, дистанцию, способ и возраст;</w:t>
      </w:r>
    </w:p>
    <w:p w14:paraId="318B5839" w14:textId="77777777" w:rsidR="0087771C" w:rsidRDefault="00CE4A25">
      <w:pPr>
        <w:pStyle w:val="a0"/>
      </w:pPr>
      <w:r>
        <w:t>сравнивает с нормативами от III юношеского до МСМК;</w:t>
      </w:r>
    </w:p>
    <w:p w14:paraId="49C44086" w14:textId="77777777" w:rsidR="0087771C" w:rsidRDefault="00CE4A25">
      <w:pPr>
        <w:pStyle w:val="a0"/>
      </w:pPr>
      <w:r>
        <w:t>учитывает минимальный возраст;</w:t>
      </w:r>
    </w:p>
    <w:p w14:paraId="08EC28E7" w14:textId="77777777" w:rsidR="0087771C" w:rsidRDefault="00CE4A25">
      <w:pPr>
        <w:pStyle w:val="a0"/>
      </w:pPr>
      <w:r>
        <w:t>подсвечивает разряд выше заявленного.</w:t>
      </w:r>
    </w:p>
    <w:p w14:paraId="66E9DFB0" w14:textId="77777777" w:rsidR="0087771C" w:rsidRDefault="00CE4A25">
      <w:r>
        <w:t xml:space="preserve">Справочник: </w:t>
      </w:r>
      <w:r>
        <w:rPr>
          <w:b/>
        </w:rPr>
        <w:t>Кабинет → Нормативы ЕВСК</w:t>
      </w:r>
      <w:r>
        <w:t>.</w:t>
      </w:r>
    </w:p>
    <w:p w14:paraId="35373E80" w14:textId="77777777" w:rsidR="0087771C" w:rsidRDefault="00CE4A25">
      <w:pPr>
        <w:pStyle w:val="31"/>
      </w:pPr>
      <w:r>
        <w:t>11.4. Командный зачёт</w:t>
      </w:r>
    </w:p>
    <w:p w14:paraId="23658CFE" w14:textId="77777777" w:rsidR="0087771C" w:rsidRDefault="00CE4A25">
      <w:r>
        <w:t>Считается по очкам, набранным спортсменами клуба. Настраивается в разделе результатов/настроек; используется для награждения клубов и публикации зачёта.</w:t>
      </w:r>
    </w:p>
    <w:p w14:paraId="09DEB39C" w14:textId="77777777" w:rsidR="0087771C" w:rsidRDefault="00CE4A25">
      <w:pPr>
        <w:pStyle w:val="31"/>
      </w:pPr>
      <w:r>
        <w:t>11.5. Официальные результаты</w:t>
      </w:r>
    </w:p>
    <w:p w14:paraId="3F9D1827" w14:textId="77777777" w:rsidR="0087771C" w:rsidRDefault="00CE4A25">
      <w:r>
        <w:t xml:space="preserve">Кнопка </w:t>
      </w:r>
      <w:r>
        <w:rPr>
          <w:b/>
        </w:rPr>
        <w:t>«Результат официальный»</w:t>
      </w:r>
      <w:r>
        <w:t>:</w:t>
      </w:r>
    </w:p>
    <w:p w14:paraId="08B457A7" w14:textId="77777777" w:rsidR="0087771C" w:rsidRDefault="00CE4A25">
      <w:pPr>
        <w:pStyle w:val="a0"/>
      </w:pPr>
      <w:r>
        <w:t>фиксирует результаты;</w:t>
      </w:r>
    </w:p>
    <w:p w14:paraId="09936016" w14:textId="77777777" w:rsidR="0087771C" w:rsidRDefault="00CE4A25">
      <w:pPr>
        <w:pStyle w:val="a0"/>
      </w:pPr>
      <w:r>
        <w:t>публикует их в онлайне;</w:t>
      </w:r>
    </w:p>
    <w:p w14:paraId="75D9EB3B" w14:textId="77777777" w:rsidR="0087771C" w:rsidRDefault="00CE4A25">
      <w:pPr>
        <w:pStyle w:val="a0"/>
      </w:pPr>
      <w:r>
        <w:t>запускает формирование дипломов;</w:t>
      </w:r>
    </w:p>
    <w:p w14:paraId="44221BF6" w14:textId="77777777" w:rsidR="0087771C" w:rsidRDefault="00CE4A25">
      <w:pPr>
        <w:pStyle w:val="a0"/>
      </w:pPr>
      <w:r>
        <w:lastRenderedPageBreak/>
        <w:t>добавляет дисциплину в очередь награждения.</w:t>
      </w:r>
    </w:p>
    <w:p w14:paraId="6B978B00" w14:textId="77777777" w:rsidR="0087771C" w:rsidRDefault="00CE4A25">
      <w:r>
        <w:t>Если результаты ещё не готовы, оставьте их неутверждёнными — в онлайне будет пометка.</w:t>
      </w:r>
    </w:p>
    <w:p w14:paraId="2FBC68A6" w14:textId="77777777" w:rsidR="0087771C" w:rsidRDefault="00CE4A25">
      <w:pPr>
        <w:pStyle w:val="31"/>
      </w:pPr>
      <w:r>
        <w:t>11.6. Пересчёт результатов</w:t>
      </w:r>
    </w:p>
    <w:p w14:paraId="6A0786A3" w14:textId="77777777" w:rsidR="0087771C" w:rsidRDefault="00CE4A25">
      <w:r>
        <w:t>Пересчёт нужен, если:</w:t>
      </w:r>
    </w:p>
    <w:p w14:paraId="3DC50F5B" w14:textId="77777777" w:rsidR="0087771C" w:rsidRDefault="00CE4A25">
      <w:pPr>
        <w:pStyle w:val="a0"/>
      </w:pPr>
      <w:r>
        <w:t>изменили время или статус участника;</w:t>
      </w:r>
    </w:p>
    <w:p w14:paraId="4BEADE5D" w14:textId="77777777" w:rsidR="0087771C" w:rsidRDefault="00CE4A25">
      <w:pPr>
        <w:pStyle w:val="a0"/>
      </w:pPr>
      <w:r>
        <w:t>изменили возрастную группу;</w:t>
      </w:r>
    </w:p>
    <w:p w14:paraId="0C617A7E" w14:textId="77777777" w:rsidR="0087771C" w:rsidRDefault="00CE4A25">
      <w:pPr>
        <w:pStyle w:val="a0"/>
      </w:pPr>
      <w:r>
        <w:t>добавили/удалили участника после ввода результатов;</w:t>
      </w:r>
    </w:p>
    <w:p w14:paraId="12A4EC0C" w14:textId="77777777" w:rsidR="0087771C" w:rsidRDefault="00CE4A25">
      <w:pPr>
        <w:pStyle w:val="a0"/>
      </w:pPr>
      <w:r>
        <w:t>изменили правила зачёта;</w:t>
      </w:r>
    </w:p>
    <w:p w14:paraId="5C004BA5" w14:textId="77777777" w:rsidR="0087771C" w:rsidRDefault="00CE4A25">
      <w:pPr>
        <w:pStyle w:val="a0"/>
      </w:pPr>
      <w:r>
        <w:t>обнаружили ошибку в протоколе.</w:t>
      </w:r>
    </w:p>
    <w:p w14:paraId="1262D721" w14:textId="77777777" w:rsidR="0087771C" w:rsidRDefault="00CE4A25">
      <w:r>
        <w:t>Порядок:</w:t>
      </w:r>
    </w:p>
    <w:p w14:paraId="74E3CCD3" w14:textId="77777777" w:rsidR="0087771C" w:rsidRDefault="00CE4A25">
      <w:pPr>
        <w:ind w:left="255"/>
      </w:pPr>
      <w:r>
        <w:t>1. Исправьте данные на пульте или в заявке.</w:t>
      </w:r>
    </w:p>
    <w:p w14:paraId="6235B190" w14:textId="77777777" w:rsidR="0087771C" w:rsidRDefault="00CE4A25">
      <w:pPr>
        <w:ind w:left="255"/>
      </w:pPr>
      <w:r>
        <w:t>2. Сохраните.</w:t>
      </w:r>
    </w:p>
    <w:p w14:paraId="40E9C558" w14:textId="77777777" w:rsidR="0087771C" w:rsidRDefault="00CE4A25">
      <w:pPr>
        <w:ind w:left="255"/>
      </w:pPr>
      <w:r>
        <w:t>3. Нажмите «Пересчитать» / утвердите дисциплину заново.</w:t>
      </w:r>
    </w:p>
    <w:p w14:paraId="63448740" w14:textId="77777777" w:rsidR="0087771C" w:rsidRDefault="00CE4A25">
      <w:pPr>
        <w:ind w:left="255"/>
      </w:pPr>
      <w:r>
        <w:t>4. Проверьте места, очки и разряды.</w:t>
      </w:r>
    </w:p>
    <w:p w14:paraId="57058AA0" w14:textId="77777777" w:rsidR="0087771C" w:rsidRDefault="00CE4A25">
      <w:pPr>
        <w:ind w:left="255"/>
      </w:pPr>
      <w:r>
        <w:t>5. Обновите онлайн и PDF.</w:t>
      </w:r>
    </w:p>
    <w:p w14:paraId="0AA3F6F1" w14:textId="77777777" w:rsidR="0087771C" w:rsidRDefault="00CE4A25">
      <w:pPr>
        <w:pStyle w:val="31"/>
      </w:pPr>
      <w:r>
        <w:t>11.7. Командный зачёт</w:t>
      </w:r>
    </w:p>
    <w:p w14:paraId="4F4534B8" w14:textId="77777777" w:rsidR="0087771C" w:rsidRDefault="00CE4A25">
      <w:r>
        <w:t>Командный зачёт считается по очкам, которые спортсмены принесли клубу. В зачёт идут только valid-результаты; EXH, DNS, DNF и DSQ очков не приносят. При равенстве очков смотрите дополнительные показатели (первые места, количество медалей — по регламенту).</w:t>
      </w:r>
    </w:p>
    <w:p w14:paraId="2D046763" w14:textId="77777777" w:rsidR="0087771C" w:rsidRDefault="00CE4A25">
      <w:pPr>
        <w:pStyle w:val="31"/>
      </w:pPr>
      <w:r>
        <w:t>11.8. Публикация результатов</w:t>
      </w:r>
    </w:p>
    <w:p w14:paraId="1CFF1410" w14:textId="77777777" w:rsidR="0087771C" w:rsidRDefault="00CE4A25">
      <w:r>
        <w:t>Публикация — отдельный шаг:</w:t>
      </w:r>
    </w:p>
    <w:p w14:paraId="00B16E27" w14:textId="77777777" w:rsidR="0087771C" w:rsidRDefault="00CE4A25">
      <w:pPr>
        <w:pStyle w:val="a0"/>
      </w:pPr>
      <w:r>
        <w:t>результаты могут быть видны или скрыты;</w:t>
      </w:r>
    </w:p>
    <w:p w14:paraId="31DB7475" w14:textId="77777777" w:rsidR="0087771C" w:rsidRDefault="00CE4A25">
      <w:pPr>
        <w:pStyle w:val="a0"/>
      </w:pPr>
      <w:r>
        <w:t>заявочный протокол может быть без времени;</w:t>
      </w:r>
    </w:p>
    <w:p w14:paraId="4B0F7F60" w14:textId="77777777" w:rsidR="0087771C" w:rsidRDefault="00CE4A25">
      <w:pPr>
        <w:pStyle w:val="a0"/>
      </w:pPr>
      <w:r>
        <w:t>live-табло включается отдельно;</w:t>
      </w:r>
    </w:p>
    <w:p w14:paraId="2C96672C" w14:textId="77777777" w:rsidR="0087771C" w:rsidRDefault="00CE4A25">
      <w:pPr>
        <w:pStyle w:val="a0"/>
      </w:pPr>
      <w:r>
        <w:t>итоговые протоколы публикуются после утверждения.</w:t>
      </w:r>
    </w:p>
    <w:p w14:paraId="2100C453" w14:textId="77777777" w:rsidR="0087771C" w:rsidRDefault="00CE4A25">
      <w:r>
        <w:t>Перед публикацией проверьте, нет ли в протоколе чужих персональных данных и ошибочных записей.</w:t>
      </w:r>
    </w:p>
    <w:p w14:paraId="3578669D" w14:textId="77777777" w:rsidR="0087771C" w:rsidRDefault="00CE4A25">
      <w:pPr>
        <w:pStyle w:val="31"/>
      </w:pPr>
      <w:r>
        <w:lastRenderedPageBreak/>
        <w:t>11.9. Пример расчёта мест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87771C" w14:paraId="3E719658" w14:textId="77777777">
        <w:trPr>
          <w:tblHeader/>
          <w:jc w:val="center"/>
        </w:trPr>
        <w:tc>
          <w:tcPr>
            <w:tcW w:w="240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705734B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Участник</w:t>
            </w:r>
          </w:p>
        </w:tc>
        <w:tc>
          <w:tcPr>
            <w:tcW w:w="240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724F16A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Время</w:t>
            </w:r>
          </w:p>
        </w:tc>
        <w:tc>
          <w:tcPr>
            <w:tcW w:w="240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F4E624C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Место</w:t>
            </w:r>
          </w:p>
        </w:tc>
        <w:tc>
          <w:tcPr>
            <w:tcW w:w="240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D1DE1F0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Очки</w:t>
            </w:r>
          </w:p>
        </w:tc>
      </w:tr>
      <w:tr w:rsidR="0087771C" w14:paraId="44E2981A" w14:textId="77777777">
        <w:trPr>
          <w:jc w:val="center"/>
        </w:trPr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6A185D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Иванов</w:t>
            </w:r>
          </w:p>
        </w:tc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D99253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32.10</w:t>
            </w:r>
          </w:p>
        </w:tc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736403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74B756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20</w:t>
            </w:r>
          </w:p>
        </w:tc>
      </w:tr>
      <w:tr w:rsidR="0087771C" w14:paraId="1772C864" w14:textId="77777777">
        <w:trPr>
          <w:jc w:val="center"/>
        </w:trPr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3F1E81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Петров</w:t>
            </w:r>
          </w:p>
        </w:tc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260F77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32.80</w:t>
            </w:r>
          </w:p>
        </w:tc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D01A26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2BF7ED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17</w:t>
            </w:r>
          </w:p>
        </w:tc>
      </w:tr>
      <w:tr w:rsidR="0087771C" w14:paraId="6EB226AE" w14:textId="77777777">
        <w:trPr>
          <w:jc w:val="center"/>
        </w:trPr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97E719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Сидоров</w:t>
            </w:r>
          </w:p>
        </w:tc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2D81F0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32.80</w:t>
            </w:r>
          </w:p>
        </w:tc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82ADE0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240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F93A87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17</w:t>
            </w:r>
          </w:p>
        </w:tc>
      </w:tr>
      <w:tr w:rsidR="0087771C" w14:paraId="2107582A" w14:textId="77777777">
        <w:trPr>
          <w:jc w:val="center"/>
        </w:trPr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382D86C" w14:textId="77777777" w:rsidR="0087771C" w:rsidRDefault="00CE4A25">
            <w:pPr>
              <w:spacing w:after="0"/>
            </w:pPr>
            <w:r>
              <w:rPr>
                <w:sz w:val="18"/>
              </w:rPr>
              <w:t>Козлов</w:t>
            </w:r>
          </w:p>
        </w:tc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DB580C7" w14:textId="77777777" w:rsidR="0087771C" w:rsidRDefault="00CE4A25">
            <w:pPr>
              <w:spacing w:after="0"/>
            </w:pPr>
            <w:r>
              <w:rPr>
                <w:sz w:val="18"/>
              </w:rPr>
              <w:t>33.40</w:t>
            </w:r>
          </w:p>
        </w:tc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71A0818" w14:textId="77777777" w:rsidR="0087771C" w:rsidRDefault="00CE4A25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240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CB5443C" w14:textId="77777777" w:rsidR="0087771C" w:rsidRDefault="00CE4A25">
            <w:pPr>
              <w:spacing w:after="0"/>
            </w:pPr>
            <w:r>
              <w:rPr>
                <w:sz w:val="18"/>
              </w:rPr>
              <w:t>14</w:t>
            </w:r>
          </w:p>
        </w:tc>
      </w:tr>
    </w:tbl>
    <w:p w14:paraId="31CDF6BC" w14:textId="77777777" w:rsidR="0087771C" w:rsidRDefault="0087771C">
      <w:pPr>
        <w:spacing w:after="40"/>
      </w:pPr>
    </w:p>
    <w:p w14:paraId="457F5BF8" w14:textId="77777777" w:rsidR="0087771C" w:rsidRDefault="00CE4A25">
      <w:r>
        <w:t>При равенстве времени участники делят место, следующее место пропускается. Очки начисляются по месту; в командный зачёт идут только valid-результаты.</w:t>
      </w:r>
    </w:p>
    <w:p w14:paraId="41F8127C" w14:textId="77777777" w:rsidR="0087771C" w:rsidRDefault="00CE4A25">
      <w:pPr>
        <w:pStyle w:val="31"/>
      </w:pPr>
      <w:r>
        <w:t>11.10. Что проверить перед утверждением</w:t>
      </w:r>
    </w:p>
    <w:p w14:paraId="64E9ED45" w14:textId="77777777" w:rsidR="0087771C" w:rsidRDefault="00CE4A25">
      <w:pPr>
        <w:pStyle w:val="a0"/>
      </w:pPr>
      <w:r>
        <w:t>☐ все заплывы дисциплины утверждены;</w:t>
      </w:r>
    </w:p>
    <w:p w14:paraId="7D40622E" w14:textId="77777777" w:rsidR="0087771C" w:rsidRDefault="00CE4A25">
      <w:pPr>
        <w:pStyle w:val="a0"/>
      </w:pPr>
      <w:r>
        <w:t>☐ нет пустых времён у финишировавших;</w:t>
      </w:r>
    </w:p>
    <w:p w14:paraId="2A03710E" w14:textId="77777777" w:rsidR="0087771C" w:rsidRDefault="00CE4A25">
      <w:pPr>
        <w:pStyle w:val="a0"/>
      </w:pPr>
      <w:r>
        <w:t>☐ статусы DNS/DNF/DSQ корректны;</w:t>
      </w:r>
    </w:p>
    <w:p w14:paraId="6114E0C1" w14:textId="77777777" w:rsidR="0087771C" w:rsidRDefault="00CE4A25">
      <w:pPr>
        <w:pStyle w:val="a0"/>
      </w:pPr>
      <w:r>
        <w:t>☐ EXH не попал в призы;</w:t>
      </w:r>
    </w:p>
    <w:p w14:paraId="78FF2E91" w14:textId="77777777" w:rsidR="0087771C" w:rsidRDefault="00CE4A25">
      <w:pPr>
        <w:pStyle w:val="a0"/>
      </w:pPr>
      <w:r>
        <w:t>☐ разряды отображаются;</w:t>
      </w:r>
    </w:p>
    <w:p w14:paraId="70AA6470" w14:textId="77777777" w:rsidR="0087771C" w:rsidRDefault="00CE4A25">
      <w:pPr>
        <w:pStyle w:val="a0"/>
      </w:pPr>
      <w:r>
        <w:t>☐ командный зачёт пересчитан;</w:t>
      </w:r>
    </w:p>
    <w:p w14:paraId="53DC0EF4" w14:textId="77777777" w:rsidR="0087771C" w:rsidRDefault="00CE4A25">
      <w:pPr>
        <w:pStyle w:val="a0"/>
      </w:pPr>
      <w:r>
        <w:t>☐ протоколы сформированы;</w:t>
      </w:r>
    </w:p>
    <w:p w14:paraId="3C3680A1" w14:textId="77777777" w:rsidR="0087771C" w:rsidRDefault="00CE4A25">
      <w:pPr>
        <w:pStyle w:val="a0"/>
      </w:pPr>
      <w:r>
        <w:t>☐ дипломы готовы.</w:t>
      </w:r>
    </w:p>
    <w:p w14:paraId="11F1801A" w14:textId="77777777" w:rsidR="0087771C" w:rsidRDefault="00CE4A25">
      <w:pPr>
        <w:pStyle w:val="21"/>
      </w:pPr>
      <w:bookmarkStart w:id="11" w:name="_Toc243919859"/>
      <w:r>
        <w:t>12. Протоколы и документы</w:t>
      </w:r>
      <w:bookmarkEnd w:id="11"/>
    </w:p>
    <w:p w14:paraId="78CC103A" w14:textId="77777777" w:rsidR="0087771C" w:rsidRDefault="00CE4A25">
      <w:r>
        <w:t xml:space="preserve">Раздел </w:t>
      </w:r>
      <w:r>
        <w:rPr>
          <w:b/>
        </w:rPr>
        <w:t>«Протоколы»</w:t>
      </w:r>
      <w:r>
        <w:t xml:space="preserve"> формирует документы в HTML, PDF, XLSX и DOCX.</w:t>
      </w:r>
    </w:p>
    <w:p w14:paraId="47977668" w14:textId="77777777" w:rsidR="0087771C" w:rsidRDefault="00CE4A25">
      <w:pPr>
        <w:pStyle w:val="31"/>
      </w:pPr>
      <w:r>
        <w:t>12.1. Основные протоколы</w:t>
      </w:r>
    </w:p>
    <w:p w14:paraId="18A65F02" w14:textId="77777777" w:rsidR="0087771C" w:rsidRDefault="00CE4A25">
      <w:pPr>
        <w:pStyle w:val="a0"/>
      </w:pPr>
      <w:r>
        <w:t>заявочный;</w:t>
      </w:r>
    </w:p>
    <w:p w14:paraId="4197806E" w14:textId="77777777" w:rsidR="0087771C" w:rsidRDefault="00CE4A25">
      <w:pPr>
        <w:pStyle w:val="a0"/>
      </w:pPr>
      <w:r>
        <w:t>стартовый;</w:t>
      </w:r>
    </w:p>
    <w:p w14:paraId="6C26D858" w14:textId="77777777" w:rsidR="0087771C" w:rsidRDefault="00CE4A25">
      <w:pPr>
        <w:pStyle w:val="a0"/>
      </w:pPr>
      <w:r>
        <w:t>итоговый;</w:t>
      </w:r>
    </w:p>
    <w:p w14:paraId="2946A6C0" w14:textId="77777777" w:rsidR="0087771C" w:rsidRDefault="00CE4A25">
      <w:pPr>
        <w:pStyle w:val="a0"/>
      </w:pPr>
      <w:r>
        <w:t>командный;</w:t>
      </w:r>
    </w:p>
    <w:p w14:paraId="1677D41E" w14:textId="77777777" w:rsidR="0087771C" w:rsidRDefault="00CE4A25">
      <w:pPr>
        <w:pStyle w:val="a0"/>
      </w:pPr>
      <w:r>
        <w:t>технический;</w:t>
      </w:r>
    </w:p>
    <w:p w14:paraId="0E113780" w14:textId="77777777" w:rsidR="0087771C" w:rsidRDefault="00CE4A25">
      <w:pPr>
        <w:pStyle w:val="a0"/>
      </w:pPr>
      <w:r>
        <w:t>дисквалификаций;</w:t>
      </w:r>
    </w:p>
    <w:p w14:paraId="458AF09B" w14:textId="77777777" w:rsidR="0087771C" w:rsidRDefault="00CE4A25">
      <w:pPr>
        <w:pStyle w:val="a0"/>
      </w:pPr>
      <w:r>
        <w:t>отсечек;</w:t>
      </w:r>
    </w:p>
    <w:p w14:paraId="7E3D529B" w14:textId="77777777" w:rsidR="0087771C" w:rsidRDefault="00CE4A25">
      <w:pPr>
        <w:pStyle w:val="a0"/>
      </w:pPr>
      <w:r>
        <w:t>медальный зачёт;</w:t>
      </w:r>
    </w:p>
    <w:p w14:paraId="1196FE85" w14:textId="77777777" w:rsidR="0087771C" w:rsidRDefault="00CE4A25">
      <w:pPr>
        <w:pStyle w:val="a0"/>
      </w:pPr>
      <w:r>
        <w:t>отчёт главного судьи;</w:t>
      </w:r>
    </w:p>
    <w:p w14:paraId="68AEF1AE" w14:textId="77777777" w:rsidR="0087771C" w:rsidRDefault="00CE4A25">
      <w:pPr>
        <w:pStyle w:val="a0"/>
      </w:pPr>
      <w:r>
        <w:t>протокол допуска;</w:t>
      </w:r>
    </w:p>
    <w:p w14:paraId="1A7A9759" w14:textId="77777777" w:rsidR="0087771C" w:rsidRDefault="00CE4A25">
      <w:pPr>
        <w:pStyle w:val="a0"/>
      </w:pPr>
      <w:r>
        <w:t>протокол совещания судейской коллегии;</w:t>
      </w:r>
    </w:p>
    <w:p w14:paraId="6C0D03D3" w14:textId="77777777" w:rsidR="0087771C" w:rsidRDefault="00CE4A25">
      <w:pPr>
        <w:pStyle w:val="a0"/>
      </w:pPr>
      <w:r>
        <w:t>стартовый «один лист на дорожку»;</w:t>
      </w:r>
    </w:p>
    <w:p w14:paraId="4A58B554" w14:textId="77777777" w:rsidR="0087771C" w:rsidRDefault="00CE4A25">
      <w:pPr>
        <w:pStyle w:val="a0"/>
      </w:pPr>
      <w:r>
        <w:t>бланки хронометриста, финиша, стартера, поворота.</w:t>
      </w:r>
    </w:p>
    <w:p w14:paraId="48314523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408F2C32" wp14:editId="4F9F5833">
            <wp:extent cx="5652000" cy="3925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tocols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9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61F97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18. Протоколы и документы соревнования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2374798E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866AF76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Документ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665FFE9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Кому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2175069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Что внутри</w:t>
            </w:r>
          </w:p>
        </w:tc>
      </w:tr>
      <w:tr w:rsidR="0087771C" w14:paraId="0445539F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667F2E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Заявочный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CDEA29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секретариат, клубы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40F914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все заявки, группы, клубы</w:t>
            </w:r>
          </w:p>
        </w:tc>
      </w:tr>
      <w:tr w:rsidR="0087771C" w14:paraId="6FDF79CB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2A5B3C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Стартовый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9EEE24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судьи, хронометристы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C6AFFA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заплывы, дорожки, нормативы</w:t>
            </w:r>
          </w:p>
        </w:tc>
      </w:tr>
      <w:tr w:rsidR="0087771C" w14:paraId="669D917B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B505AC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Итоговый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4B866A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судьи, федерация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146079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места, R.T., разряды, статусы</w:t>
            </w:r>
          </w:p>
        </w:tc>
      </w:tr>
      <w:tr w:rsidR="0087771C" w14:paraId="1268BDB5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5E2F7E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Технический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F4DE33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главный судья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A127D9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полные данные дисциплины</w:t>
            </w:r>
          </w:p>
        </w:tc>
      </w:tr>
      <w:tr w:rsidR="0087771C" w14:paraId="3A4848F0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74296E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DQ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0A4071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судейская коллегия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FAFE74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нарушения и решения</w:t>
            </w:r>
          </w:p>
        </w:tc>
      </w:tr>
      <w:tr w:rsidR="0087771C" w14:paraId="790722DF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222F73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Отсечки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273565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тренеры, судьи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DC350F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промежуточные результаты</w:t>
            </w:r>
          </w:p>
        </w:tc>
      </w:tr>
      <w:tr w:rsidR="0087771C" w14:paraId="4F248E33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1D1B5E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Командный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53D3B1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клубы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9117E3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очки и места команд</w:t>
            </w:r>
          </w:p>
        </w:tc>
      </w:tr>
      <w:tr w:rsidR="0087771C" w14:paraId="711847C2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8702287" w14:textId="77777777" w:rsidR="0087771C" w:rsidRDefault="00CE4A25">
            <w:pPr>
              <w:spacing w:after="0"/>
            </w:pPr>
            <w:r>
              <w:rPr>
                <w:sz w:val="18"/>
              </w:rPr>
              <w:t>Бланки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0E97362" w14:textId="77777777" w:rsidR="0087771C" w:rsidRDefault="00CE4A25">
            <w:pPr>
              <w:spacing w:after="0"/>
            </w:pPr>
            <w:r>
              <w:rPr>
                <w:sz w:val="18"/>
              </w:rPr>
              <w:t>хронометристы, стартер, поворот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6FC1E03" w14:textId="77777777" w:rsidR="0087771C" w:rsidRDefault="00CE4A25">
            <w:pPr>
              <w:spacing w:after="0"/>
            </w:pPr>
            <w:r>
              <w:rPr>
                <w:sz w:val="18"/>
              </w:rPr>
              <w:t>рабочие формы</w:t>
            </w:r>
          </w:p>
        </w:tc>
      </w:tr>
    </w:tbl>
    <w:p w14:paraId="4B85C22E" w14:textId="77777777" w:rsidR="0087771C" w:rsidRDefault="0087771C">
      <w:pPr>
        <w:spacing w:after="40"/>
      </w:pPr>
    </w:p>
    <w:p w14:paraId="65773D58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2F0774CB" wp14:editId="4C186889">
            <wp:extent cx="5652000" cy="7993544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tocol-technical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799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9429F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19. Технический протокол дисциплины</w:t>
      </w:r>
    </w:p>
    <w:p w14:paraId="08FD8596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5F6F32F9" wp14:editId="4803672E">
            <wp:extent cx="5652000" cy="799354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tocol-dq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799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A8B56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20. Протокол дисквалификаций</w:t>
      </w:r>
    </w:p>
    <w:p w14:paraId="26C00C6E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459A18B1" wp14:editId="43B214FE">
            <wp:extent cx="5652000" cy="7993544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tocol-team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799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9958E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21. Командный протокол</w:t>
      </w:r>
    </w:p>
    <w:p w14:paraId="74DB3366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21DC342F" wp14:editId="17CAB5BC">
            <wp:extent cx="5652000" cy="7993544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tocol-medals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799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FCB34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22. Медальный зачёт</w:t>
      </w:r>
    </w:p>
    <w:p w14:paraId="48333E6A" w14:textId="77777777" w:rsidR="0087771C" w:rsidRDefault="00CE4A25">
      <w:pPr>
        <w:pStyle w:val="31"/>
      </w:pPr>
      <w:r>
        <w:t>12.2. Что где печатается</w:t>
      </w:r>
    </w:p>
    <w:p w14:paraId="70EE4F02" w14:textId="77777777" w:rsidR="0087771C" w:rsidRDefault="00CE4A25">
      <w:pPr>
        <w:pStyle w:val="a0"/>
      </w:pPr>
      <w:r>
        <w:t>стартовый протокол — нормативы ЕВСК;</w:t>
      </w:r>
    </w:p>
    <w:p w14:paraId="0159EC27" w14:textId="77777777" w:rsidR="0087771C" w:rsidRDefault="00CE4A25">
      <w:pPr>
        <w:pStyle w:val="a0"/>
      </w:pPr>
      <w:r>
        <w:t>итоговый — R.T., разряд, статус;</w:t>
      </w:r>
    </w:p>
    <w:p w14:paraId="71C54159" w14:textId="77777777" w:rsidR="0087771C" w:rsidRDefault="00CE4A25">
      <w:pPr>
        <w:pStyle w:val="a0"/>
      </w:pPr>
      <w:r>
        <w:t>технический — полные данные для секретариата;</w:t>
      </w:r>
    </w:p>
    <w:p w14:paraId="3768E17B" w14:textId="77777777" w:rsidR="0087771C" w:rsidRDefault="00CE4A25">
      <w:pPr>
        <w:pStyle w:val="a0"/>
      </w:pPr>
      <w:r>
        <w:lastRenderedPageBreak/>
        <w:t>DQ — нарушения и решения;</w:t>
      </w:r>
    </w:p>
    <w:p w14:paraId="4D9EEB26" w14:textId="77777777" w:rsidR="0087771C" w:rsidRDefault="00CE4A25">
      <w:pPr>
        <w:pStyle w:val="a0"/>
      </w:pPr>
      <w:r>
        <w:t>отсечки — промежуточные результаты.</w:t>
      </w:r>
    </w:p>
    <w:p w14:paraId="64AFE4DF" w14:textId="77777777" w:rsidR="0087771C" w:rsidRDefault="00CE4A25">
      <w:pPr>
        <w:pStyle w:val="31"/>
      </w:pPr>
      <w:r>
        <w:t>12.3. Lenex-экспорт</w:t>
      </w:r>
    </w:p>
    <w:p w14:paraId="4AEC3792" w14:textId="77777777" w:rsidR="0087771C" w:rsidRDefault="00CE4A25">
      <w:r>
        <w:t>Кнопки экспорта:</w:t>
      </w:r>
    </w:p>
    <w:p w14:paraId="631CBFD7" w14:textId="77777777" w:rsidR="0087771C" w:rsidRDefault="00CE4A25">
      <w:pPr>
        <w:pStyle w:val="a0"/>
      </w:pPr>
      <w:r>
        <w:t xml:space="preserve">заявки </w:t>
      </w:r>
      <w:r>
        <w:rPr>
          <w:rFonts w:ascii="Consolas" w:hAnsi="Consolas"/>
          <w:color w:val="0E6E86"/>
          <w:sz w:val="21"/>
        </w:rPr>
        <w:t>.lxf</w:t>
      </w:r>
      <w:r>
        <w:t>;</w:t>
      </w:r>
    </w:p>
    <w:p w14:paraId="60F89935" w14:textId="77777777" w:rsidR="0087771C" w:rsidRDefault="00CE4A25">
      <w:pPr>
        <w:pStyle w:val="a0"/>
      </w:pPr>
      <w:r>
        <w:t xml:space="preserve">стартовые листы </w:t>
      </w:r>
      <w:r>
        <w:rPr>
          <w:rFonts w:ascii="Consolas" w:hAnsi="Consolas"/>
          <w:color w:val="0E6E86"/>
          <w:sz w:val="21"/>
        </w:rPr>
        <w:t>.lxf</w:t>
      </w:r>
      <w:r>
        <w:t>;</w:t>
      </w:r>
    </w:p>
    <w:p w14:paraId="3C1A7AFE" w14:textId="77777777" w:rsidR="0087771C" w:rsidRDefault="00CE4A25">
      <w:pPr>
        <w:pStyle w:val="a0"/>
      </w:pPr>
      <w:r>
        <w:t xml:space="preserve">результаты </w:t>
      </w:r>
      <w:r>
        <w:rPr>
          <w:rFonts w:ascii="Consolas" w:hAnsi="Consolas"/>
          <w:color w:val="0E6E86"/>
          <w:sz w:val="21"/>
        </w:rPr>
        <w:t>.lxf</w:t>
      </w:r>
      <w:r>
        <w:t>.</w:t>
      </w:r>
    </w:p>
    <w:p w14:paraId="5EED3BF6" w14:textId="77777777" w:rsidR="0087771C" w:rsidRDefault="00CE4A25">
      <w:r>
        <w:t xml:space="preserve">Формат — </w:t>
      </w:r>
      <w:r>
        <w:rPr>
          <w:b/>
        </w:rPr>
        <w:t>Lenex 3.0</w:t>
      </w:r>
      <w:r>
        <w:t>; при необходимости совместим с внешними системами и архивом федерации.</w:t>
      </w:r>
    </w:p>
    <w:p w14:paraId="4E223677" w14:textId="77777777" w:rsidR="0087771C" w:rsidRDefault="00CE4A25">
      <w:pPr>
        <w:pStyle w:val="31"/>
      </w:pPr>
      <w:r>
        <w:t>12.4. Публичные и закрытые документы</w:t>
      </w:r>
    </w:p>
    <w:p w14:paraId="119054DD" w14:textId="77777777" w:rsidR="0087771C" w:rsidRDefault="00CE4A25">
      <w:r>
        <w:t>На публичной странице доступны заявочный, стартовый и итоговый протоколы. Технические, DQ, отсечки, медальные и судейские бланки — в кабинете.</w:t>
      </w:r>
    </w:p>
    <w:p w14:paraId="69146FC2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 wp14:anchorId="56AAABC9" wp14:editId="6C8D2A97">
            <wp:extent cx="5652000" cy="39250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c-protocols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9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05EA3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23. Публичная страница протоколов соревнования</w:t>
      </w:r>
    </w:p>
    <w:p w14:paraId="1F0B620B" w14:textId="77777777" w:rsidR="0087771C" w:rsidRDefault="00CE4A25">
      <w:pPr>
        <w:pStyle w:val="31"/>
      </w:pPr>
      <w:r>
        <w:t>12.5. Как подписать протоколы</w:t>
      </w:r>
    </w:p>
    <w:p w14:paraId="12BCF6C6" w14:textId="77777777" w:rsidR="0087771C" w:rsidRDefault="00CE4A25">
      <w:pPr>
        <w:ind w:left="255"/>
      </w:pPr>
      <w:r>
        <w:t>1. Сформируйте PDF.</w:t>
      </w:r>
    </w:p>
    <w:p w14:paraId="7653B4EF" w14:textId="77777777" w:rsidR="0087771C" w:rsidRDefault="00CE4A25">
      <w:pPr>
        <w:ind w:left="255"/>
      </w:pPr>
      <w:r>
        <w:t>2. Проверьте ФИО, места и время.</w:t>
      </w:r>
    </w:p>
    <w:p w14:paraId="04513F12" w14:textId="77777777" w:rsidR="0087771C" w:rsidRDefault="00CE4A25">
      <w:pPr>
        <w:ind w:left="255"/>
      </w:pPr>
      <w:r>
        <w:t>3. Распечатайте в нужном масштабе.</w:t>
      </w:r>
    </w:p>
    <w:p w14:paraId="3BED4DF6" w14:textId="77777777" w:rsidR="0087771C" w:rsidRDefault="00CE4A25">
      <w:pPr>
        <w:ind w:left="255"/>
      </w:pPr>
      <w:r>
        <w:t>4. Подпишите у главного судьи, секретаря и представителя — по регламенту.</w:t>
      </w:r>
    </w:p>
    <w:p w14:paraId="19D4A798" w14:textId="77777777" w:rsidR="0087771C" w:rsidRDefault="00CE4A25">
      <w:pPr>
        <w:ind w:left="255"/>
      </w:pPr>
      <w:r>
        <w:lastRenderedPageBreak/>
        <w:t>5. Поставьте печать организатора, если требуется.</w:t>
      </w:r>
    </w:p>
    <w:p w14:paraId="0E2E21CD" w14:textId="77777777" w:rsidR="0087771C" w:rsidRDefault="00CE4A25">
      <w:pPr>
        <w:ind w:left="255"/>
      </w:pPr>
      <w:r>
        <w:t>6. Сохраните подписанный экземпляр в архив.</w:t>
      </w:r>
    </w:p>
    <w:p w14:paraId="1AD37610" w14:textId="77777777" w:rsidR="0087771C" w:rsidRDefault="00CE4A25">
      <w:r>
        <w:t>Для внутреннего архива достаточно PDF; для федерации — PDF + подписанный бумажный экземпляр.</w:t>
      </w:r>
    </w:p>
    <w:p w14:paraId="3D650D51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7EA7C442" wp14:editId="05211D47">
            <wp:extent cx="5652000" cy="7991577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-withdrawal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7991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CBD88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24. Официальная форма: карточка снятия с дистанции</w:t>
      </w:r>
    </w:p>
    <w:p w14:paraId="2BBFF3D5" w14:textId="77777777" w:rsidR="0087771C" w:rsidRDefault="00CE4A25">
      <w:pPr>
        <w:pStyle w:val="31"/>
      </w:pPr>
      <w:r>
        <w:t>12.6. Что отдавать федерации</w:t>
      </w:r>
    </w:p>
    <w:p w14:paraId="7DF9FBA8" w14:textId="77777777" w:rsidR="0087771C" w:rsidRDefault="00CE4A25">
      <w:pPr>
        <w:pStyle w:val="a0"/>
      </w:pPr>
      <w:r>
        <w:t>итоговый протокол;</w:t>
      </w:r>
    </w:p>
    <w:p w14:paraId="7A384E98" w14:textId="77777777" w:rsidR="0087771C" w:rsidRDefault="00CE4A25">
      <w:pPr>
        <w:pStyle w:val="a0"/>
      </w:pPr>
      <w:r>
        <w:t>стартовый протокол;</w:t>
      </w:r>
    </w:p>
    <w:p w14:paraId="5D2C1314" w14:textId="77777777" w:rsidR="0087771C" w:rsidRDefault="00CE4A25">
      <w:pPr>
        <w:pStyle w:val="a0"/>
      </w:pPr>
      <w:r>
        <w:t>технический протокол;</w:t>
      </w:r>
    </w:p>
    <w:p w14:paraId="7EE4DBD3" w14:textId="77777777" w:rsidR="0087771C" w:rsidRDefault="00CE4A25">
      <w:pPr>
        <w:pStyle w:val="a0"/>
      </w:pPr>
      <w:r>
        <w:lastRenderedPageBreak/>
        <w:t>DQ и решения;</w:t>
      </w:r>
    </w:p>
    <w:p w14:paraId="2CD22DA2" w14:textId="77777777" w:rsidR="0087771C" w:rsidRDefault="00CE4A25">
      <w:pPr>
        <w:pStyle w:val="a0"/>
      </w:pPr>
      <w:r>
        <w:t>командный зачёт;</w:t>
      </w:r>
    </w:p>
    <w:p w14:paraId="162D5C9F" w14:textId="77777777" w:rsidR="0087771C" w:rsidRDefault="00CE4A25">
      <w:pPr>
        <w:pStyle w:val="a0"/>
      </w:pPr>
      <w:r>
        <w:t xml:space="preserve">Lenex </w:t>
      </w:r>
      <w:r>
        <w:rPr>
          <w:rFonts w:ascii="Consolas" w:hAnsi="Consolas"/>
          <w:color w:val="0E6E86"/>
          <w:sz w:val="21"/>
        </w:rPr>
        <w:t>.lxf</w:t>
      </w:r>
      <w:r>
        <w:t xml:space="preserve"> — при требовании;</w:t>
      </w:r>
    </w:p>
    <w:p w14:paraId="6546FF26" w14:textId="77777777" w:rsidR="0087771C" w:rsidRDefault="00CE4A25">
      <w:pPr>
        <w:pStyle w:val="a0"/>
      </w:pPr>
      <w:r>
        <w:t>подписанные бумажные экземпляры.</w:t>
      </w:r>
    </w:p>
    <w:p w14:paraId="6FB74844" w14:textId="77777777" w:rsidR="0087771C" w:rsidRDefault="00CE4A25">
      <w:r>
        <w:t>Состав зависит от регламента; уточните у принимающей организации.</w:t>
      </w:r>
    </w:p>
    <w:p w14:paraId="655C5562" w14:textId="77777777" w:rsidR="0087771C" w:rsidRDefault="00CE4A25">
      <w:pPr>
        <w:pStyle w:val="31"/>
      </w:pPr>
      <w:r>
        <w:t>12.7. Что делать, если протокол не формируется</w:t>
      </w:r>
    </w:p>
    <w:p w14:paraId="22447409" w14:textId="77777777" w:rsidR="0087771C" w:rsidRDefault="00CE4A25">
      <w:pPr>
        <w:pStyle w:val="a0"/>
      </w:pPr>
      <w:r>
        <w:t>проверьте, что дисциплина существует и в ней есть результаты;</w:t>
      </w:r>
    </w:p>
    <w:p w14:paraId="3724322B" w14:textId="77777777" w:rsidR="0087771C" w:rsidRDefault="00CE4A25">
      <w:pPr>
        <w:pStyle w:val="a0"/>
      </w:pPr>
      <w:r>
        <w:t>убедитесь, что выбрана правильная дисциплина;</w:t>
      </w:r>
    </w:p>
    <w:p w14:paraId="02A57E9B" w14:textId="77777777" w:rsidR="0087771C" w:rsidRDefault="00CE4A25">
      <w:pPr>
        <w:pStyle w:val="a0"/>
      </w:pPr>
      <w:r>
        <w:t>проверьте, что нет ошибки в данных;</w:t>
      </w:r>
    </w:p>
    <w:p w14:paraId="21F6B1C3" w14:textId="77777777" w:rsidR="0087771C" w:rsidRDefault="00CE4A25">
      <w:pPr>
        <w:pStyle w:val="a0"/>
      </w:pPr>
      <w:r>
        <w:t>обновите страницу и повторите;</w:t>
      </w:r>
    </w:p>
    <w:p w14:paraId="100E5B30" w14:textId="77777777" w:rsidR="0087771C" w:rsidRDefault="00CE4A25">
      <w:pPr>
        <w:pStyle w:val="a0"/>
      </w:pPr>
      <w:r>
        <w:t>если ошибка повторяется — пришлите скриншот и событие.</w:t>
      </w:r>
    </w:p>
    <w:p w14:paraId="11CD06A6" w14:textId="77777777" w:rsidR="0087771C" w:rsidRDefault="00CE4A25">
      <w:pPr>
        <w:pStyle w:val="21"/>
      </w:pPr>
      <w:bookmarkStart w:id="12" w:name="_Toc243919860"/>
      <w:r>
        <w:t>13. Публикация и онлайн</w:t>
      </w:r>
      <w:bookmarkEnd w:id="12"/>
    </w:p>
    <w:p w14:paraId="0184C95A" w14:textId="77777777" w:rsidR="0087771C" w:rsidRDefault="00CE4A25">
      <w:pPr>
        <w:pStyle w:val="31"/>
      </w:pPr>
      <w:r>
        <w:t>13.1. Публичная страница</w:t>
      </w:r>
    </w:p>
    <w:p w14:paraId="5E2D3A44" w14:textId="77777777" w:rsidR="0087771C" w:rsidRDefault="00CE4A25">
      <w:r>
        <w:rPr>
          <w:rFonts w:ascii="Consolas" w:hAnsi="Consolas"/>
          <w:color w:val="0E6E86"/>
          <w:sz w:val="21"/>
        </w:rPr>
        <w:t>/c/&lt;slug&gt;</w:t>
      </w:r>
      <w:r>
        <w:t xml:space="preserve"> — лендинг соревнования:</w:t>
      </w:r>
    </w:p>
    <w:p w14:paraId="082121DE" w14:textId="77777777" w:rsidR="0087771C" w:rsidRDefault="00CE4A25">
      <w:pPr>
        <w:pStyle w:val="a0"/>
      </w:pPr>
      <w:r>
        <w:t>даты, место, бассейн, дедлайн;</w:t>
      </w:r>
    </w:p>
    <w:p w14:paraId="7A1CF472" w14:textId="77777777" w:rsidR="0087771C" w:rsidRDefault="00CE4A25">
      <w:pPr>
        <w:pStyle w:val="a0"/>
      </w:pPr>
      <w:r>
        <w:t>программа по дням;</w:t>
      </w:r>
    </w:p>
    <w:p w14:paraId="43DABF76" w14:textId="77777777" w:rsidR="0087771C" w:rsidRDefault="00CE4A25">
      <w:pPr>
        <w:pStyle w:val="a0"/>
      </w:pPr>
      <w:r>
        <w:t>положение и документы;</w:t>
      </w:r>
    </w:p>
    <w:p w14:paraId="39EFEA0F" w14:textId="77777777" w:rsidR="0087771C" w:rsidRDefault="00CE4A25">
      <w:pPr>
        <w:pStyle w:val="a0"/>
      </w:pPr>
      <w:r>
        <w:t>участники;</w:t>
      </w:r>
    </w:p>
    <w:p w14:paraId="43F31345" w14:textId="77777777" w:rsidR="0087771C" w:rsidRDefault="00CE4A25">
      <w:pPr>
        <w:pStyle w:val="a0"/>
      </w:pPr>
      <w:r>
        <w:t>результаты и протоколы;</w:t>
      </w:r>
    </w:p>
    <w:p w14:paraId="5F372564" w14:textId="77777777" w:rsidR="0087771C" w:rsidRDefault="00CE4A25">
      <w:pPr>
        <w:pStyle w:val="a0"/>
      </w:pPr>
      <w:r>
        <w:t>галерея;</w:t>
      </w:r>
    </w:p>
    <w:p w14:paraId="61A259AC" w14:textId="77777777" w:rsidR="0087771C" w:rsidRDefault="00CE4A25">
      <w:pPr>
        <w:pStyle w:val="a0"/>
      </w:pPr>
      <w:r>
        <w:t>контакты;</w:t>
      </w:r>
    </w:p>
    <w:p w14:paraId="2C570E5A" w14:textId="77777777" w:rsidR="0087771C" w:rsidRDefault="00CE4A25">
      <w:pPr>
        <w:pStyle w:val="a0"/>
      </w:pPr>
      <w:r>
        <w:rPr>
          <w:b/>
        </w:rPr>
        <w:t>поиск участника и скачивание дипломов</w:t>
      </w:r>
      <w:r>
        <w:t>.</w:t>
      </w:r>
    </w:p>
    <w:p w14:paraId="22CE57A2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626CE5A9" wp14:editId="06B37F6E">
            <wp:extent cx="2304000" cy="4986092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c-mobil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498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49986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25. Публичная страница соревнования на телефоне</w:t>
      </w:r>
    </w:p>
    <w:p w14:paraId="088281F3" w14:textId="77777777" w:rsidR="0087771C" w:rsidRDefault="00CE4A25">
      <w:pPr>
        <w:pStyle w:val="31"/>
      </w:pPr>
      <w:r>
        <w:t>13.2. Онлайн-результаты</w:t>
      </w:r>
    </w:p>
    <w:p w14:paraId="11BFF9B5" w14:textId="77777777" w:rsidR="0087771C" w:rsidRDefault="00CE4A25">
      <w:r>
        <w:t xml:space="preserve">Раздел </w:t>
      </w:r>
      <w:r>
        <w:rPr>
          <w:b/>
        </w:rPr>
        <w:t>«Онлайн-результаты»</w:t>
      </w:r>
      <w:r>
        <w:t>:</w:t>
      </w:r>
    </w:p>
    <w:p w14:paraId="0CDB5199" w14:textId="77777777" w:rsidR="0087771C" w:rsidRDefault="00CE4A25">
      <w:pPr>
        <w:pStyle w:val="a0"/>
      </w:pPr>
      <w:r>
        <w:t>публичные ссылки на результаты;</w:t>
      </w:r>
    </w:p>
    <w:p w14:paraId="54D620F0" w14:textId="77777777" w:rsidR="0087771C" w:rsidRDefault="00CE4A25">
      <w:pPr>
        <w:pStyle w:val="a0"/>
      </w:pPr>
      <w:r>
        <w:t>live-табло;</w:t>
      </w:r>
    </w:p>
    <w:p w14:paraId="35BA8688" w14:textId="77777777" w:rsidR="0087771C" w:rsidRDefault="00CE4A25">
      <w:pPr>
        <w:pStyle w:val="a0"/>
      </w:pPr>
      <w:r>
        <w:t>TV-экран;</w:t>
      </w:r>
    </w:p>
    <w:p w14:paraId="4FC7E619" w14:textId="77777777" w:rsidR="0087771C" w:rsidRDefault="00CE4A25">
      <w:pPr>
        <w:pStyle w:val="a0"/>
      </w:pPr>
      <w:r>
        <w:t>QR-код;</w:t>
      </w:r>
    </w:p>
    <w:p w14:paraId="42D32CFE" w14:textId="77777777" w:rsidR="0087771C" w:rsidRDefault="00CE4A25">
      <w:pPr>
        <w:pStyle w:val="a0"/>
      </w:pPr>
      <w:r>
        <w:t>кнопки «Опубликовать онлайн», «Скрыть онлайн», «Пересчитать и обновить»;</w:t>
      </w:r>
    </w:p>
    <w:p w14:paraId="3A71D2EE" w14:textId="77777777" w:rsidR="0087771C" w:rsidRDefault="00CE4A25">
      <w:pPr>
        <w:pStyle w:val="a0"/>
      </w:pPr>
      <w:r>
        <w:t>таблица дисциплин со статусом официальности.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142F78EA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BB5D951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lastRenderedPageBreak/>
              <w:t>Что публикуется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A5EBEA2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Где управлять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FC42E42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Когда включать</w:t>
            </w:r>
          </w:p>
        </w:tc>
      </w:tr>
      <w:tr w:rsidR="0087771C" w14:paraId="7007084A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C3E61C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Страница соревнования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03AE98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«Публикация» / «Публиковать»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F1E148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сразу после создания</w:t>
            </w:r>
          </w:p>
        </w:tc>
      </w:tr>
      <w:tr w:rsidR="0087771C" w14:paraId="64D9D0D8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8D5E76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Программа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11B699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«Публикация»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3AF3D9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до заявок</w:t>
            </w:r>
          </w:p>
        </w:tc>
      </w:tr>
      <w:tr w:rsidR="0087771C" w14:paraId="11F130AB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32DE14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Заявочный протокол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227854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«Публикация»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131E37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после подтверждения заявок</w:t>
            </w:r>
          </w:p>
        </w:tc>
      </w:tr>
      <w:tr w:rsidR="0087771C" w14:paraId="7F68CC26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CE4C61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Стартовый протокол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F8F71F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«Публикация»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D14BB7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после посева</w:t>
            </w:r>
          </w:p>
        </w:tc>
      </w:tr>
      <w:tr w:rsidR="0087771C" w14:paraId="12454717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26CBAA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Результаты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04255D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«Онлайн-результаты»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BE3EE9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после старта</w:t>
            </w:r>
          </w:p>
        </w:tc>
      </w:tr>
      <w:tr w:rsidR="0087771C" w14:paraId="411E6E78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6C4F93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Live-табло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D99DE9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«Онлайн-результаты»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2FC38D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 день старта</w:t>
            </w:r>
          </w:p>
        </w:tc>
      </w:tr>
      <w:tr w:rsidR="0087771C" w14:paraId="0CC55145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780D8E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TV-табло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50E9BB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«Онлайн-результаты»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C78AE5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для экрана в бассейне</w:t>
            </w:r>
          </w:p>
        </w:tc>
      </w:tr>
      <w:tr w:rsidR="0087771C" w14:paraId="3BCDB4AC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8CB7BBE" w14:textId="77777777" w:rsidR="0087771C" w:rsidRDefault="00CE4A25">
            <w:pPr>
              <w:spacing w:after="0"/>
            </w:pPr>
            <w:r>
              <w:rPr>
                <w:sz w:val="18"/>
              </w:rPr>
              <w:t>Итоговые протоколы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156D9EE" w14:textId="77777777" w:rsidR="0087771C" w:rsidRDefault="00CE4A25">
            <w:pPr>
              <w:spacing w:after="0"/>
            </w:pPr>
            <w:r>
              <w:rPr>
                <w:sz w:val="18"/>
              </w:rPr>
              <w:t>«Протоколы» + публикация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BF331E2" w14:textId="77777777" w:rsidR="0087771C" w:rsidRDefault="00CE4A25">
            <w:pPr>
              <w:spacing w:after="0"/>
            </w:pPr>
            <w:r>
              <w:rPr>
                <w:sz w:val="18"/>
              </w:rPr>
              <w:t>после утверждения</w:t>
            </w:r>
          </w:p>
        </w:tc>
      </w:tr>
    </w:tbl>
    <w:p w14:paraId="5D98FC61" w14:textId="77777777" w:rsidR="0087771C" w:rsidRDefault="0087771C">
      <w:pPr>
        <w:spacing w:after="40"/>
      </w:pPr>
    </w:p>
    <w:p w14:paraId="51170388" w14:textId="77777777" w:rsidR="0087771C" w:rsidRDefault="00CE4A25">
      <w:pPr>
        <w:pStyle w:val="31"/>
      </w:pPr>
      <w:r>
        <w:t>13.3. Live-табло</w:t>
      </w:r>
    </w:p>
    <w:p w14:paraId="7AEF60A1" w14:textId="77777777" w:rsidR="0087771C" w:rsidRDefault="00CE4A25">
      <w:r>
        <w:rPr>
          <w:rFonts w:ascii="Consolas" w:hAnsi="Consolas"/>
          <w:color w:val="0E6E86"/>
          <w:sz w:val="21"/>
        </w:rPr>
        <w:t>/live/&lt;slug&gt;</w:t>
      </w:r>
      <w:r>
        <w:t xml:space="preserve"> обновляется каждые несколько секунд:</w:t>
      </w:r>
    </w:p>
    <w:p w14:paraId="4C5AF3BA" w14:textId="77777777" w:rsidR="0087771C" w:rsidRDefault="00CE4A25">
      <w:pPr>
        <w:pStyle w:val="a0"/>
      </w:pPr>
      <w:r>
        <w:t>текущий заплыв;</w:t>
      </w:r>
    </w:p>
    <w:p w14:paraId="58450E7F" w14:textId="77777777" w:rsidR="0087771C" w:rsidRDefault="00CE4A25">
      <w:pPr>
        <w:pStyle w:val="a0"/>
      </w:pPr>
      <w:r>
        <w:t>последние результаты;</w:t>
      </w:r>
    </w:p>
    <w:p w14:paraId="6C49F580" w14:textId="77777777" w:rsidR="0087771C" w:rsidRDefault="00CE4A25">
      <w:pPr>
        <w:pStyle w:val="a0"/>
      </w:pPr>
      <w:r>
        <w:t>командный зачёт;</w:t>
      </w:r>
    </w:p>
    <w:p w14:paraId="6C5C27C2" w14:textId="77777777" w:rsidR="0087771C" w:rsidRDefault="00CE4A25">
      <w:pPr>
        <w:pStyle w:val="a0"/>
      </w:pPr>
      <w:r>
        <w:t>прогресс соревнования.</w:t>
      </w:r>
    </w:p>
    <w:p w14:paraId="266E2BD9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 wp14:anchorId="2F2C5C2E" wp14:editId="53D9138C">
            <wp:extent cx="5652000" cy="39250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ve-board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9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4ECBC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26. Live-табло соревнования</w:t>
      </w:r>
    </w:p>
    <w:p w14:paraId="4B4ADE62" w14:textId="77777777" w:rsidR="0087771C" w:rsidRDefault="00CE4A25">
      <w:pPr>
        <w:pStyle w:val="31"/>
      </w:pPr>
      <w:r>
        <w:lastRenderedPageBreak/>
        <w:t>13.4. TV-табло</w:t>
      </w:r>
    </w:p>
    <w:p w14:paraId="124239A2" w14:textId="77777777" w:rsidR="0087771C" w:rsidRDefault="00CE4A25">
      <w:r>
        <w:rPr>
          <w:rFonts w:ascii="Consolas" w:hAnsi="Consolas"/>
          <w:color w:val="0E6E86"/>
          <w:sz w:val="21"/>
        </w:rPr>
        <w:t>/tv/&lt;slug&gt;</w:t>
      </w:r>
      <w:r>
        <w:t xml:space="preserve"> — крупный экран для бассейна. Показывает текущий заплыв, результаты и зачёт. Можно вывести на телевизор в холле.</w:t>
      </w:r>
    </w:p>
    <w:p w14:paraId="11A9C223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 wp14:anchorId="49CFBC99" wp14:editId="41831226">
            <wp:extent cx="5652000" cy="39250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v-board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9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97ABA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27. TV-табло для большого экрана в бассейне</w:t>
      </w:r>
    </w:p>
    <w:p w14:paraId="0D360C63" w14:textId="77777777" w:rsidR="0087771C" w:rsidRDefault="00CE4A25">
      <w:pPr>
        <w:pStyle w:val="31"/>
      </w:pPr>
      <w:r>
        <w:t>13.5. Поиск дипломов на публичной странице</w:t>
      </w:r>
    </w:p>
    <w:p w14:paraId="6D85EB22" w14:textId="77777777" w:rsidR="0087771C" w:rsidRDefault="00CE4A25">
      <w:r>
        <w:t xml:space="preserve">Блок </w:t>
      </w:r>
      <w:r>
        <w:rPr>
          <w:b/>
        </w:rPr>
        <w:t>«Дипломы → Найти участника»</w:t>
      </w:r>
      <w:r>
        <w:t>:</w:t>
      </w:r>
    </w:p>
    <w:p w14:paraId="459A67E5" w14:textId="77777777" w:rsidR="0087771C" w:rsidRDefault="00CE4A25">
      <w:pPr>
        <w:pStyle w:val="a0"/>
      </w:pPr>
      <w:r>
        <w:t>поиск по фамилии, имени или году рождения;</w:t>
      </w:r>
    </w:p>
    <w:p w14:paraId="4F908F70" w14:textId="77777777" w:rsidR="0087771C" w:rsidRDefault="00CE4A25">
      <w:pPr>
        <w:pStyle w:val="a0"/>
      </w:pPr>
      <w:r>
        <w:t xml:space="preserve">кнопка </w:t>
      </w:r>
      <w:r>
        <w:rPr>
          <w:b/>
        </w:rPr>
        <w:t>«Призёр · № дисциплины · место»</w:t>
      </w:r>
      <w:r>
        <w:t xml:space="preserve"> (если есть);</w:t>
      </w:r>
    </w:p>
    <w:p w14:paraId="77DB8DF5" w14:textId="77777777" w:rsidR="0087771C" w:rsidRDefault="00CE4A25">
      <w:pPr>
        <w:pStyle w:val="a0"/>
      </w:pPr>
      <w:r>
        <w:t xml:space="preserve">кнопка </w:t>
      </w:r>
      <w:r>
        <w:rPr>
          <w:b/>
        </w:rPr>
        <w:t>«Диплом участника»</w:t>
      </w:r>
      <w:r>
        <w:t>.</w:t>
      </w:r>
    </w:p>
    <w:p w14:paraId="3CE1DAC7" w14:textId="77777777" w:rsidR="0087771C" w:rsidRDefault="00CE4A25">
      <w:r>
        <w:t>Работает после публикации результатов. Родителю не нужно писать организатору — он сам находит и скачивает диплом.</w:t>
      </w:r>
    </w:p>
    <w:p w14:paraId="3F92D7FD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 wp14:anchorId="5C5C0A1A" wp14:editId="51FC8087">
            <wp:extent cx="5832000" cy="609559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c-search-block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609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4DAA0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28. Поиск диплома по фамилии и году рождения</w:t>
      </w:r>
    </w:p>
    <w:p w14:paraId="40F42489" w14:textId="77777777" w:rsidR="0087771C" w:rsidRDefault="00CE4A25">
      <w:pPr>
        <w:pStyle w:val="31"/>
      </w:pPr>
      <w:r>
        <w:t>13.6. Скрытие результатов до старта</w:t>
      </w:r>
    </w:p>
    <w:p w14:paraId="712A71B6" w14:textId="77777777" w:rsidR="0087771C" w:rsidRDefault="00CE4A25">
      <w:r>
        <w:t>Пока идёт приём заявок, результаты скрыты: онлайн-табло, итоговые протоколы, Lenex результатов и API не показывают чужие результаты. После закрытия заявок или старта доступ открывается автоматически.</w:t>
      </w:r>
    </w:p>
    <w:p w14:paraId="04593A13" w14:textId="77777777" w:rsidR="0087771C" w:rsidRDefault="00CE4A25">
      <w:pPr>
        <w:pStyle w:val="31"/>
      </w:pPr>
      <w:r>
        <w:lastRenderedPageBreak/>
        <w:t>13.7. Сценарий публикации</w:t>
      </w:r>
    </w:p>
    <w:p w14:paraId="6E158E31" w14:textId="77777777" w:rsidR="0087771C" w:rsidRDefault="00CE4A25">
      <w:pPr>
        <w:ind w:left="255"/>
      </w:pPr>
      <w:r>
        <w:t>1. Опубликуйте страницу соревнования.</w:t>
      </w:r>
    </w:p>
    <w:p w14:paraId="4BFCDCD8" w14:textId="77777777" w:rsidR="0087771C" w:rsidRDefault="00CE4A25">
      <w:pPr>
        <w:ind w:left="255"/>
      </w:pPr>
      <w:r>
        <w:t>2. Проверьте программу и положение.</w:t>
      </w:r>
    </w:p>
    <w:p w14:paraId="3EB12BCD" w14:textId="77777777" w:rsidR="0087771C" w:rsidRDefault="00CE4A25">
      <w:pPr>
        <w:ind w:left="255"/>
      </w:pPr>
      <w:r>
        <w:t>3. Откройте заявки.</w:t>
      </w:r>
    </w:p>
    <w:p w14:paraId="2DEA2F71" w14:textId="77777777" w:rsidR="0087771C" w:rsidRDefault="00CE4A25">
      <w:pPr>
        <w:ind w:left="255"/>
      </w:pPr>
      <w:r>
        <w:t>4. После подтверждения заявок покажите заявочный протокол (без времени или со временем — по решению).</w:t>
      </w:r>
    </w:p>
    <w:p w14:paraId="0C2ABEF9" w14:textId="77777777" w:rsidR="0087771C" w:rsidRDefault="00CE4A25">
      <w:pPr>
        <w:ind w:left="255"/>
      </w:pPr>
      <w:r>
        <w:t>5. После посева опубликуйте стартовый протокол.</w:t>
      </w:r>
    </w:p>
    <w:p w14:paraId="5EECFD6B" w14:textId="77777777" w:rsidR="0087771C" w:rsidRDefault="00CE4A25">
      <w:pPr>
        <w:ind w:left="255"/>
      </w:pPr>
      <w:r>
        <w:t>6. В день старта включите live- и TV-табло.</w:t>
      </w:r>
    </w:p>
    <w:p w14:paraId="44C2DD18" w14:textId="77777777" w:rsidR="0087771C" w:rsidRDefault="00CE4A25">
      <w:pPr>
        <w:ind w:left="255"/>
      </w:pPr>
      <w:r>
        <w:t>7. После утверждения дисциплин откройте результаты.</w:t>
      </w:r>
    </w:p>
    <w:p w14:paraId="02A8B8CA" w14:textId="77777777" w:rsidR="0087771C" w:rsidRDefault="00CE4A25">
      <w:pPr>
        <w:ind w:left="255"/>
      </w:pPr>
      <w:r>
        <w:t>8. После соревнования опубликуйте итоги и галерею.</w:t>
      </w:r>
    </w:p>
    <w:p w14:paraId="1DC5D369" w14:textId="77777777" w:rsidR="0087771C" w:rsidRDefault="00CE4A25">
      <w:pPr>
        <w:pStyle w:val="31"/>
      </w:pPr>
      <w:r>
        <w:t>13.8. Если в опубликованных данных ошибка</w:t>
      </w:r>
    </w:p>
    <w:p w14:paraId="494C1533" w14:textId="77777777" w:rsidR="0087771C" w:rsidRDefault="00CE4A25">
      <w:pPr>
        <w:ind w:left="255"/>
      </w:pPr>
      <w:r>
        <w:t>1. Снимите официальность дисциплины (если нужно).</w:t>
      </w:r>
    </w:p>
    <w:p w14:paraId="06D61CE6" w14:textId="77777777" w:rsidR="0087771C" w:rsidRDefault="00CE4A25">
      <w:pPr>
        <w:ind w:left="255"/>
      </w:pPr>
      <w:r>
        <w:t>2. Исправьте результат или заявку.</w:t>
      </w:r>
    </w:p>
    <w:p w14:paraId="5F1F4F16" w14:textId="77777777" w:rsidR="0087771C" w:rsidRDefault="00CE4A25">
      <w:pPr>
        <w:ind w:left="255"/>
      </w:pPr>
      <w:r>
        <w:t>3. Пересчитайте.</w:t>
      </w:r>
    </w:p>
    <w:p w14:paraId="4F29ED49" w14:textId="77777777" w:rsidR="0087771C" w:rsidRDefault="00CE4A25">
      <w:pPr>
        <w:ind w:left="255"/>
      </w:pPr>
      <w:r>
        <w:t>4. Обновите страницу результатов.</w:t>
      </w:r>
    </w:p>
    <w:p w14:paraId="1680F1BF" w14:textId="77777777" w:rsidR="0087771C" w:rsidRDefault="00CE4A25">
      <w:pPr>
        <w:ind w:left="255"/>
      </w:pPr>
      <w:r>
        <w:t>5. Проверьте PDF и live-табло.</w:t>
      </w:r>
    </w:p>
    <w:p w14:paraId="6BC6F943" w14:textId="77777777" w:rsidR="0087771C" w:rsidRDefault="00CE4A25">
      <w:pPr>
        <w:ind w:left="255"/>
      </w:pPr>
      <w:r>
        <w:t>6. Снова опубликуйте.</w:t>
      </w:r>
    </w:p>
    <w:p w14:paraId="4B55671D" w14:textId="77777777" w:rsidR="0087771C" w:rsidRDefault="00CE4A25">
      <w:r>
        <w:t>Если ошибка уже разошлась по родителям, коротко объясните и дайте ссылку на исправленный протокол.</w:t>
      </w:r>
    </w:p>
    <w:p w14:paraId="2661B368" w14:textId="77777777" w:rsidR="0087771C" w:rsidRDefault="00CE4A25">
      <w:pPr>
        <w:pStyle w:val="31"/>
      </w:pPr>
      <w:r>
        <w:t>13.9. Ссылки для участников</w:t>
      </w:r>
    </w:p>
    <w:p w14:paraId="0D2C5787" w14:textId="77777777" w:rsidR="0087771C" w:rsidRDefault="00CE4A25">
      <w:pPr>
        <w:pStyle w:val="a0"/>
      </w:pPr>
      <w:r>
        <w:t xml:space="preserve">Публичная страница </w:t>
      </w:r>
      <w:r>
        <w:rPr>
          <w:rFonts w:ascii="Consolas" w:hAnsi="Consolas"/>
          <w:color w:val="0E6E86"/>
          <w:sz w:val="21"/>
        </w:rPr>
        <w:t>/c/&lt;slug&gt;</w:t>
      </w:r>
      <w:r>
        <w:t>.</w:t>
      </w:r>
    </w:p>
    <w:p w14:paraId="7926991A" w14:textId="77777777" w:rsidR="0087771C" w:rsidRDefault="00CE4A25">
      <w:pPr>
        <w:pStyle w:val="a0"/>
      </w:pPr>
      <w:r>
        <w:t xml:space="preserve">Результаты </w:t>
      </w:r>
      <w:r>
        <w:rPr>
          <w:rFonts w:ascii="Consolas" w:hAnsi="Consolas"/>
          <w:color w:val="0E6E86"/>
          <w:sz w:val="21"/>
        </w:rPr>
        <w:t>/c/&lt;slug&gt;/results</w:t>
      </w:r>
      <w:r>
        <w:t>.</w:t>
      </w:r>
    </w:p>
    <w:p w14:paraId="58CC6A16" w14:textId="77777777" w:rsidR="0087771C" w:rsidRDefault="00CE4A25">
      <w:pPr>
        <w:pStyle w:val="a0"/>
      </w:pPr>
      <w:r>
        <w:t xml:space="preserve">Протоколы </w:t>
      </w:r>
      <w:r>
        <w:rPr>
          <w:rFonts w:ascii="Consolas" w:hAnsi="Consolas"/>
          <w:color w:val="0E6E86"/>
          <w:sz w:val="21"/>
        </w:rPr>
        <w:t>/c/&lt;slug&gt;/protocols</w:t>
      </w:r>
      <w:r>
        <w:t>.</w:t>
      </w:r>
    </w:p>
    <w:p w14:paraId="350EC0B5" w14:textId="77777777" w:rsidR="0087771C" w:rsidRDefault="00CE4A25">
      <w:pPr>
        <w:pStyle w:val="a0"/>
      </w:pPr>
      <w:r>
        <w:t xml:space="preserve">Live </w:t>
      </w:r>
      <w:r>
        <w:rPr>
          <w:rFonts w:ascii="Consolas" w:hAnsi="Consolas"/>
          <w:color w:val="0E6E86"/>
          <w:sz w:val="21"/>
        </w:rPr>
        <w:t>/live/&lt;slug&gt;</w:t>
      </w:r>
      <w:r>
        <w:t>.</w:t>
      </w:r>
    </w:p>
    <w:p w14:paraId="1203BD1E" w14:textId="77777777" w:rsidR="0087771C" w:rsidRDefault="00CE4A25">
      <w:pPr>
        <w:pStyle w:val="a0"/>
      </w:pPr>
      <w:r>
        <w:t xml:space="preserve">TV </w:t>
      </w:r>
      <w:r>
        <w:rPr>
          <w:rFonts w:ascii="Consolas" w:hAnsi="Consolas"/>
          <w:color w:val="0E6E86"/>
          <w:sz w:val="21"/>
        </w:rPr>
        <w:t>/tv/&lt;slug&gt;</w:t>
      </w:r>
      <w:r>
        <w:t>.</w:t>
      </w:r>
    </w:p>
    <w:p w14:paraId="347AE7D0" w14:textId="77777777" w:rsidR="0087771C" w:rsidRDefault="00CE4A25">
      <w:r>
        <w:t>Одну ссылку на страницу соревнования достаточно: остальное участник найдёт в меню.</w:t>
      </w:r>
    </w:p>
    <w:p w14:paraId="6A1BEE14" w14:textId="77777777" w:rsidR="0087771C" w:rsidRDefault="00CE4A25">
      <w:pPr>
        <w:pStyle w:val="21"/>
      </w:pPr>
      <w:bookmarkStart w:id="13" w:name="_Toc243919861"/>
      <w:r>
        <w:t>14. Награждение и дипломы</w:t>
      </w:r>
      <w:bookmarkEnd w:id="13"/>
    </w:p>
    <w:p w14:paraId="4C895519" w14:textId="77777777" w:rsidR="0087771C" w:rsidRDefault="00CE4A25">
      <w:r>
        <w:t xml:space="preserve">Раздел </w:t>
      </w:r>
      <w:r>
        <w:rPr>
          <w:b/>
        </w:rPr>
        <w:t>«Награждение»</w:t>
      </w:r>
      <w:r>
        <w:t xml:space="preserve"> — единый центр дипломов.</w:t>
      </w:r>
    </w:p>
    <w:p w14:paraId="4B928622" w14:textId="77777777" w:rsidR="0087771C" w:rsidRDefault="00CE4A25">
      <w:pPr>
        <w:pStyle w:val="31"/>
      </w:pPr>
      <w:r>
        <w:t>14.1. Кто получает диплом</w:t>
      </w:r>
    </w:p>
    <w:p w14:paraId="4F30AF53" w14:textId="77777777" w:rsidR="0087771C" w:rsidRDefault="00CE4A25">
      <w:pPr>
        <w:pStyle w:val="a0"/>
      </w:pPr>
      <w:r>
        <w:rPr>
          <w:b/>
        </w:rPr>
        <w:t>Призёры</w:t>
      </w:r>
      <w:r>
        <w:t xml:space="preserve"> — 1–3 место в каждой возрастной группе дисциплины.</w:t>
      </w:r>
    </w:p>
    <w:p w14:paraId="19C2EF5A" w14:textId="77777777" w:rsidR="0087771C" w:rsidRDefault="00CE4A25">
      <w:pPr>
        <w:pStyle w:val="a0"/>
      </w:pPr>
      <w:r>
        <w:rPr>
          <w:b/>
        </w:rPr>
        <w:t>Участники</w:t>
      </w:r>
      <w:r>
        <w:t xml:space="preserve"> — все, кто стартовал, включая EXH.</w:t>
      </w:r>
    </w:p>
    <w:p w14:paraId="66650E42" w14:textId="77777777" w:rsidR="0087771C" w:rsidRDefault="00CE4A25">
      <w:pPr>
        <w:pStyle w:val="a0"/>
      </w:pPr>
      <w:r>
        <w:rPr>
          <w:b/>
        </w:rPr>
        <w:lastRenderedPageBreak/>
        <w:t>Эстафеты</w:t>
      </w:r>
      <w:r>
        <w:t xml:space="preserve"> — диплом на команду/пловцов (по настройке).</w:t>
      </w:r>
    </w:p>
    <w:p w14:paraId="4DE0ED84" w14:textId="77777777" w:rsidR="0087771C" w:rsidRDefault="00CE4A25">
      <w:pPr>
        <w:pStyle w:val="31"/>
      </w:pPr>
      <w:r>
        <w:t>14.2. Пять стилей</w:t>
      </w:r>
    </w:p>
    <w:p w14:paraId="4904BE3D" w14:textId="77777777" w:rsidR="0087771C" w:rsidRDefault="00CE4A25">
      <w:r>
        <w:t xml:space="preserve">Все дипломы — </w:t>
      </w:r>
      <w:r>
        <w:rPr>
          <w:b/>
        </w:rPr>
        <w:t>A4, книжная ориентация</w:t>
      </w:r>
      <w:r>
        <w:t>. Призёры получают место 1–3, участники — диплом участника; эстафеты печатаются на команду/пловцов.</w:t>
      </w:r>
    </w:p>
    <w:p w14:paraId="56030978" w14:textId="77777777" w:rsidR="0087771C" w:rsidRDefault="00CE4A25">
      <w:pPr>
        <w:pStyle w:val="a0"/>
      </w:pPr>
      <w:r>
        <w:rPr>
          <w:b/>
        </w:rPr>
        <w:t>Волна</w:t>
      </w:r>
      <w:r>
        <w:t xml:space="preserve"> — водный, спортивный, с волнами.</w:t>
      </w:r>
    </w:p>
    <w:p w14:paraId="4D8F1C3B" w14:textId="77777777" w:rsidR="0087771C" w:rsidRDefault="00CE4A25">
      <w:pPr>
        <w:pStyle w:val="a0"/>
      </w:pPr>
      <w:r>
        <w:rPr>
          <w:b/>
        </w:rPr>
        <w:t>Классика</w:t>
      </w:r>
      <w:r>
        <w:t xml:space="preserve"> — строгий, для официальных первенств.</w:t>
      </w:r>
    </w:p>
    <w:p w14:paraId="063AE2E5" w14:textId="77777777" w:rsidR="0087771C" w:rsidRDefault="00CE4A25">
      <w:pPr>
        <w:pStyle w:val="a0"/>
      </w:pPr>
      <w:r>
        <w:rPr>
          <w:b/>
        </w:rPr>
        <w:t>Спорт</w:t>
      </w:r>
      <w:r>
        <w:t xml:space="preserve"> — динамичный, с крупным результатом.</w:t>
      </w:r>
    </w:p>
    <w:p w14:paraId="1C1F2E68" w14:textId="77777777" w:rsidR="0087771C" w:rsidRDefault="00CE4A25">
      <w:pPr>
        <w:pStyle w:val="a0"/>
      </w:pPr>
      <w:r>
        <w:rPr>
          <w:b/>
        </w:rPr>
        <w:t>Детский</w:t>
      </w:r>
      <w:r>
        <w:t xml:space="preserve"> — мягкий, для фестивалей.</w:t>
      </w:r>
    </w:p>
    <w:p w14:paraId="7343FCA2" w14:textId="77777777" w:rsidR="0087771C" w:rsidRDefault="00CE4A25">
      <w:pPr>
        <w:pStyle w:val="a0"/>
      </w:pPr>
      <w:r>
        <w:rPr>
          <w:b/>
        </w:rPr>
        <w:t>Премиум</w:t>
      </w:r>
      <w:r>
        <w:t xml:space="preserve"> — тёмный, с золотом, для финалов.</w:t>
      </w:r>
    </w:p>
    <w:p w14:paraId="123FBD2E" w14:textId="77777777" w:rsidR="0087771C" w:rsidRDefault="00CE4A25">
      <w:pPr>
        <w:pStyle w:val="a0"/>
      </w:pPr>
      <w:r>
        <w:rPr>
          <w:b/>
        </w:rPr>
        <w:t>Своя форма</w:t>
      </w:r>
      <w:r>
        <w:t xml:space="preserve"> — конструктор.</w:t>
      </w:r>
    </w:p>
    <w:p w14:paraId="32493799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 wp14:anchorId="5EDBA943" wp14:editId="2BF95099">
            <wp:extent cx="5832000" cy="1335221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wards-styles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335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6B0AA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29. Пять стилей дипломов и конструктор «Своя форма»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028B1A6C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614398E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Стиль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0F0E795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Настроение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4F127A8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Для какого старта</w:t>
            </w:r>
          </w:p>
        </w:tc>
      </w:tr>
      <w:tr w:rsidR="0087771C" w14:paraId="3133E48F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D81522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Волна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539E03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вода, спорт, мягкие волны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85A747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детский фестиваль, клубный старт</w:t>
            </w:r>
          </w:p>
        </w:tc>
      </w:tr>
      <w:tr w:rsidR="0087771C" w14:paraId="5A3D8F3A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ED4132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Классика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8F054E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строгий документ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6F6EF0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первенство, официальные соревнования</w:t>
            </w:r>
          </w:p>
        </w:tc>
      </w:tr>
      <w:tr w:rsidR="0087771C" w14:paraId="2CDF1CD2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6AC852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Спорт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37DF8C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динамика, крупная цифра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2BD8D3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быстрые старты, финалы</w:t>
            </w:r>
          </w:p>
        </w:tc>
      </w:tr>
      <w:tr w:rsidR="0087771C" w14:paraId="5761EE0F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66173B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Детский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3A0FBA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светлый, дружелюбный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1E272F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детские фестивали</w:t>
            </w:r>
          </w:p>
        </w:tc>
      </w:tr>
      <w:tr w:rsidR="0087771C" w14:paraId="0DD8D0CE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2F69E5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Премиум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A25A19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тёмный, золото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0B3D40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финалы, награждение победителей</w:t>
            </w:r>
          </w:p>
        </w:tc>
      </w:tr>
      <w:tr w:rsidR="0087771C" w14:paraId="1BEA782D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1CF2948" w14:textId="77777777" w:rsidR="0087771C" w:rsidRDefault="00CE4A25">
            <w:pPr>
              <w:spacing w:after="0"/>
            </w:pPr>
            <w:r>
              <w:rPr>
                <w:sz w:val="18"/>
              </w:rPr>
              <w:t>Своя форма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36F8836" w14:textId="77777777" w:rsidR="0087771C" w:rsidRDefault="00CE4A25">
            <w:pPr>
              <w:spacing w:after="0"/>
            </w:pPr>
            <w:r>
              <w:rPr>
                <w:sz w:val="18"/>
              </w:rPr>
              <w:t>полностью свой дизайн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8C941B4" w14:textId="77777777" w:rsidR="0087771C" w:rsidRDefault="00CE4A25">
            <w:pPr>
              <w:spacing w:after="0"/>
            </w:pPr>
            <w:r>
              <w:rPr>
                <w:sz w:val="18"/>
              </w:rPr>
              <w:t>бренд организатора</w:t>
            </w:r>
          </w:p>
        </w:tc>
      </w:tr>
    </w:tbl>
    <w:p w14:paraId="0D110B66" w14:textId="77777777" w:rsidR="0087771C" w:rsidRDefault="0087771C">
      <w:pPr>
        <w:spacing w:after="40"/>
      </w:pPr>
    </w:p>
    <w:p w14:paraId="61EF129B" w14:textId="77777777" w:rsidR="0087771C" w:rsidRDefault="00CE4A25">
      <w:r>
        <w:rPr>
          <w:b/>
        </w:rPr>
        <w:t>Как выбрать:</w:t>
      </w:r>
      <w:r>
        <w:t xml:space="preserve"> откройте «призёр» и «участник» на карточке стиля, проверьте, что фамилия, клуб, место и результат читаются на печати A4. Не выбирайте стиль только по экрану — проверьте PDF.</w:t>
      </w:r>
    </w:p>
    <w:p w14:paraId="2BA9BA3F" w14:textId="77777777" w:rsidR="0087771C" w:rsidRDefault="00CE4A25">
      <w:pPr>
        <w:pStyle w:val="31"/>
      </w:pPr>
      <w:r>
        <w:t>14.3. Автоматическое формирование</w:t>
      </w:r>
    </w:p>
    <w:p w14:paraId="295AD8FB" w14:textId="77777777" w:rsidR="0087771C" w:rsidRDefault="00CE4A25">
      <w:pPr>
        <w:ind w:left="255"/>
      </w:pPr>
      <w:r>
        <w:t>1. Судья утверждает последний заплыв дисциплины.</w:t>
      </w:r>
    </w:p>
    <w:p w14:paraId="1D42E3B6" w14:textId="77777777" w:rsidR="0087771C" w:rsidRDefault="00CE4A25">
      <w:pPr>
        <w:ind w:left="255"/>
      </w:pPr>
      <w:r>
        <w:t>2. Система считает места.</w:t>
      </w:r>
    </w:p>
    <w:p w14:paraId="2A267E62" w14:textId="77777777" w:rsidR="0087771C" w:rsidRDefault="00CE4A25">
      <w:pPr>
        <w:ind w:left="255"/>
      </w:pPr>
      <w:r>
        <w:t>3. Автоматически формируется PDF призёров.</w:t>
      </w:r>
    </w:p>
    <w:p w14:paraId="21CB3119" w14:textId="77777777" w:rsidR="0087771C" w:rsidRDefault="00CE4A25">
      <w:pPr>
        <w:ind w:left="255"/>
      </w:pPr>
      <w:r>
        <w:t>4. На пульте появляется маячок «Дипломы сформированы».</w:t>
      </w:r>
    </w:p>
    <w:p w14:paraId="0B27481A" w14:textId="77777777" w:rsidR="0087771C" w:rsidRDefault="00CE4A25">
      <w:pPr>
        <w:ind w:left="255"/>
      </w:pPr>
      <w:r>
        <w:t>5. Дипломы попадают в очередь награждения.</w:t>
      </w:r>
    </w:p>
    <w:p w14:paraId="7D05D3E0" w14:textId="77777777" w:rsidR="0087771C" w:rsidRDefault="00CE4A25">
      <w:r>
        <w:rPr>
          <w:b/>
        </w:rPr>
        <w:lastRenderedPageBreak/>
        <w:t>Что проверить после генерации:</w:t>
      </w:r>
    </w:p>
    <w:p w14:paraId="639E2EAF" w14:textId="77777777" w:rsidR="0087771C" w:rsidRDefault="00CE4A25">
      <w:pPr>
        <w:pStyle w:val="a0"/>
      </w:pPr>
      <w:r>
        <w:t>в дипломе правильные имя, клуб, дисциплина и место;</w:t>
      </w:r>
    </w:p>
    <w:p w14:paraId="4671E895" w14:textId="77777777" w:rsidR="0087771C" w:rsidRDefault="00CE4A25">
      <w:pPr>
        <w:pStyle w:val="a0"/>
      </w:pPr>
      <w:r>
        <w:t>печать и подпись не перекрывают текст;</w:t>
      </w:r>
    </w:p>
    <w:p w14:paraId="1AF48362" w14:textId="77777777" w:rsidR="0087771C" w:rsidRDefault="00CE4A25">
      <w:pPr>
        <w:pStyle w:val="a0"/>
      </w:pPr>
      <w:r>
        <w:t>подписант совпадает с настройками;</w:t>
      </w:r>
    </w:p>
    <w:p w14:paraId="3161059E" w14:textId="77777777" w:rsidR="0087771C" w:rsidRDefault="00CE4A25">
      <w:pPr>
        <w:pStyle w:val="a0"/>
      </w:pPr>
      <w:r>
        <w:t>PDF открывается на телефоне;</w:t>
      </w:r>
    </w:p>
    <w:p w14:paraId="72214F05" w14:textId="77777777" w:rsidR="0087771C" w:rsidRDefault="00CE4A25">
      <w:pPr>
        <w:pStyle w:val="a0"/>
      </w:pPr>
      <w:r>
        <w:t>количество дипломов совпадает с числом призёров.</w:t>
      </w:r>
    </w:p>
    <w:p w14:paraId="02E15DBE" w14:textId="77777777" w:rsidR="0087771C" w:rsidRDefault="00CE4A25">
      <w:r>
        <w:t>Если диплом не сформировался, проверьте: дисциплина официальна, у призёров есть valid-результаты, в настройках выбран шаблон.</w:t>
      </w:r>
    </w:p>
    <w:p w14:paraId="1AD5FD4B" w14:textId="77777777" w:rsidR="0087771C" w:rsidRDefault="00CE4A25">
      <w:pPr>
        <w:pStyle w:val="31"/>
      </w:pPr>
      <w:r>
        <w:t>14.4. Печать и очередь</w:t>
      </w:r>
    </w:p>
    <w:p w14:paraId="1E62F3BA" w14:textId="77777777" w:rsidR="0087771C" w:rsidRDefault="00CE4A25">
      <w:r>
        <w:t>В «Награждении»:</w:t>
      </w:r>
    </w:p>
    <w:p w14:paraId="552CEA01" w14:textId="77777777" w:rsidR="0087771C" w:rsidRDefault="00CE4A25">
      <w:pPr>
        <w:pStyle w:val="a0"/>
      </w:pPr>
      <w:r>
        <w:t>очередь дисциплин;</w:t>
      </w:r>
    </w:p>
    <w:p w14:paraId="371A147C" w14:textId="77777777" w:rsidR="0087771C" w:rsidRDefault="00CE4A25">
      <w:pPr>
        <w:pStyle w:val="a0"/>
      </w:pPr>
      <w:r>
        <w:t>статус «напечатано / не напечатано»;</w:t>
      </w:r>
    </w:p>
    <w:p w14:paraId="7E90B701" w14:textId="77777777" w:rsidR="0087771C" w:rsidRDefault="00CE4A25">
      <w:pPr>
        <w:pStyle w:val="a0"/>
      </w:pPr>
      <w:r>
        <w:t>кнопки «Все призёры» и «Все участники»;</w:t>
      </w:r>
    </w:p>
    <w:p w14:paraId="10C99907" w14:textId="77777777" w:rsidR="0087771C" w:rsidRDefault="00CE4A25">
      <w:pPr>
        <w:pStyle w:val="a0"/>
      </w:pPr>
      <w:r>
        <w:t>скачивание PDF по дисциплине;</w:t>
      </w:r>
    </w:p>
    <w:p w14:paraId="2100582B" w14:textId="77777777" w:rsidR="0087771C" w:rsidRDefault="00CE4A25">
      <w:pPr>
        <w:pStyle w:val="a0"/>
      </w:pPr>
      <w:r>
        <w:t>отметка о печати.</w:t>
      </w:r>
    </w:p>
    <w:p w14:paraId="25432D0F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 wp14:anchorId="1695CE95" wp14:editId="0C22EB2C">
            <wp:extent cx="5652000" cy="39250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wards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9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45E36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30. Очередь награждения: дисциплины и кнопки печати</w:t>
      </w:r>
    </w:p>
    <w:p w14:paraId="173EF538" w14:textId="77777777" w:rsidR="0087771C" w:rsidRDefault="00CE4A25">
      <w:pPr>
        <w:pStyle w:val="31"/>
      </w:pPr>
      <w:r>
        <w:t>14.5. Конструктор «Своя форма»</w:t>
      </w:r>
    </w:p>
    <w:p w14:paraId="65521047" w14:textId="77777777" w:rsidR="0087771C" w:rsidRDefault="00CE4A25">
      <w:r>
        <w:t>Позволяет:</w:t>
      </w:r>
    </w:p>
    <w:p w14:paraId="184750B5" w14:textId="77777777" w:rsidR="0087771C" w:rsidRDefault="00CE4A25">
      <w:pPr>
        <w:pStyle w:val="a0"/>
      </w:pPr>
      <w:r>
        <w:t>загрузить свой фон;</w:t>
      </w:r>
    </w:p>
    <w:p w14:paraId="02EFEC3A" w14:textId="77777777" w:rsidR="0087771C" w:rsidRDefault="00CE4A25">
      <w:pPr>
        <w:pStyle w:val="a0"/>
      </w:pPr>
      <w:r>
        <w:lastRenderedPageBreak/>
        <w:t>добавить текст, имя, место, клуб, дисциплину, возраст, результат, дату, город, организатора;</w:t>
      </w:r>
    </w:p>
    <w:p w14:paraId="49461096" w14:textId="77777777" w:rsidR="0087771C" w:rsidRDefault="00CE4A25">
      <w:pPr>
        <w:pStyle w:val="a0"/>
      </w:pPr>
      <w:r>
        <w:t>добавить QR, печать, подпись, логотип, рамку, линию;</w:t>
      </w:r>
    </w:p>
    <w:p w14:paraId="1FF72815" w14:textId="77777777" w:rsidR="0087771C" w:rsidRDefault="00CE4A25">
      <w:pPr>
        <w:pStyle w:val="a0"/>
      </w:pPr>
      <w:r>
        <w:t>перетаскивать и масштабировать элементы;</w:t>
      </w:r>
    </w:p>
    <w:p w14:paraId="67C97316" w14:textId="77777777" w:rsidR="0087771C" w:rsidRDefault="00CE4A25">
      <w:pPr>
        <w:pStyle w:val="a0"/>
      </w:pPr>
      <w:r>
        <w:t>менять цвета и шрифты;</w:t>
      </w:r>
    </w:p>
    <w:p w14:paraId="3650FB71" w14:textId="77777777" w:rsidR="0087771C" w:rsidRDefault="00CE4A25">
      <w:pPr>
        <w:pStyle w:val="a0"/>
      </w:pPr>
      <w:r>
        <w:t>сохранить шаблон для соревнования.</w:t>
      </w:r>
    </w:p>
    <w:p w14:paraId="5BCAFFD5" w14:textId="77777777" w:rsidR="0087771C" w:rsidRDefault="00CE4A25">
      <w:pPr>
        <w:pStyle w:val="31"/>
      </w:pPr>
      <w:r>
        <w:t>14.6. Подписант, печать и подпись</w:t>
      </w:r>
    </w:p>
    <w:p w14:paraId="15C569CB" w14:textId="77777777" w:rsidR="0087771C" w:rsidRDefault="00CE4A25">
      <w:r>
        <w:t xml:space="preserve">В </w:t>
      </w:r>
      <w:r>
        <w:rPr>
          <w:b/>
        </w:rPr>
        <w:t>Настройках соревнования</w:t>
      </w:r>
      <w:r>
        <w:t xml:space="preserve"> есть блок </w:t>
      </w:r>
      <w:r>
        <w:rPr>
          <w:b/>
        </w:rPr>
        <w:t>«Подписант диплома»</w:t>
      </w:r>
      <w:r>
        <w:t>:</w:t>
      </w:r>
    </w:p>
    <w:p w14:paraId="51785B4D" w14:textId="77777777" w:rsidR="0087771C" w:rsidRDefault="00CE4A25">
      <w:pPr>
        <w:pStyle w:val="a0"/>
      </w:pPr>
      <w:r>
        <w:t>выбрать главного судью, рефери, секретаря, организатора;</w:t>
      </w:r>
    </w:p>
    <w:p w14:paraId="1153688D" w14:textId="77777777" w:rsidR="0087771C" w:rsidRDefault="00CE4A25">
      <w:pPr>
        <w:pStyle w:val="a0"/>
      </w:pPr>
      <w:r>
        <w:t>или указать свою должность и ФИО.</w:t>
      </w:r>
    </w:p>
    <w:p w14:paraId="47DE98F4" w14:textId="77777777" w:rsidR="0087771C" w:rsidRDefault="00CE4A25">
      <w:r>
        <w:t>Для дипломов «На волне» используется:</w:t>
      </w:r>
    </w:p>
    <w:p w14:paraId="419E972A" w14:textId="77777777" w:rsidR="0087771C" w:rsidRDefault="00CE4A25">
      <w:pPr>
        <w:pStyle w:val="a0"/>
      </w:pPr>
      <w:r>
        <w:t xml:space="preserve">должность </w:t>
      </w:r>
      <w:r>
        <w:rPr>
          <w:b/>
        </w:rPr>
        <w:t>«Спортивный директор соревнования»</w:t>
      </w:r>
      <w:r>
        <w:t>;</w:t>
      </w:r>
    </w:p>
    <w:p w14:paraId="7C1A0DE1" w14:textId="77777777" w:rsidR="0087771C" w:rsidRDefault="00CE4A25">
      <w:pPr>
        <w:pStyle w:val="a0"/>
      </w:pPr>
      <w:r>
        <w:rPr>
          <w:b/>
        </w:rPr>
        <w:t>А.Н. Маннапов</w:t>
      </w:r>
      <w:r>
        <w:t>;</w:t>
      </w:r>
    </w:p>
    <w:p w14:paraId="0E9378F6" w14:textId="77777777" w:rsidR="0087771C" w:rsidRDefault="00CE4A25">
      <w:pPr>
        <w:pStyle w:val="a0"/>
      </w:pPr>
      <w:r>
        <w:t>печать и каллиграфическая подпись.</w:t>
      </w:r>
    </w:p>
    <w:p w14:paraId="4A943189" w14:textId="77777777" w:rsidR="0087771C" w:rsidRDefault="00CE4A25">
      <w:r>
        <w:t>Печать и подпись — PNG/JPG, загружаются в «Награждении». Без загруженной печати платформа не ставит чужую печать.</w:t>
      </w:r>
    </w:p>
    <w:p w14:paraId="323D2924" w14:textId="77777777" w:rsidR="0087771C" w:rsidRDefault="00CE4A25">
      <w:pPr>
        <w:pStyle w:val="31"/>
      </w:pPr>
      <w:r>
        <w:t>14.7. QR на дипломе</w:t>
      </w:r>
    </w:p>
    <w:p w14:paraId="6F6011C8" w14:textId="77777777" w:rsidR="0087771C" w:rsidRDefault="00CE4A25">
      <w:r>
        <w:t>QR ведёт на страницу результатов соревнования. Родитель сканирует и видит протокол, а не только бумажный диплом.</w:t>
      </w:r>
    </w:p>
    <w:p w14:paraId="53971F57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32A49D93" wp14:editId="703DD8C8">
            <wp:extent cx="3384000" cy="4785943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na-preview-wav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84000" cy="4785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A25D8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31. Готовый диплом с печатью, подписью и должностью подписанта</w:t>
      </w:r>
    </w:p>
    <w:p w14:paraId="1FAAB61F" w14:textId="77777777" w:rsidR="0087771C" w:rsidRDefault="00CE4A25">
      <w:pPr>
        <w:pStyle w:val="31"/>
      </w:pPr>
      <w:r>
        <w:t>14.8. Как напечатать дипломы</w:t>
      </w:r>
    </w:p>
    <w:p w14:paraId="73199741" w14:textId="77777777" w:rsidR="0087771C" w:rsidRDefault="00CE4A25">
      <w:pPr>
        <w:ind w:left="255"/>
      </w:pPr>
      <w:r>
        <w:t>1. Откройте «Награждение».</w:t>
      </w:r>
    </w:p>
    <w:p w14:paraId="37CC8A35" w14:textId="77777777" w:rsidR="0087771C" w:rsidRDefault="00CE4A25">
      <w:pPr>
        <w:ind w:left="255"/>
      </w:pPr>
      <w:r>
        <w:t>2. Выберите дисциплину в очереди.</w:t>
      </w:r>
    </w:p>
    <w:p w14:paraId="3CDED4D1" w14:textId="77777777" w:rsidR="0087771C" w:rsidRDefault="00CE4A25">
      <w:pPr>
        <w:ind w:left="255"/>
      </w:pPr>
      <w:r>
        <w:t>3. Нажмите «Печать» или скачайте PDF.</w:t>
      </w:r>
    </w:p>
    <w:p w14:paraId="4B972D4B" w14:textId="77777777" w:rsidR="0087771C" w:rsidRDefault="00CE4A25">
      <w:pPr>
        <w:ind w:left="255"/>
      </w:pPr>
      <w:r>
        <w:t>4. Проверьте первую страницу: имя, место, клуб, подпись.</w:t>
      </w:r>
    </w:p>
    <w:p w14:paraId="01B16826" w14:textId="77777777" w:rsidR="0087771C" w:rsidRDefault="00CE4A25">
      <w:pPr>
        <w:ind w:left="255"/>
      </w:pPr>
      <w:r>
        <w:t>5. Печатайте на A4 без масштабирования.</w:t>
      </w:r>
    </w:p>
    <w:p w14:paraId="0DF51B60" w14:textId="77777777" w:rsidR="0087771C" w:rsidRDefault="00CE4A25">
      <w:pPr>
        <w:ind w:left="255"/>
      </w:pPr>
      <w:r>
        <w:t>6. Для плотной бумаги используйте лоток, а не «по размеру страницы».</w:t>
      </w:r>
    </w:p>
    <w:p w14:paraId="0F27F3BE" w14:textId="77777777" w:rsidR="0087771C" w:rsidRDefault="00CE4A25">
      <w:pPr>
        <w:ind w:left="255"/>
      </w:pPr>
      <w:r>
        <w:t>7. Разложите по возрастным группам и местам.</w:t>
      </w:r>
    </w:p>
    <w:p w14:paraId="0ABE7D8B" w14:textId="77777777" w:rsidR="0087771C" w:rsidRDefault="00CE4A25">
      <w:r>
        <w:rPr>
          <w:b/>
        </w:rPr>
        <w:t>Совет:</w:t>
      </w:r>
      <w:r>
        <w:t xml:space="preserve"> сначала напечатайте один пробный диплом, проверьте поля и только потом весь пакет.</w:t>
      </w:r>
    </w:p>
    <w:p w14:paraId="48E2F5D8" w14:textId="77777777" w:rsidR="0087771C" w:rsidRDefault="00CE4A25">
      <w:pPr>
        <w:pStyle w:val="31"/>
      </w:pPr>
      <w:r>
        <w:lastRenderedPageBreak/>
        <w:t>14.9. Частые проблемы дипломов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1305E7F9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5FE29B9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Проблема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2937845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Причина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E79D5A5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Решение</w:t>
            </w:r>
          </w:p>
        </w:tc>
      </w:tr>
      <w:tr w:rsidR="0087771C" w14:paraId="5D3DC1E1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4A0E47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Нет печати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B68AA9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 загружена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965B0D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загрузите PNG/JPG в «Награждении»</w:t>
            </w:r>
          </w:p>
        </w:tc>
      </w:tr>
      <w:tr w:rsidR="0087771C" w14:paraId="76CCF6C6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543C12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Нет подписи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356155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 загружена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87E77F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загрузите факсимиле</w:t>
            </w:r>
          </w:p>
        </w:tc>
      </w:tr>
      <w:tr w:rsidR="0087771C" w14:paraId="6ED31A84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024050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Неверная должность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0E214E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подписант не выбран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C485AE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настройки → подписант</w:t>
            </w:r>
          </w:p>
        </w:tc>
      </w:tr>
      <w:tr w:rsidR="0087771C" w14:paraId="63BED419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3AD1D4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Текст выходит за край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34A342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неверный шаблон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0BF3E1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проверьте PDF, смените стиль</w:t>
            </w:r>
          </w:p>
        </w:tc>
      </w:tr>
      <w:tr w:rsidR="0087771C" w14:paraId="1BAEBB9B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ADB9CB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Нет диплома участника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6173BC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нет результата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45DC08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проверьте старт и статус</w:t>
            </w:r>
          </w:p>
        </w:tc>
      </w:tr>
      <w:tr w:rsidR="0087771C" w14:paraId="0431DA00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95FD94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EXH без места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D1EC2C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так и должно быть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022DAD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место не начисляется</w:t>
            </w:r>
          </w:p>
        </w:tc>
      </w:tr>
      <w:tr w:rsidR="0087771C" w14:paraId="54DAE1B6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784E388" w14:textId="77777777" w:rsidR="0087771C" w:rsidRDefault="00CE4A25">
            <w:pPr>
              <w:spacing w:after="0"/>
            </w:pPr>
            <w:r>
              <w:rPr>
                <w:sz w:val="18"/>
              </w:rPr>
              <w:t>Диплом не сформирован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0198E5C" w14:textId="77777777" w:rsidR="0087771C" w:rsidRDefault="00CE4A25">
            <w:pPr>
              <w:spacing w:after="0"/>
            </w:pPr>
            <w:r>
              <w:rPr>
                <w:sz w:val="18"/>
              </w:rPr>
              <w:t>дисциплина не официальна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F770A82" w14:textId="77777777" w:rsidR="0087771C" w:rsidRDefault="00CE4A25">
            <w:pPr>
              <w:spacing w:after="0"/>
            </w:pPr>
            <w:r>
              <w:rPr>
                <w:sz w:val="18"/>
              </w:rPr>
              <w:t>утвердите последний заплыв</w:t>
            </w:r>
          </w:p>
        </w:tc>
      </w:tr>
    </w:tbl>
    <w:p w14:paraId="6C11DDB4" w14:textId="77777777" w:rsidR="0087771C" w:rsidRDefault="0087771C">
      <w:pPr>
        <w:spacing w:after="40"/>
      </w:pPr>
    </w:p>
    <w:p w14:paraId="04733363" w14:textId="77777777" w:rsidR="0087771C" w:rsidRDefault="00CE4A25">
      <w:pPr>
        <w:pStyle w:val="21"/>
      </w:pPr>
      <w:bookmarkStart w:id="14" w:name="_Toc243919862"/>
      <w:r>
        <w:t>15. Оплата взносов</w:t>
      </w:r>
      <w:bookmarkEnd w:id="14"/>
    </w:p>
    <w:p w14:paraId="52870D25" w14:textId="77777777" w:rsidR="0087771C" w:rsidRDefault="00CE4A25">
      <w:r>
        <w:t xml:space="preserve">Раздел </w:t>
      </w:r>
      <w:r>
        <w:rPr>
          <w:b/>
        </w:rPr>
        <w:t>«Оплата»</w:t>
      </w:r>
      <w:r>
        <w:t>.</w:t>
      </w:r>
    </w:p>
    <w:p w14:paraId="2210166A" w14:textId="77777777" w:rsidR="0087771C" w:rsidRDefault="00CE4A25">
      <w:pPr>
        <w:pStyle w:val="31"/>
      </w:pPr>
      <w:r>
        <w:t>15.1. Режимы</w:t>
      </w:r>
    </w:p>
    <w:p w14:paraId="5E38AF68" w14:textId="77777777" w:rsidR="0087771C" w:rsidRDefault="00CE4A25">
      <w:r>
        <w:rPr>
          <w:b/>
        </w:rPr>
        <w:t>Приём взносов — выбор организатора, а не обязательство.</w:t>
      </w:r>
    </w:p>
    <w:p w14:paraId="3FAE0CE3" w14:textId="77777777" w:rsidR="0087771C" w:rsidRDefault="00CE4A25">
      <w:pPr>
        <w:pStyle w:val="a0"/>
      </w:pPr>
      <w:r>
        <w:rPr>
          <w:b/>
        </w:rPr>
        <w:t>Самостоятельно</w:t>
      </w:r>
      <w:r>
        <w:t xml:space="preserve"> — на счёт, карту или в кассу; платформа не берёт комиссию и не требует подключать эквайринг.</w:t>
      </w:r>
    </w:p>
    <w:p w14:paraId="13312DB8" w14:textId="77777777" w:rsidR="0087771C" w:rsidRDefault="00CE4A25">
      <w:pPr>
        <w:pStyle w:val="a0"/>
      </w:pPr>
      <w:r>
        <w:rPr>
          <w:b/>
        </w:rPr>
        <w:t>Через платформу</w:t>
      </w:r>
      <w:r>
        <w:t xml:space="preserve"> — Ozon Pay / СБП; сервисный сбор 5% (ЮЛ/ИП) или 6% (физлицо), остаток — организатору.</w:t>
      </w:r>
    </w:p>
    <w:p w14:paraId="60B3A9BC" w14:textId="77777777" w:rsidR="0087771C" w:rsidRDefault="00CE4A25">
      <w:pPr>
        <w:pStyle w:val="a0"/>
      </w:pPr>
      <w:r>
        <w:rPr>
          <w:b/>
        </w:rPr>
        <w:t>Смешанно</w:t>
      </w:r>
      <w:r>
        <w:t xml:space="preserve"> — можно принимать часть оплат напрямую, часть через платформу.</w:t>
      </w:r>
    </w:p>
    <w:p w14:paraId="67836C7C" w14:textId="77777777" w:rsidR="0087771C" w:rsidRDefault="00CE4A25">
      <w:r>
        <w:t>Если взносы не нужны, включите бесплатные заявки. Если нужны — выберите удобный способ в настройках. Платформа не блокирует старт и не скрывает результаты из-за того, что оплата идёт вне её.</w:t>
      </w:r>
    </w:p>
    <w:p w14:paraId="37E5AD0F" w14:textId="77777777" w:rsidR="0087771C" w:rsidRDefault="00CE4A25">
      <w:pPr>
        <w:pStyle w:val="31"/>
      </w:pPr>
      <w:r>
        <w:t>15.2. Счета и статусы</w:t>
      </w:r>
    </w:p>
    <w:p w14:paraId="012CF464" w14:textId="77777777" w:rsidR="0087771C" w:rsidRDefault="00CE4A25">
      <w:pPr>
        <w:pStyle w:val="a0"/>
      </w:pPr>
      <w:r>
        <w:t>счёт по клубу или участнику;</w:t>
      </w:r>
    </w:p>
    <w:p w14:paraId="34A84EEF" w14:textId="77777777" w:rsidR="0087771C" w:rsidRDefault="00CE4A25">
      <w:pPr>
        <w:pStyle w:val="a0"/>
      </w:pPr>
      <w:r>
        <w:t>публичная ссылка на оплату;</w:t>
      </w:r>
    </w:p>
    <w:p w14:paraId="37E8FFEA" w14:textId="77777777" w:rsidR="0087771C" w:rsidRDefault="00CE4A25">
      <w:pPr>
        <w:pStyle w:val="a0"/>
      </w:pPr>
      <w:r>
        <w:t>QR;</w:t>
      </w:r>
    </w:p>
    <w:p w14:paraId="00AE983B" w14:textId="77777777" w:rsidR="0087771C" w:rsidRDefault="00CE4A25">
      <w:pPr>
        <w:pStyle w:val="a0"/>
      </w:pPr>
      <w:r>
        <w:t>статусы: ожидает, оплачен, отменён;</w:t>
      </w:r>
    </w:p>
    <w:p w14:paraId="4512AD8E" w14:textId="77777777" w:rsidR="0087771C" w:rsidRDefault="00CE4A25">
      <w:pPr>
        <w:pStyle w:val="a0"/>
      </w:pPr>
      <w:r>
        <w:t>журнал операций;</w:t>
      </w:r>
    </w:p>
    <w:p w14:paraId="7898FB2C" w14:textId="77777777" w:rsidR="0087771C" w:rsidRDefault="00CE4A25">
      <w:pPr>
        <w:pStyle w:val="a0"/>
      </w:pPr>
      <w:r>
        <w:t>сводка в «Финансах».</w:t>
      </w:r>
    </w:p>
    <w:p w14:paraId="1FE8C371" w14:textId="77777777" w:rsidR="0087771C" w:rsidRDefault="00CE4A25">
      <w:pPr>
        <w:pStyle w:val="31"/>
      </w:pPr>
      <w:r>
        <w:t>15.3. Возвраты и правки</w:t>
      </w:r>
    </w:p>
    <w:p w14:paraId="3F9E94A7" w14:textId="77777777" w:rsidR="0087771C" w:rsidRDefault="00CE4A25">
      <w:r>
        <w:t>Если оплата ошибочна, отметьте статус вручную и зафиксируйте комментарий. Для массовых возвратов используйте финансовый журнал.</w:t>
      </w:r>
    </w:p>
    <w:p w14:paraId="41B992E6" w14:textId="77777777" w:rsidR="0087771C" w:rsidRDefault="00CE4A25">
      <w:pPr>
        <w:pStyle w:val="31"/>
      </w:pPr>
      <w:r>
        <w:lastRenderedPageBreak/>
        <w:t>15.4. Пример комиссии</w:t>
      </w:r>
    </w:p>
    <w:p w14:paraId="07455F4B" w14:textId="77777777" w:rsidR="0087771C" w:rsidRDefault="00CE4A25">
      <w:r>
        <w:t>При приёме через платформу: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67854E57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B657CA4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Сумма взноса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F6B627D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Комиссия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5AE371D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Организатору</w:t>
            </w:r>
          </w:p>
        </w:tc>
      </w:tr>
      <w:tr w:rsidR="0087771C" w14:paraId="79C232D0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01B54A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1 000 ₽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38B0D2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50 ₽ (5%)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883F7B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950 ₽</w:t>
            </w:r>
          </w:p>
        </w:tc>
      </w:tr>
      <w:tr w:rsidR="0087771C" w14:paraId="175485CA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A245CF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1 000 ₽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00F058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60 ₽ (6%)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B542D2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940 ₽</w:t>
            </w:r>
          </w:p>
        </w:tc>
      </w:tr>
      <w:tr w:rsidR="0087771C" w14:paraId="6FA49B75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09D436B" w14:textId="77777777" w:rsidR="0087771C" w:rsidRDefault="00CE4A25">
            <w:pPr>
              <w:spacing w:after="0"/>
            </w:pPr>
            <w:r>
              <w:rPr>
                <w:sz w:val="18"/>
              </w:rPr>
              <w:t>5 000 ₽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C3019B7" w14:textId="77777777" w:rsidR="0087771C" w:rsidRDefault="00CE4A25">
            <w:pPr>
              <w:spacing w:after="0"/>
            </w:pPr>
            <w:r>
              <w:rPr>
                <w:sz w:val="18"/>
              </w:rPr>
              <w:t>250 ₽ (5%)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C576402" w14:textId="77777777" w:rsidR="0087771C" w:rsidRDefault="00CE4A25">
            <w:pPr>
              <w:spacing w:after="0"/>
            </w:pPr>
            <w:r>
              <w:rPr>
                <w:sz w:val="18"/>
              </w:rPr>
              <w:t>4 750 ₽</w:t>
            </w:r>
          </w:p>
        </w:tc>
      </w:tr>
    </w:tbl>
    <w:p w14:paraId="18ECC5BA" w14:textId="77777777" w:rsidR="0087771C" w:rsidRDefault="0087771C">
      <w:pPr>
        <w:spacing w:after="40"/>
      </w:pPr>
    </w:p>
    <w:p w14:paraId="4E6A2B8A" w14:textId="77777777" w:rsidR="0087771C" w:rsidRDefault="00CE4A25">
      <w:r>
        <w:t>При самостоятельном приёме комиссия платформы — 0%, но организатор сам сверяет поступления.</w:t>
      </w:r>
    </w:p>
    <w:p w14:paraId="5A152519" w14:textId="77777777" w:rsidR="0087771C" w:rsidRDefault="00CE4A25">
      <w:pPr>
        <w:pStyle w:val="31"/>
      </w:pPr>
      <w:r>
        <w:t>15.5. Сверка оплат</w:t>
      </w:r>
    </w:p>
    <w:p w14:paraId="783D135C" w14:textId="77777777" w:rsidR="0087771C" w:rsidRDefault="00CE4A25">
      <w:pPr>
        <w:ind w:left="255"/>
      </w:pPr>
      <w:r>
        <w:t>1. Откройте «Оплата».</w:t>
      </w:r>
    </w:p>
    <w:p w14:paraId="5A1CA41C" w14:textId="77777777" w:rsidR="0087771C" w:rsidRDefault="00CE4A25">
      <w:pPr>
        <w:ind w:left="255"/>
      </w:pPr>
      <w:r>
        <w:t>2. Сравните счета и статусы.</w:t>
      </w:r>
    </w:p>
    <w:p w14:paraId="17D0B166" w14:textId="77777777" w:rsidR="0087771C" w:rsidRDefault="00CE4A25">
      <w:pPr>
        <w:ind w:left="255"/>
      </w:pPr>
      <w:r>
        <w:t>3. Отметьте поступления вручную, если оплата пришла вне платформы.</w:t>
      </w:r>
    </w:p>
    <w:p w14:paraId="3C3246C2" w14:textId="77777777" w:rsidR="0087771C" w:rsidRDefault="00CE4A25">
      <w:pPr>
        <w:ind w:left="255"/>
      </w:pPr>
      <w:r>
        <w:t>4. Проверьте журнал и сводку.</w:t>
      </w:r>
    </w:p>
    <w:p w14:paraId="6FD15CDC" w14:textId="77777777" w:rsidR="0087771C" w:rsidRDefault="00CE4A25">
      <w:pPr>
        <w:ind w:left="255"/>
      </w:pPr>
      <w:r>
        <w:t>5. Передайте бухгалтерии выгрузку.</w:t>
      </w:r>
    </w:p>
    <w:p w14:paraId="4DE462B3" w14:textId="77777777" w:rsidR="0087771C" w:rsidRDefault="00CE4A25">
      <w:pPr>
        <w:pStyle w:val="31"/>
      </w:pPr>
      <w:r>
        <w:t>15.6. Возврат</w:t>
      </w:r>
    </w:p>
    <w:p w14:paraId="4DAB53C1" w14:textId="77777777" w:rsidR="0087771C" w:rsidRDefault="00CE4A25">
      <w:pPr>
        <w:ind w:left="255"/>
      </w:pPr>
      <w:r>
        <w:t>1. Найдите платёж.</w:t>
      </w:r>
    </w:p>
    <w:p w14:paraId="40B8EE14" w14:textId="77777777" w:rsidR="0087771C" w:rsidRDefault="00CE4A25">
      <w:pPr>
        <w:ind w:left="255"/>
      </w:pPr>
      <w:r>
        <w:t>2. Зафиксируйте причину возврата.</w:t>
      </w:r>
    </w:p>
    <w:p w14:paraId="11923C60" w14:textId="77777777" w:rsidR="0087771C" w:rsidRDefault="00CE4A25">
      <w:pPr>
        <w:ind w:left="255"/>
      </w:pPr>
      <w:r>
        <w:t>3. Сделайте возврат через провайдера/банк.</w:t>
      </w:r>
    </w:p>
    <w:p w14:paraId="3222F0D0" w14:textId="77777777" w:rsidR="0087771C" w:rsidRDefault="00CE4A25">
      <w:pPr>
        <w:ind w:left="255"/>
      </w:pPr>
      <w:r>
        <w:t>4. Отметьте статус в системе.</w:t>
      </w:r>
    </w:p>
    <w:p w14:paraId="017D2F69" w14:textId="77777777" w:rsidR="0087771C" w:rsidRDefault="00CE4A25">
      <w:pPr>
        <w:ind w:left="255"/>
      </w:pPr>
      <w:r>
        <w:t>5. Уведомите участника и клуб.</w:t>
      </w:r>
    </w:p>
    <w:p w14:paraId="3A908C70" w14:textId="77777777" w:rsidR="0087771C" w:rsidRDefault="00CE4A25">
      <w:r>
        <w:t>Возвраты не должны менять результаты соревнования; это финансовая операция.</w:t>
      </w:r>
    </w:p>
    <w:p w14:paraId="56686E7E" w14:textId="77777777" w:rsidR="0087771C" w:rsidRDefault="00CE4A25">
      <w:pPr>
        <w:pStyle w:val="21"/>
      </w:pPr>
      <w:bookmarkStart w:id="15" w:name="_Toc243919863"/>
      <w:r>
        <w:t>16. Брендирование и медиа</w:t>
      </w:r>
      <w:bookmarkEnd w:id="15"/>
    </w:p>
    <w:p w14:paraId="7F63B9DA" w14:textId="77777777" w:rsidR="0087771C" w:rsidRDefault="00CE4A25">
      <w:pPr>
        <w:pStyle w:val="31"/>
      </w:pPr>
      <w:r>
        <w:t>16.1. Брендирование</w:t>
      </w:r>
    </w:p>
    <w:p w14:paraId="2FDDD77C" w14:textId="77777777" w:rsidR="0087771C" w:rsidRDefault="00CE4A25">
      <w:r>
        <w:t xml:space="preserve">Раздел </w:t>
      </w:r>
      <w:r>
        <w:rPr>
          <w:b/>
        </w:rPr>
        <w:t>«Брендирование»</w:t>
      </w:r>
      <w:r>
        <w:t>:</w:t>
      </w:r>
    </w:p>
    <w:p w14:paraId="6CA06A1D" w14:textId="77777777" w:rsidR="0087771C" w:rsidRDefault="00CE4A25">
      <w:pPr>
        <w:pStyle w:val="a0"/>
      </w:pPr>
      <w:r>
        <w:t>логотип (PNG/SVG/WebP/JPG);</w:t>
      </w:r>
    </w:p>
    <w:p w14:paraId="6113D1F8" w14:textId="77777777" w:rsidR="0087771C" w:rsidRDefault="00CE4A25">
      <w:pPr>
        <w:pStyle w:val="a0"/>
      </w:pPr>
      <w:r>
        <w:t>обложка;</w:t>
      </w:r>
    </w:p>
    <w:p w14:paraId="506B059D" w14:textId="77777777" w:rsidR="0087771C" w:rsidRDefault="00CE4A25">
      <w:pPr>
        <w:pStyle w:val="a0"/>
      </w:pPr>
      <w:r>
        <w:t>favicon;</w:t>
      </w:r>
    </w:p>
    <w:p w14:paraId="34C32ECE" w14:textId="77777777" w:rsidR="0087771C" w:rsidRDefault="00CE4A25">
      <w:pPr>
        <w:pStyle w:val="a0"/>
      </w:pPr>
      <w:r>
        <w:t>цвета;</w:t>
      </w:r>
    </w:p>
    <w:p w14:paraId="3EE75559" w14:textId="77777777" w:rsidR="0087771C" w:rsidRDefault="00CE4A25">
      <w:pPr>
        <w:pStyle w:val="a0"/>
      </w:pPr>
      <w:r>
        <w:t>шрифт;</w:t>
      </w:r>
    </w:p>
    <w:p w14:paraId="4BC2203B" w14:textId="77777777" w:rsidR="0087771C" w:rsidRDefault="00CE4A25">
      <w:pPr>
        <w:pStyle w:val="a0"/>
      </w:pPr>
      <w:r>
        <w:t>спонсоры;</w:t>
      </w:r>
    </w:p>
    <w:p w14:paraId="715B5CA9" w14:textId="77777777" w:rsidR="0087771C" w:rsidRDefault="00CE4A25">
      <w:pPr>
        <w:pStyle w:val="a0"/>
      </w:pPr>
      <w:r>
        <w:lastRenderedPageBreak/>
        <w:t>подпись в протоколах;</w:t>
      </w:r>
    </w:p>
    <w:p w14:paraId="58FEA871" w14:textId="77777777" w:rsidR="0087771C" w:rsidRDefault="00CE4A25">
      <w:pPr>
        <w:pStyle w:val="a0"/>
      </w:pPr>
      <w:r>
        <w:t>white-label для турниров.</w:t>
      </w:r>
    </w:p>
    <w:p w14:paraId="3C90EA5E" w14:textId="77777777" w:rsidR="0087771C" w:rsidRDefault="00CE4A25">
      <w:r>
        <w:t>Все изображения проверяются по размеру и формату.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12B89E4D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E7BE088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Материал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16186B8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Формат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579F4FE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Рекомендация</w:t>
            </w:r>
          </w:p>
        </w:tc>
      </w:tr>
      <w:tr w:rsidR="0087771C" w14:paraId="4C03B714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F9DA44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Логотип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DB3E30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PNG/SVG/WebP/JPG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91955F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горизонтальный, прозрачный фон</w:t>
            </w:r>
          </w:p>
        </w:tc>
      </w:tr>
      <w:tr w:rsidR="0087771C" w14:paraId="657B80FE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59345A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Обложка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DE39A7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JPG/PNG/WebP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FA8B02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2400×900, без важных деталей у краёв</w:t>
            </w:r>
          </w:p>
        </w:tc>
      </w:tr>
      <w:tr w:rsidR="0087771C" w14:paraId="4FA90A76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E10778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Favicon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8C6350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PNG/ICO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6EE511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квадрат, читается в 32 px</w:t>
            </w:r>
          </w:p>
        </w:tc>
      </w:tr>
      <w:tr w:rsidR="0087771C" w14:paraId="017DBE06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303326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Спонсор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CB2461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PNG/SVG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E3850B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прозрачный фон, одинаковый визуальный вес</w:t>
            </w:r>
          </w:p>
        </w:tc>
      </w:tr>
      <w:tr w:rsidR="0087771C" w14:paraId="433338C0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FEFA68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Печать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7D535C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PNG/JPG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97E093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без белого фона, 600×600+</w:t>
            </w:r>
          </w:p>
        </w:tc>
      </w:tr>
      <w:tr w:rsidR="0087771C" w14:paraId="559D3FCC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F14EE13" w14:textId="77777777" w:rsidR="0087771C" w:rsidRDefault="00CE4A25">
            <w:pPr>
              <w:spacing w:after="0"/>
            </w:pPr>
            <w:r>
              <w:rPr>
                <w:sz w:val="18"/>
              </w:rPr>
              <w:t>Подпись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0FE1DF5" w14:textId="77777777" w:rsidR="0087771C" w:rsidRDefault="00CE4A25">
            <w:pPr>
              <w:spacing w:after="0"/>
            </w:pPr>
            <w:r>
              <w:rPr>
                <w:sz w:val="18"/>
              </w:rPr>
              <w:t>PNG/JPG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FCFE552" w14:textId="77777777" w:rsidR="0087771C" w:rsidRDefault="00CE4A25">
            <w:pPr>
              <w:spacing w:after="0"/>
            </w:pPr>
            <w:r>
              <w:rPr>
                <w:sz w:val="18"/>
              </w:rPr>
              <w:t>прозрачный фон, горизонтальная</w:t>
            </w:r>
          </w:p>
        </w:tc>
      </w:tr>
    </w:tbl>
    <w:p w14:paraId="0CA5659E" w14:textId="77777777" w:rsidR="0087771C" w:rsidRDefault="0087771C">
      <w:pPr>
        <w:spacing w:after="40"/>
      </w:pPr>
    </w:p>
    <w:p w14:paraId="40381ACA" w14:textId="77777777" w:rsidR="0087771C" w:rsidRDefault="00CE4A25">
      <w:pPr>
        <w:pStyle w:val="31"/>
      </w:pPr>
      <w:r>
        <w:t>16.2. Медиа</w:t>
      </w:r>
    </w:p>
    <w:p w14:paraId="4368A0A8" w14:textId="77777777" w:rsidR="0087771C" w:rsidRDefault="00CE4A25">
      <w:r>
        <w:t xml:space="preserve">Раздел </w:t>
      </w:r>
      <w:r>
        <w:rPr>
          <w:b/>
        </w:rPr>
        <w:t>«Медиа»</w:t>
      </w:r>
      <w:r>
        <w:t>:</w:t>
      </w:r>
    </w:p>
    <w:p w14:paraId="1FE82EBD" w14:textId="77777777" w:rsidR="0087771C" w:rsidRDefault="00CE4A25">
      <w:pPr>
        <w:pStyle w:val="a0"/>
      </w:pPr>
      <w:r>
        <w:t>альбомы;</w:t>
      </w:r>
    </w:p>
    <w:p w14:paraId="2955DD1B" w14:textId="77777777" w:rsidR="0087771C" w:rsidRDefault="00CE4A25">
      <w:pPr>
        <w:pStyle w:val="a0"/>
      </w:pPr>
      <w:r>
        <w:t>загрузка фотографий;</w:t>
      </w:r>
    </w:p>
    <w:p w14:paraId="5E10237B" w14:textId="77777777" w:rsidR="0087771C" w:rsidRDefault="00CE4A25">
      <w:pPr>
        <w:pStyle w:val="a0"/>
      </w:pPr>
      <w:r>
        <w:t>публичная галерея;</w:t>
      </w:r>
    </w:p>
    <w:p w14:paraId="2C2E1B3F" w14:textId="77777777" w:rsidR="0087771C" w:rsidRDefault="00CE4A25">
      <w:pPr>
        <w:pStyle w:val="a0"/>
      </w:pPr>
      <w:r>
        <w:t>обложки альбомов.</w:t>
      </w:r>
    </w:p>
    <w:p w14:paraId="7FD8197F" w14:textId="77777777" w:rsidR="0087771C" w:rsidRDefault="00CE4A25">
      <w:pPr>
        <w:pStyle w:val="21"/>
      </w:pPr>
      <w:bookmarkStart w:id="16" w:name="_Toc243919864"/>
      <w:r>
        <w:t>17. Публикация и локальная версия</w:t>
      </w:r>
      <w:bookmarkEnd w:id="16"/>
    </w:p>
    <w:p w14:paraId="205726A2" w14:textId="77777777" w:rsidR="0087771C" w:rsidRDefault="00CE4A25">
      <w:pPr>
        <w:pStyle w:val="31"/>
      </w:pPr>
      <w:r>
        <w:t>17.1. Публикация</w:t>
      </w:r>
    </w:p>
    <w:p w14:paraId="4A71D451" w14:textId="77777777" w:rsidR="0087771C" w:rsidRDefault="00CE4A25">
      <w:r>
        <w:t xml:space="preserve">Раздел </w:t>
      </w:r>
      <w:r>
        <w:rPr>
          <w:b/>
        </w:rPr>
        <w:t>«Публикация»</w:t>
      </w:r>
      <w:r>
        <w:t xml:space="preserve"> управляет тем, что видно в интернете:</w:t>
      </w:r>
    </w:p>
    <w:p w14:paraId="0BEAFB80" w14:textId="77777777" w:rsidR="0087771C" w:rsidRDefault="00CE4A25">
      <w:pPr>
        <w:pStyle w:val="a0"/>
      </w:pPr>
      <w:r>
        <w:t>заявочный протокол: скрыт / без времени / со временем;</w:t>
      </w:r>
    </w:p>
    <w:p w14:paraId="50BF0955" w14:textId="77777777" w:rsidR="0087771C" w:rsidRDefault="00CE4A25">
      <w:pPr>
        <w:pStyle w:val="a0"/>
      </w:pPr>
      <w:r>
        <w:t>стартовый протокол: доступен после закрытия приёма;</w:t>
      </w:r>
    </w:p>
    <w:p w14:paraId="4BD5E5AF" w14:textId="77777777" w:rsidR="0087771C" w:rsidRDefault="00CE4A25">
      <w:pPr>
        <w:pStyle w:val="a0"/>
      </w:pPr>
      <w:r>
        <w:t>live-табло до старта;</w:t>
      </w:r>
    </w:p>
    <w:p w14:paraId="67D94250" w14:textId="77777777" w:rsidR="0087771C" w:rsidRDefault="00CE4A25">
      <w:pPr>
        <w:pStyle w:val="a0"/>
      </w:pPr>
      <w:r>
        <w:t>скрыть/открыть приём заявок.</w:t>
      </w:r>
    </w:p>
    <w:p w14:paraId="14D1EBCE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0FB25C55" wp14:editId="488CDD1B">
            <wp:extent cx="5652000" cy="39250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cation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9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FF129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32. Публикация: что видно в интернете</w:t>
      </w:r>
    </w:p>
    <w:p w14:paraId="19E39BFF" w14:textId="77777777" w:rsidR="0087771C" w:rsidRDefault="00CE4A25">
      <w:pPr>
        <w:pStyle w:val="31"/>
      </w:pPr>
      <w:r>
        <w:t>17.2. Локальная версия</w:t>
      </w:r>
    </w:p>
    <w:p w14:paraId="4BE440E8" w14:textId="77777777" w:rsidR="0087771C" w:rsidRDefault="00CE4A25">
      <w:r>
        <w:t>На случай проблем с интернетом можно установить локальную версию и вести соревнование без сети. Данные синхронизируются позже. Это страховка для ответственных стартов.</w:t>
      </w:r>
    </w:p>
    <w:p w14:paraId="0E9AD1C3" w14:textId="77777777" w:rsidR="0087771C" w:rsidRDefault="00CE4A25">
      <w:r>
        <w:rPr>
          <w:b/>
        </w:rPr>
        <w:t>Как подготовить локальный режим:</w:t>
      </w:r>
    </w:p>
    <w:p w14:paraId="646DD245" w14:textId="77777777" w:rsidR="0087771C" w:rsidRDefault="00CE4A25">
      <w:pPr>
        <w:ind w:left="255"/>
      </w:pPr>
      <w:r>
        <w:t>1. Заранее установите локальную версию на ноутбук.</w:t>
      </w:r>
    </w:p>
    <w:p w14:paraId="64289641" w14:textId="77777777" w:rsidR="0087771C" w:rsidRDefault="00CE4A25">
      <w:pPr>
        <w:ind w:left="255"/>
      </w:pPr>
      <w:r>
        <w:t>2. Загрузите программу и заявки.</w:t>
      </w:r>
    </w:p>
    <w:p w14:paraId="041918C1" w14:textId="77777777" w:rsidR="0087771C" w:rsidRDefault="00CE4A25">
      <w:pPr>
        <w:ind w:left="255"/>
      </w:pPr>
      <w:r>
        <w:t>3. Проведите тестовый заплыв.</w:t>
      </w:r>
    </w:p>
    <w:p w14:paraId="51D74F1F" w14:textId="77777777" w:rsidR="0087771C" w:rsidRDefault="00CE4A25">
      <w:pPr>
        <w:ind w:left="255"/>
      </w:pPr>
      <w:r>
        <w:t>4. Убедитесь, что телефоны подключаются к локальной сети.</w:t>
      </w:r>
    </w:p>
    <w:p w14:paraId="4C033C24" w14:textId="77777777" w:rsidR="0087771C" w:rsidRDefault="00CE4A25">
      <w:pPr>
        <w:ind w:left="255"/>
      </w:pPr>
      <w:r>
        <w:t>5. В день старта работайте локально, если интернет нестабилен.</w:t>
      </w:r>
    </w:p>
    <w:p w14:paraId="33270FCA" w14:textId="77777777" w:rsidR="0087771C" w:rsidRDefault="00CE4A25">
      <w:pPr>
        <w:ind w:left="255"/>
      </w:pPr>
      <w:r>
        <w:t>6. После соревнования выгрузите результаты и перенесите в кабинет.</w:t>
      </w:r>
    </w:p>
    <w:p w14:paraId="7C9582A2" w14:textId="77777777" w:rsidR="0087771C" w:rsidRDefault="00CE4A25">
      <w:pPr>
        <w:pStyle w:val="31"/>
      </w:pPr>
      <w:r>
        <w:t>17.3. Что публиковать после старта</w:t>
      </w:r>
    </w:p>
    <w:p w14:paraId="0EC18148" w14:textId="77777777" w:rsidR="0087771C" w:rsidRDefault="00CE4A25">
      <w:pPr>
        <w:pStyle w:val="a0"/>
      </w:pPr>
      <w:r>
        <w:t>итоговые протоколы;</w:t>
      </w:r>
    </w:p>
    <w:p w14:paraId="30896785" w14:textId="77777777" w:rsidR="0087771C" w:rsidRDefault="00CE4A25">
      <w:pPr>
        <w:pStyle w:val="a0"/>
      </w:pPr>
      <w:r>
        <w:t>результаты;</w:t>
      </w:r>
    </w:p>
    <w:p w14:paraId="22553448" w14:textId="77777777" w:rsidR="0087771C" w:rsidRDefault="00CE4A25">
      <w:pPr>
        <w:pStyle w:val="a0"/>
      </w:pPr>
      <w:r>
        <w:t>дипломы;</w:t>
      </w:r>
    </w:p>
    <w:p w14:paraId="39C37544" w14:textId="77777777" w:rsidR="0087771C" w:rsidRDefault="00CE4A25">
      <w:pPr>
        <w:pStyle w:val="a0"/>
      </w:pPr>
      <w:r>
        <w:t>фотографии;</w:t>
      </w:r>
    </w:p>
    <w:p w14:paraId="1A7673A5" w14:textId="77777777" w:rsidR="0087771C" w:rsidRDefault="00CE4A25">
      <w:pPr>
        <w:pStyle w:val="a0"/>
      </w:pPr>
      <w:r>
        <w:t>краткий итог соревнования;</w:t>
      </w:r>
    </w:p>
    <w:p w14:paraId="4D3F2E6C" w14:textId="77777777" w:rsidR="0087771C" w:rsidRDefault="00CE4A25">
      <w:pPr>
        <w:pStyle w:val="a0"/>
      </w:pPr>
      <w:r>
        <w:t>ссылку на архив.</w:t>
      </w:r>
    </w:p>
    <w:p w14:paraId="0BE4C8E4" w14:textId="77777777" w:rsidR="0087771C" w:rsidRDefault="00CE4A25">
      <w:r>
        <w:lastRenderedPageBreak/>
        <w:t>Не публикуйте контакты участников и внутренние судейские документы без необходимости.</w:t>
      </w:r>
    </w:p>
    <w:p w14:paraId="62FB9CA1" w14:textId="77777777" w:rsidR="0087771C" w:rsidRDefault="00CE4A25">
      <w:pPr>
        <w:pStyle w:val="21"/>
      </w:pPr>
      <w:bookmarkStart w:id="17" w:name="_Toc243919865"/>
      <w:r>
        <w:t>18. Данные, безопасность и резервные копии</w:t>
      </w:r>
      <w:bookmarkEnd w:id="17"/>
    </w:p>
    <w:p w14:paraId="69B4C977" w14:textId="77777777" w:rsidR="0087771C" w:rsidRDefault="00CE4A25">
      <w:pPr>
        <w:pStyle w:val="a0"/>
      </w:pPr>
      <w:r>
        <w:t>данные соревнований изолированы по кабинету;</w:t>
      </w:r>
    </w:p>
    <w:p w14:paraId="57A1D988" w14:textId="77777777" w:rsidR="0087771C" w:rsidRDefault="00CE4A25">
      <w:pPr>
        <w:pStyle w:val="a0"/>
      </w:pPr>
      <w:r>
        <w:t>судейская ссылка защищена токеном;</w:t>
      </w:r>
    </w:p>
    <w:p w14:paraId="7723278C" w14:textId="77777777" w:rsidR="0087771C" w:rsidRDefault="00CE4A25">
      <w:pPr>
        <w:pStyle w:val="a0"/>
      </w:pPr>
      <w:r>
        <w:t>действия организатора фиксируются в журнале;</w:t>
      </w:r>
    </w:p>
    <w:p w14:paraId="1AB10A57" w14:textId="77777777" w:rsidR="0087771C" w:rsidRDefault="00CE4A25">
      <w:pPr>
        <w:pStyle w:val="a0"/>
      </w:pPr>
      <w:r>
        <w:t>экспорт данных доступен в любой момент;</w:t>
      </w:r>
    </w:p>
    <w:p w14:paraId="14E6756A" w14:textId="77777777" w:rsidR="0087771C" w:rsidRDefault="00CE4A25">
      <w:pPr>
        <w:pStyle w:val="a0"/>
      </w:pPr>
      <w:r>
        <w:t>перед важным стартом рекомендуется сделать резервную копию базы и файлов;</w:t>
      </w:r>
    </w:p>
    <w:p w14:paraId="683313C2" w14:textId="77777777" w:rsidR="0087771C" w:rsidRDefault="00CE4A25">
      <w:pPr>
        <w:pStyle w:val="a0"/>
      </w:pPr>
      <w:r>
        <w:t>платформа не публикует результаты до старта;</w:t>
      </w:r>
    </w:p>
    <w:p w14:paraId="0A89F8C9" w14:textId="77777777" w:rsidR="0087771C" w:rsidRDefault="00CE4A25">
      <w:pPr>
        <w:pStyle w:val="a0"/>
      </w:pPr>
      <w:r>
        <w:t>для чувствительных данных используйте white-label и собственный домен.</w:t>
      </w:r>
    </w:p>
    <w:p w14:paraId="6A19DB6F" w14:textId="77777777" w:rsidR="0087771C" w:rsidRDefault="00CE4A25">
      <w:pPr>
        <w:pStyle w:val="31"/>
      </w:pPr>
      <w:r>
        <w:t>18.1. Что хранится в системе</w:t>
      </w:r>
    </w:p>
    <w:p w14:paraId="7D0415CD" w14:textId="77777777" w:rsidR="0087771C" w:rsidRDefault="00CE4A25">
      <w:pPr>
        <w:pStyle w:val="a0"/>
      </w:pPr>
      <w:r>
        <w:t>заявки и спортсмены;</w:t>
      </w:r>
    </w:p>
    <w:p w14:paraId="20C54991" w14:textId="77777777" w:rsidR="0087771C" w:rsidRDefault="00CE4A25">
      <w:pPr>
        <w:pStyle w:val="a0"/>
      </w:pPr>
      <w:r>
        <w:t>программа и заплывы;</w:t>
      </w:r>
    </w:p>
    <w:p w14:paraId="4BA40F53" w14:textId="77777777" w:rsidR="0087771C" w:rsidRDefault="00CE4A25">
      <w:pPr>
        <w:pStyle w:val="a0"/>
      </w:pPr>
      <w:r>
        <w:t>результаты и протоколы;</w:t>
      </w:r>
    </w:p>
    <w:p w14:paraId="6FECC036" w14:textId="77777777" w:rsidR="0087771C" w:rsidRDefault="00CE4A25">
      <w:pPr>
        <w:pStyle w:val="a0"/>
      </w:pPr>
      <w:r>
        <w:t>дипломы и настройки;</w:t>
      </w:r>
    </w:p>
    <w:p w14:paraId="6896C862" w14:textId="77777777" w:rsidR="0087771C" w:rsidRDefault="00CE4A25">
      <w:pPr>
        <w:pStyle w:val="a0"/>
      </w:pPr>
      <w:r>
        <w:t>платежи и счета;</w:t>
      </w:r>
    </w:p>
    <w:p w14:paraId="7B923FAC" w14:textId="77777777" w:rsidR="0087771C" w:rsidRDefault="00CE4A25">
      <w:pPr>
        <w:pStyle w:val="a0"/>
      </w:pPr>
      <w:r>
        <w:t>медиа и документы.</w:t>
      </w:r>
    </w:p>
    <w:p w14:paraId="34A1B527" w14:textId="77777777" w:rsidR="0087771C" w:rsidRDefault="00CE4A25">
      <w:pPr>
        <w:pStyle w:val="31"/>
      </w:pPr>
      <w:r>
        <w:t>18.2. Резервная копия перед стартом</w:t>
      </w:r>
    </w:p>
    <w:p w14:paraId="3AAF62D3" w14:textId="77777777" w:rsidR="0087771C" w:rsidRDefault="00CE4A25">
      <w:pPr>
        <w:ind w:left="255"/>
      </w:pPr>
      <w:r>
        <w:t>1. Экспортируйте заявки и результаты.</w:t>
      </w:r>
    </w:p>
    <w:p w14:paraId="756F0154" w14:textId="77777777" w:rsidR="0087771C" w:rsidRDefault="00CE4A25">
      <w:pPr>
        <w:ind w:left="255"/>
      </w:pPr>
      <w:r>
        <w:t>2. Скачайте протоколы.</w:t>
      </w:r>
    </w:p>
    <w:p w14:paraId="3E92FB10" w14:textId="77777777" w:rsidR="0087771C" w:rsidRDefault="00CE4A25">
      <w:pPr>
        <w:ind w:left="255"/>
      </w:pPr>
      <w:r>
        <w:t>3. Сохраните настройки дипломов.</w:t>
      </w:r>
    </w:p>
    <w:p w14:paraId="27B65EEB" w14:textId="77777777" w:rsidR="0087771C" w:rsidRDefault="00CE4A25">
      <w:pPr>
        <w:ind w:left="255"/>
      </w:pPr>
      <w:r>
        <w:t>4. Сделайте копию базы, если администрируете сервер.</w:t>
      </w:r>
    </w:p>
    <w:p w14:paraId="1A642980" w14:textId="77777777" w:rsidR="0087771C" w:rsidRDefault="00CE4A25">
      <w:pPr>
        <w:ind w:left="255"/>
      </w:pPr>
      <w:r>
        <w:t>5. Проверьте, что копия открывается.</w:t>
      </w:r>
    </w:p>
    <w:p w14:paraId="0F98DBF5" w14:textId="77777777" w:rsidR="0087771C" w:rsidRDefault="00CE4A25">
      <w:pPr>
        <w:pStyle w:val="31"/>
      </w:pPr>
      <w:r>
        <w:t>18.3. Доступы</w:t>
      </w:r>
    </w:p>
    <w:p w14:paraId="763B1247" w14:textId="77777777" w:rsidR="0087771C" w:rsidRDefault="00CE4A25">
      <w:pPr>
        <w:pStyle w:val="a0"/>
      </w:pPr>
      <w:r>
        <w:t xml:space="preserve">не публикуйте ссылку </w:t>
      </w:r>
      <w:r>
        <w:rPr>
          <w:rFonts w:ascii="Consolas" w:hAnsi="Consolas"/>
          <w:color w:val="0E6E86"/>
          <w:sz w:val="21"/>
        </w:rPr>
        <w:t>/judge/&lt;токен&gt;</w:t>
      </w:r>
      <w:r>
        <w:t xml:space="preserve"> в открытых чатах;</w:t>
      </w:r>
    </w:p>
    <w:p w14:paraId="53392A8C" w14:textId="77777777" w:rsidR="0087771C" w:rsidRDefault="00CE4A25">
      <w:pPr>
        <w:pStyle w:val="a0"/>
      </w:pPr>
      <w:r>
        <w:t>перевыпускайте токен после смены судейской бригады;</w:t>
      </w:r>
    </w:p>
    <w:p w14:paraId="53222755" w14:textId="77777777" w:rsidR="0087771C" w:rsidRDefault="00CE4A25">
      <w:pPr>
        <w:pStyle w:val="a0"/>
      </w:pPr>
      <w:r>
        <w:t>не передавайте пароль организатора хронометристам;</w:t>
      </w:r>
    </w:p>
    <w:p w14:paraId="604BC5FD" w14:textId="77777777" w:rsidR="0087771C" w:rsidRDefault="00CE4A25">
      <w:pPr>
        <w:pStyle w:val="a0"/>
      </w:pPr>
      <w:r>
        <w:t>для подрядчиков используйте отдельные роли и доступы.</w:t>
      </w:r>
    </w:p>
    <w:p w14:paraId="55F75A25" w14:textId="77777777" w:rsidR="0087771C" w:rsidRDefault="00CE4A25">
      <w:pPr>
        <w:pStyle w:val="21"/>
      </w:pPr>
      <w:bookmarkStart w:id="18" w:name="_Toc243919866"/>
      <w:r>
        <w:t>19. Частые ошибки и решения</w:t>
      </w:r>
      <w:bookmarkEnd w:id="18"/>
    </w:p>
    <w:p w14:paraId="0D4A121D" w14:textId="77777777" w:rsidR="0087771C" w:rsidRDefault="00CE4A25">
      <w:r>
        <w:rPr>
          <w:b/>
        </w:rPr>
        <w:t>Не видно дисциплину у участника.</w:t>
      </w:r>
      <w:r>
        <w:t xml:space="preserve"> Проверьте пол, возраст, возрастную дату и статус заявки.</w:t>
      </w:r>
    </w:p>
    <w:p w14:paraId="6DA59FC0" w14:textId="77777777" w:rsidR="0087771C" w:rsidRDefault="00CE4A25">
      <w:r>
        <w:rPr>
          <w:b/>
        </w:rPr>
        <w:t>Участник не попадает в группу.</w:t>
      </w:r>
      <w:r>
        <w:t xml:space="preserve"> Проверьте дату рождения и возрастную дату соревнования. Если возраст вне групп, он будет EXH.</w:t>
      </w:r>
    </w:p>
    <w:p w14:paraId="05EE71F4" w14:textId="77777777" w:rsidR="0087771C" w:rsidRDefault="00CE4A25">
      <w:r>
        <w:rPr>
          <w:b/>
        </w:rPr>
        <w:t>Не распределяются заплывы.</w:t>
      </w:r>
      <w:r>
        <w:t xml:space="preserve"> Убедитесь, что есть подтверждённые заявки и заданы дорожки.</w:t>
      </w:r>
    </w:p>
    <w:p w14:paraId="27965204" w14:textId="77777777" w:rsidR="0087771C" w:rsidRDefault="00CE4A25">
      <w:r>
        <w:rPr>
          <w:b/>
        </w:rPr>
        <w:lastRenderedPageBreak/>
        <w:t>Судья не видит заплыв.</w:t>
      </w:r>
      <w:r>
        <w:t xml:space="preserve"> Проверьте ссылку пульта, выбранную дисциплину и наличие заплывов.</w:t>
      </w:r>
    </w:p>
    <w:p w14:paraId="4CD53C05" w14:textId="77777777" w:rsidR="0087771C" w:rsidRDefault="00CE4A25">
      <w:r>
        <w:rPr>
          <w:b/>
        </w:rPr>
        <w:t>Дипломы не сформировались.</w:t>
      </w:r>
      <w:r>
        <w:t xml:space="preserve"> Дисциплина должна быть официальной; в ней должны быть призёры.</w:t>
      </w:r>
    </w:p>
    <w:p w14:paraId="2B6C5A1E" w14:textId="77777777" w:rsidR="0087771C" w:rsidRDefault="00CE4A25">
      <w:r>
        <w:rPr>
          <w:b/>
        </w:rPr>
        <w:t>Не скачивается диплом на публичной странице.</w:t>
      </w:r>
      <w:r>
        <w:t xml:space="preserve"> Результаты должны быть опубликованы, участник — иметь результат.</w:t>
      </w:r>
    </w:p>
    <w:p w14:paraId="76CA039E" w14:textId="77777777" w:rsidR="0087771C" w:rsidRDefault="00CE4A25">
      <w:r>
        <w:rPr>
          <w:b/>
        </w:rPr>
        <w:t>Не приходит оплата.</w:t>
      </w:r>
      <w:r>
        <w:t xml:space="preserve"> Проверьте настройки Ozon Pay, ссылку тарифа и статус заказа.</w:t>
      </w:r>
    </w:p>
    <w:p w14:paraId="3EF9B29E" w14:textId="77777777" w:rsidR="0087771C" w:rsidRDefault="00CE4A25">
      <w:r>
        <w:rPr>
          <w:b/>
        </w:rPr>
        <w:t>Участник не видит результаты.</w:t>
      </w:r>
      <w:r>
        <w:t xml:space="preserve"> До старта результаты скрыты — это нормально.</w:t>
      </w:r>
    </w:p>
    <w:p w14:paraId="0C4638BC" w14:textId="77777777" w:rsidR="0087771C" w:rsidRDefault="00CE4A25">
      <w:pPr>
        <w:pStyle w:val="21"/>
      </w:pPr>
      <w:bookmarkStart w:id="19" w:name="_Toc243919867"/>
      <w:r>
        <w:t>20. Чек-листы</w:t>
      </w:r>
      <w:bookmarkEnd w:id="19"/>
    </w:p>
    <w:p w14:paraId="7CFB35E5" w14:textId="77777777" w:rsidR="0087771C" w:rsidRDefault="00CE4A25">
      <w:pPr>
        <w:pStyle w:val="31"/>
      </w:pPr>
      <w:r>
        <w:t>За неделю</w:t>
      </w:r>
    </w:p>
    <w:p w14:paraId="4C4F9BD6" w14:textId="77777777" w:rsidR="0087771C" w:rsidRDefault="00CE4A25">
      <w:pPr>
        <w:pStyle w:val="a0"/>
      </w:pPr>
      <w:r>
        <w:t>☐ программа сформирована и проверена;</w:t>
      </w:r>
    </w:p>
    <w:p w14:paraId="251A2E25" w14:textId="77777777" w:rsidR="0087771C" w:rsidRDefault="00CE4A25">
      <w:pPr>
        <w:pStyle w:val="a0"/>
      </w:pPr>
      <w:r>
        <w:t>☐ возрастные группы соответствуют положению;</w:t>
      </w:r>
    </w:p>
    <w:p w14:paraId="78690D44" w14:textId="77777777" w:rsidR="0087771C" w:rsidRDefault="00CE4A25">
      <w:pPr>
        <w:pStyle w:val="a0"/>
      </w:pPr>
      <w:r>
        <w:t>☐ заявки подтверждены;</w:t>
      </w:r>
    </w:p>
    <w:p w14:paraId="712EE302" w14:textId="77777777" w:rsidR="0087771C" w:rsidRDefault="00CE4A25">
      <w:pPr>
        <w:pStyle w:val="a0"/>
      </w:pPr>
      <w:r>
        <w:t>☐ заплывы распределены;</w:t>
      </w:r>
    </w:p>
    <w:p w14:paraId="2EC7C6ED" w14:textId="77777777" w:rsidR="0087771C" w:rsidRDefault="00CE4A25">
      <w:pPr>
        <w:pStyle w:val="a0"/>
      </w:pPr>
      <w:r>
        <w:t>☐ судейский пульт открывается на планшете;</w:t>
      </w:r>
    </w:p>
    <w:p w14:paraId="41274E09" w14:textId="77777777" w:rsidR="0087771C" w:rsidRDefault="00CE4A25">
      <w:pPr>
        <w:pStyle w:val="a0"/>
      </w:pPr>
      <w:r>
        <w:t>☐ телефоны хронометристов и стартера проверены;</w:t>
      </w:r>
    </w:p>
    <w:p w14:paraId="1BE9843E" w14:textId="77777777" w:rsidR="0087771C" w:rsidRDefault="00CE4A25">
      <w:pPr>
        <w:pStyle w:val="a0"/>
      </w:pPr>
      <w:r>
        <w:t>☐ дипломы: стиль, печать, подпись, подписант;</w:t>
      </w:r>
    </w:p>
    <w:p w14:paraId="6882F13F" w14:textId="77777777" w:rsidR="0087771C" w:rsidRDefault="00CE4A25">
      <w:pPr>
        <w:pStyle w:val="a0"/>
      </w:pPr>
      <w:r>
        <w:t>☐ публичная страница и положение проверены.</w:t>
      </w:r>
    </w:p>
    <w:p w14:paraId="026DFCF8" w14:textId="77777777" w:rsidR="0087771C" w:rsidRDefault="00CE4A25">
      <w:pPr>
        <w:pStyle w:val="31"/>
      </w:pPr>
      <w:r>
        <w:t>В день старта</w:t>
      </w:r>
    </w:p>
    <w:p w14:paraId="508E6BF7" w14:textId="77777777" w:rsidR="0087771C" w:rsidRDefault="00CE4A25">
      <w:pPr>
        <w:pStyle w:val="a0"/>
      </w:pPr>
      <w:r>
        <w:t>☐ пульт открыт;</w:t>
      </w:r>
    </w:p>
    <w:p w14:paraId="02D0D394" w14:textId="77777777" w:rsidR="0087771C" w:rsidRDefault="00CE4A25">
      <w:pPr>
        <w:pStyle w:val="a0"/>
      </w:pPr>
      <w:r>
        <w:t>☐ QR хронометристов и стартера розданы;</w:t>
      </w:r>
    </w:p>
    <w:p w14:paraId="20518E03" w14:textId="77777777" w:rsidR="0087771C" w:rsidRDefault="00CE4A25">
      <w:pPr>
        <w:pStyle w:val="a0"/>
      </w:pPr>
      <w:r>
        <w:t>☐ стартовые протоколы напечатаны;</w:t>
      </w:r>
    </w:p>
    <w:p w14:paraId="73C1DA3D" w14:textId="77777777" w:rsidR="0087771C" w:rsidRDefault="00CE4A25">
      <w:pPr>
        <w:pStyle w:val="a0"/>
      </w:pPr>
      <w:r>
        <w:t>☐ результаты вводятся и утверждаются;</w:t>
      </w:r>
    </w:p>
    <w:p w14:paraId="6EDE3C23" w14:textId="77777777" w:rsidR="0087771C" w:rsidRDefault="00CE4A25">
      <w:pPr>
        <w:pStyle w:val="a0"/>
      </w:pPr>
      <w:r>
        <w:t>☐ СТОП доступен;</w:t>
      </w:r>
    </w:p>
    <w:p w14:paraId="5EB5ECCB" w14:textId="77777777" w:rsidR="0087771C" w:rsidRDefault="00CE4A25">
      <w:pPr>
        <w:pStyle w:val="a0"/>
      </w:pPr>
      <w:r>
        <w:t>☐ live-табло и TV включены.</w:t>
      </w:r>
    </w:p>
    <w:p w14:paraId="044A1F1C" w14:textId="77777777" w:rsidR="0087771C" w:rsidRDefault="00CE4A25">
      <w:pPr>
        <w:pStyle w:val="31"/>
      </w:pPr>
      <w:r>
        <w:t>После старта</w:t>
      </w:r>
    </w:p>
    <w:p w14:paraId="2A983636" w14:textId="77777777" w:rsidR="0087771C" w:rsidRDefault="00CE4A25">
      <w:pPr>
        <w:pStyle w:val="a0"/>
      </w:pPr>
      <w:r>
        <w:t>☐ все дисциплины официальны;</w:t>
      </w:r>
    </w:p>
    <w:p w14:paraId="2C648292" w14:textId="77777777" w:rsidR="0087771C" w:rsidRDefault="00CE4A25">
      <w:pPr>
        <w:pStyle w:val="a0"/>
      </w:pPr>
      <w:r>
        <w:t>☐ дипломы сформированы и напечатаны;</w:t>
      </w:r>
    </w:p>
    <w:p w14:paraId="26F1E36C" w14:textId="77777777" w:rsidR="0087771C" w:rsidRDefault="00CE4A25">
      <w:pPr>
        <w:pStyle w:val="a0"/>
      </w:pPr>
      <w:r>
        <w:t>☐ протоколы выгружены;</w:t>
      </w:r>
    </w:p>
    <w:p w14:paraId="28AE6B8B" w14:textId="77777777" w:rsidR="0087771C" w:rsidRDefault="00CE4A25">
      <w:pPr>
        <w:pStyle w:val="a0"/>
      </w:pPr>
      <w:r>
        <w:t>☐ результаты опубликованы;</w:t>
      </w:r>
    </w:p>
    <w:p w14:paraId="46608E02" w14:textId="77777777" w:rsidR="0087771C" w:rsidRDefault="00CE4A25">
      <w:pPr>
        <w:pStyle w:val="a0"/>
      </w:pPr>
      <w:r>
        <w:t>☐ Lenex выгружен — при необходимости;</w:t>
      </w:r>
    </w:p>
    <w:p w14:paraId="0134CCC1" w14:textId="77777777" w:rsidR="0087771C" w:rsidRDefault="00CE4A25">
      <w:pPr>
        <w:pStyle w:val="a0"/>
      </w:pPr>
      <w:r>
        <w:t>☐ галерея и итоги опубликованы.</w:t>
      </w:r>
    </w:p>
    <w:p w14:paraId="619FBC69" w14:textId="77777777" w:rsidR="0087771C" w:rsidRDefault="00CE4A25">
      <w:pPr>
        <w:pStyle w:val="21"/>
      </w:pPr>
      <w:bookmarkStart w:id="20" w:name="_Toc243919868"/>
      <w:r>
        <w:lastRenderedPageBreak/>
        <w:t>21. Глоссарий</w:t>
      </w:r>
      <w:bookmarkEnd w:id="20"/>
    </w:p>
    <w:p w14:paraId="480C001B" w14:textId="77777777" w:rsidR="0087771C" w:rsidRDefault="00CE4A25">
      <w:pPr>
        <w:pStyle w:val="a0"/>
      </w:pPr>
      <w:r>
        <w:rPr>
          <w:b/>
        </w:rPr>
        <w:t>Lenex / .lxf</w:t>
      </w:r>
      <w:r>
        <w:t xml:space="preserve"> — формат обмена данными плавания с внешними системами.</w:t>
      </w:r>
    </w:p>
    <w:p w14:paraId="0F6CE9B2" w14:textId="77777777" w:rsidR="0087771C" w:rsidRDefault="00CE4A25">
      <w:pPr>
        <w:pStyle w:val="a0"/>
      </w:pPr>
      <w:r>
        <w:rPr>
          <w:b/>
        </w:rPr>
        <w:t>Seed</w:t>
      </w:r>
      <w:r>
        <w:t xml:space="preserve"> — распределение участников по заплывам и дорожкам.</w:t>
      </w:r>
    </w:p>
    <w:p w14:paraId="604E1BFE" w14:textId="77777777" w:rsidR="0087771C" w:rsidRDefault="00CE4A25">
      <w:pPr>
        <w:pStyle w:val="a0"/>
      </w:pPr>
      <w:r>
        <w:rPr>
          <w:b/>
        </w:rPr>
        <w:t>NT</w:t>
      </w:r>
      <w:r>
        <w:t xml:space="preserve"> — нет заявочного времени.</w:t>
      </w:r>
    </w:p>
    <w:p w14:paraId="2F94C04F" w14:textId="77777777" w:rsidR="0087771C" w:rsidRDefault="00CE4A25">
      <w:pPr>
        <w:pStyle w:val="a0"/>
      </w:pPr>
      <w:r>
        <w:rPr>
          <w:b/>
        </w:rPr>
        <w:t>EXH</w:t>
      </w:r>
      <w:r>
        <w:t xml:space="preserve"> — вне конкурса, без места и медалей.</w:t>
      </w:r>
    </w:p>
    <w:p w14:paraId="78A252CA" w14:textId="77777777" w:rsidR="0087771C" w:rsidRDefault="00CE4A25">
      <w:pPr>
        <w:pStyle w:val="a0"/>
      </w:pPr>
      <w:r>
        <w:rPr>
          <w:b/>
        </w:rPr>
        <w:t>DNS</w:t>
      </w:r>
      <w:r>
        <w:t xml:space="preserve"> — не вышел на старт.</w:t>
      </w:r>
    </w:p>
    <w:p w14:paraId="064F0327" w14:textId="77777777" w:rsidR="0087771C" w:rsidRDefault="00CE4A25">
      <w:pPr>
        <w:pStyle w:val="a0"/>
      </w:pPr>
      <w:r>
        <w:rPr>
          <w:b/>
        </w:rPr>
        <w:t>DNF</w:t>
      </w:r>
      <w:r>
        <w:t xml:space="preserve"> — не финишировал.</w:t>
      </w:r>
    </w:p>
    <w:p w14:paraId="203894B6" w14:textId="77777777" w:rsidR="0087771C" w:rsidRDefault="00CE4A25">
      <w:pPr>
        <w:pStyle w:val="a0"/>
      </w:pPr>
      <w:r>
        <w:rPr>
          <w:b/>
        </w:rPr>
        <w:t>DSQ</w:t>
      </w:r>
      <w:r>
        <w:t xml:space="preserve"> — дисквалификация.</w:t>
      </w:r>
    </w:p>
    <w:p w14:paraId="35ADBDAB" w14:textId="77777777" w:rsidR="0087771C" w:rsidRDefault="00CE4A25">
      <w:pPr>
        <w:pStyle w:val="a0"/>
      </w:pPr>
      <w:r>
        <w:rPr>
          <w:b/>
        </w:rPr>
        <w:t>R.T.</w:t>
      </w:r>
      <w:r>
        <w:t xml:space="preserve"> — время реакции.</w:t>
      </w:r>
    </w:p>
    <w:p w14:paraId="655221C2" w14:textId="77777777" w:rsidR="0087771C" w:rsidRDefault="00CE4A25">
      <w:pPr>
        <w:pStyle w:val="a0"/>
      </w:pPr>
      <w:r>
        <w:rPr>
          <w:b/>
        </w:rPr>
        <w:t>Split</w:t>
      </w:r>
      <w:r>
        <w:t xml:space="preserve"> — промежуточная отсечка.</w:t>
      </w:r>
    </w:p>
    <w:p w14:paraId="1AE60B1C" w14:textId="77777777" w:rsidR="0087771C" w:rsidRDefault="00CE4A25">
      <w:pPr>
        <w:pStyle w:val="a0"/>
      </w:pPr>
      <w:r>
        <w:rPr>
          <w:b/>
        </w:rPr>
        <w:t>Heat</w:t>
      </w:r>
      <w:r>
        <w:t xml:space="preserve"> — заплыв.</w:t>
      </w:r>
    </w:p>
    <w:p w14:paraId="0644FFC7" w14:textId="77777777" w:rsidR="0087771C" w:rsidRDefault="00CE4A25">
      <w:pPr>
        <w:pStyle w:val="a0"/>
      </w:pPr>
      <w:r>
        <w:rPr>
          <w:b/>
        </w:rPr>
        <w:t>Event</w:t>
      </w:r>
      <w:r>
        <w:t xml:space="preserve"> — дисциплина.</w:t>
      </w:r>
    </w:p>
    <w:p w14:paraId="2015172A" w14:textId="77777777" w:rsidR="0087771C" w:rsidRDefault="00CE4A25">
      <w:pPr>
        <w:pStyle w:val="a0"/>
      </w:pPr>
      <w:r>
        <w:rPr>
          <w:b/>
        </w:rPr>
        <w:t>White-label</w:t>
      </w:r>
      <w:r>
        <w:t xml:space="preserve"> — платформа под брендом организатора.</w:t>
      </w:r>
    </w:p>
    <w:p w14:paraId="64265DA1" w14:textId="77777777" w:rsidR="0087771C" w:rsidRDefault="00CE4A25">
      <w:pPr>
        <w:pStyle w:val="21"/>
      </w:pPr>
      <w:bookmarkStart w:id="21" w:name="_Toc243919869"/>
      <w:r>
        <w:t>22. Поддержка</w:t>
      </w:r>
      <w:bookmarkEnd w:id="21"/>
    </w:p>
    <w:p w14:paraId="2EE2CC3F" w14:textId="77777777" w:rsidR="0087771C" w:rsidRDefault="00CE4A25">
      <w:pPr>
        <w:pStyle w:val="a0"/>
      </w:pPr>
      <w:r>
        <w:t xml:space="preserve">Сайт: </w:t>
      </w:r>
      <w:r>
        <w:rPr>
          <w:b/>
        </w:rPr>
        <w:t>energowave.ru</w:t>
      </w:r>
    </w:p>
    <w:p w14:paraId="4DC24FCC" w14:textId="77777777" w:rsidR="0087771C" w:rsidRDefault="00CE4A25">
      <w:pPr>
        <w:pStyle w:val="a0"/>
      </w:pPr>
      <w:r>
        <w:t xml:space="preserve">Демо-кабинет: </w:t>
      </w:r>
      <w:r>
        <w:rPr>
          <w:rFonts w:ascii="Consolas" w:hAnsi="Consolas"/>
          <w:color w:val="0E6E86"/>
          <w:sz w:val="21"/>
        </w:rPr>
        <w:t>demo@volna.ru</w:t>
      </w:r>
      <w:r>
        <w:t xml:space="preserve"> / </w:t>
      </w:r>
      <w:r>
        <w:rPr>
          <w:rFonts w:ascii="Consolas" w:hAnsi="Consolas"/>
          <w:color w:val="0E6E86"/>
          <w:sz w:val="21"/>
        </w:rPr>
        <w:t>volna2026</w:t>
      </w:r>
    </w:p>
    <w:p w14:paraId="327C26D1" w14:textId="77777777" w:rsidR="0087771C" w:rsidRDefault="00CE4A25">
      <w:pPr>
        <w:pStyle w:val="a0"/>
      </w:pPr>
      <w:r>
        <w:t xml:space="preserve">Контакт: </w:t>
      </w:r>
      <w:r>
        <w:rPr>
          <w:b/>
        </w:rPr>
        <w:t>NARUTO_SWIM@VK.COM</w:t>
      </w:r>
    </w:p>
    <w:p w14:paraId="5FE9F45E" w14:textId="77777777" w:rsidR="0087771C" w:rsidRDefault="00CE4A25">
      <w:r>
        <w:t>Если что-то не получается — напишите, приложите ссылку на соревнование и скриншот. Мы поможем настроить программу, пульт и дипломы.</w:t>
      </w:r>
    </w:p>
    <w:p w14:paraId="2D50AF30" w14:textId="77777777" w:rsidR="0087771C" w:rsidRDefault="00CE4A25">
      <w:pPr>
        <w:pStyle w:val="21"/>
      </w:pPr>
      <w:bookmarkStart w:id="22" w:name="_Toc243919870"/>
      <w:r>
        <w:t>23. Вопросы перед покупкой</w:t>
      </w:r>
      <w:bookmarkEnd w:id="22"/>
    </w:p>
    <w:p w14:paraId="0B5D93A4" w14:textId="77777777" w:rsidR="0087771C" w:rsidRDefault="00CE4A25">
      <w:r>
        <w:rPr>
          <w:b/>
        </w:rPr>
        <w:t>«Дорого».</w:t>
      </w:r>
      <w:r>
        <w:t xml:space="preserve"> Кабинет — 3 000 ₽ в месяц; при оплате 3/6/9/12 месяцев скидки 5/10/15/20%. Демо — 48 часов, без годового обязательства. Сравните с часами ручной сборки заявок, стартовых листов и протоколов: подписка окупается на одном старте.</w:t>
      </w:r>
    </w:p>
    <w:p w14:paraId="1FF5ADD5" w14:textId="77777777" w:rsidR="0087771C" w:rsidRDefault="00CE4A25">
      <w:r>
        <w:rPr>
          <w:b/>
        </w:rPr>
        <w:t>«У нас уже есть своя система».</w:t>
      </w:r>
      <w:r>
        <w:t xml:space="preserve"> Отлично: «На волне» не требует от неё отказаться. Можно обмениваться файлами Lenex, Excel или CSV, а можно провести весь цикл внутри платформы. Выбор за вами, зависимости нет.</w:t>
      </w:r>
    </w:p>
    <w:p w14:paraId="2F1A8126" w14:textId="77777777" w:rsidR="0087771C" w:rsidRDefault="00CE4A25">
      <w:r>
        <w:rPr>
          <w:b/>
        </w:rPr>
        <w:t>«Судьи не разберутся».</w:t>
      </w:r>
      <w:r>
        <w:t xml:space="preserve"> Время вводится цифрами, Enter — следующая дорожка, статусы — крупными кнопками. Ссылка открывается без логина организатора, токен можно перевыпустить. Базовый сценарий объясняется за пять минут.</w:t>
      </w:r>
    </w:p>
    <w:p w14:paraId="26D94E32" w14:textId="77777777" w:rsidR="0087771C" w:rsidRDefault="00CE4A25">
      <w:r>
        <w:rPr>
          <w:b/>
        </w:rPr>
        <w:t>«А если пропадёт интернет?».</w:t>
      </w:r>
      <w:r>
        <w:t xml:space="preserve"> Хронометраж на телефоне работает в локальном режиме и ставит результаты в очередь отправки; после восстановления связи данные уходят на пульт. На критичных стартах остаются бумажные бланки.</w:t>
      </w:r>
    </w:p>
    <w:p w14:paraId="7999A143" w14:textId="77777777" w:rsidR="0087771C" w:rsidRDefault="00CE4A25">
      <w:r>
        <w:rPr>
          <w:b/>
        </w:rPr>
        <w:t>«Дети, родители, персональные данные».</w:t>
      </w:r>
      <w:r>
        <w:t xml:space="preserve"> Для несовершеннолетних предусмотрены согласия, в публичных протоколах нет контактов — только имя, год рождения, клуб и результат. Результаты скрыты, пока идёт приём заявок.</w:t>
      </w:r>
    </w:p>
    <w:p w14:paraId="15CC8406" w14:textId="77777777" w:rsidR="0087771C" w:rsidRDefault="00CE4A25">
      <w:r>
        <w:rPr>
          <w:b/>
        </w:rPr>
        <w:lastRenderedPageBreak/>
        <w:t>«Как с дипломами?».</w:t>
      </w:r>
      <w:r>
        <w:t xml:space="preserve"> Дипломы собираются из итоговых результатов по шаблону с брендом соревнования. Фамилии не набираются вручную, места уже сверены протоколом.</w:t>
      </w:r>
    </w:p>
    <w:p w14:paraId="61F1973F" w14:textId="77777777" w:rsidR="0087771C" w:rsidRDefault="00CE4A25">
      <w:r>
        <w:rPr>
          <w:b/>
        </w:rPr>
        <w:t>«Оплата — это сложно».</w:t>
      </w:r>
      <w:r>
        <w:t xml:space="preserve"> По умолчанию взносы принимает организатор напрямую, без комиссии платформы. Приём через «На волне» — осознанный выбор: 5% для ЮЛ/ИП или 6% для физлица. Счета, статусы и журнал — в кабинете.</w:t>
      </w:r>
    </w:p>
    <w:p w14:paraId="0C442727" w14:textId="77777777" w:rsidR="0087771C" w:rsidRDefault="00CE4A25">
      <w:r>
        <w:rPr>
          <w:b/>
        </w:rPr>
        <w:t>«У нас свой Excel».</w:t>
      </w:r>
      <w:r>
        <w:t xml:space="preserve"> Шаблон </w:t>
      </w:r>
      <w:r>
        <w:rPr>
          <w:rFonts w:ascii="Consolas" w:hAnsi="Consolas"/>
          <w:color w:val="0E6E86"/>
          <w:sz w:val="21"/>
        </w:rPr>
        <w:t>.xlsx</w:t>
      </w:r>
      <w:r>
        <w:t xml:space="preserve"> и </w:t>
      </w:r>
      <w:r>
        <w:rPr>
          <w:rFonts w:ascii="Consolas" w:hAnsi="Consolas"/>
          <w:color w:val="0E6E86"/>
          <w:sz w:val="21"/>
        </w:rPr>
        <w:t>.csv</w:t>
      </w:r>
      <w:r>
        <w:t xml:space="preserve"> повторяет привычную логику, импорт даёт отчёт по каждой строке. Excel остаётся источником заявок, но перестаёт быть местом сборки протоколов.</w:t>
      </w:r>
    </w:p>
    <w:p w14:paraId="2D9EBFC9" w14:textId="77777777" w:rsidR="0087771C" w:rsidRDefault="00CE4A25">
      <w:r>
        <w:rPr>
          <w:b/>
        </w:rPr>
        <w:t>«Нам некогда учиться».</w:t>
      </w:r>
      <w:r>
        <w:t xml:space="preserve"> Демо на 48 часов, руководство организатора и сценарий «показать за 5 минут». Первый старт можно провести в тестовом режиме, не рискуя рабочим.</w:t>
      </w:r>
    </w:p>
    <w:p w14:paraId="3E3059D6" w14:textId="77777777" w:rsidR="0087771C" w:rsidRDefault="00CE4A25">
      <w:r>
        <w:rPr>
          <w:b/>
        </w:rPr>
        <w:t>«А если не понравится?».</w:t>
      </w:r>
      <w:r>
        <w:t xml:space="preserve"> Начните с месячной подписки после демо, без годового контракта. Данные не запираются: программа, заявки и результаты выгружаются в </w:t>
      </w:r>
      <w:r>
        <w:rPr>
          <w:rFonts w:ascii="Consolas" w:hAnsi="Consolas"/>
          <w:color w:val="0E6E86"/>
          <w:sz w:val="21"/>
        </w:rPr>
        <w:t>.lxf</w:t>
      </w:r>
      <w:r>
        <w:t>, документы — в PDF и Excel.</w:t>
      </w:r>
    </w:p>
    <w:p w14:paraId="5FF33C15" w14:textId="77777777" w:rsidR="0087771C" w:rsidRDefault="00CE4A25">
      <w:pPr>
        <w:pStyle w:val="31"/>
      </w:pPr>
      <w:r>
        <w:t>23.1. Покажите клиенту за 5 минут</w:t>
      </w:r>
    </w:p>
    <w:p w14:paraId="1154ED90" w14:textId="77777777" w:rsidR="0087771C" w:rsidRDefault="00CE4A25">
      <w:pPr>
        <w:ind w:left="255"/>
      </w:pPr>
      <w:r>
        <w:t>1. Откройте с телефона публичную страницу демо-соревнования: программа, положение, кнопка заявки.</w:t>
      </w:r>
    </w:p>
    <w:p w14:paraId="022A716D" w14:textId="77777777" w:rsidR="0087771C" w:rsidRDefault="00CE4A25">
      <w:pPr>
        <w:ind w:left="255"/>
      </w:pPr>
      <w:r>
        <w:t>2. Покажите форму заявки и статус по коду.</w:t>
      </w:r>
    </w:p>
    <w:p w14:paraId="314E1A58" w14:textId="77777777" w:rsidR="0087771C" w:rsidRDefault="00CE4A25">
      <w:pPr>
        <w:ind w:left="255"/>
      </w:pPr>
      <w:r>
        <w:t>3. В кабинете откройте чек-лист готовности старта.</w:t>
      </w:r>
    </w:p>
    <w:p w14:paraId="1C558135" w14:textId="77777777" w:rsidR="0087771C" w:rsidRDefault="00CE4A25">
      <w:pPr>
        <w:ind w:left="255"/>
      </w:pPr>
      <w:r>
        <w:t>4. Покажите программу и стартовый протокол PDF.</w:t>
      </w:r>
    </w:p>
    <w:p w14:paraId="174A9391" w14:textId="77777777" w:rsidR="0087771C" w:rsidRDefault="00CE4A25">
      <w:pPr>
        <w:ind w:left="255"/>
      </w:pPr>
      <w:r>
        <w:t xml:space="preserve">5. Дайте судье ссылку на пульт: введите </w:t>
      </w:r>
      <w:r>
        <w:rPr>
          <w:rFonts w:ascii="Consolas" w:hAnsi="Consolas"/>
          <w:color w:val="0E6E86"/>
          <w:sz w:val="21"/>
        </w:rPr>
        <w:t>2834</w:t>
      </w:r>
      <w:r>
        <w:t>, нажмите «Сохранить» и «Утвердить заплыв».</w:t>
      </w:r>
    </w:p>
    <w:p w14:paraId="230BD5D4" w14:textId="77777777" w:rsidR="0087771C" w:rsidRDefault="00CE4A25">
      <w:pPr>
        <w:ind w:left="255"/>
      </w:pPr>
      <w:r>
        <w:t>6. Покажите live- и TV-табло, затем итоговый протокол.</w:t>
      </w:r>
    </w:p>
    <w:p w14:paraId="1816E9AE" w14:textId="77777777" w:rsidR="0087771C" w:rsidRDefault="00CE4A25">
      <w:pPr>
        <w:ind w:left="255"/>
      </w:pPr>
      <w:r>
        <w:t>7. Завершите тарифом: 48 часов демо, 3 000 ₽ в месяц, скидки до 20%, пилот на ближайшем старте.</w:t>
      </w:r>
    </w:p>
    <w:p w14:paraId="420F6C83" w14:textId="77777777" w:rsidR="0087771C" w:rsidRDefault="00CE4A25">
      <w:pPr>
        <w:pStyle w:val="21"/>
      </w:pPr>
      <w:bookmarkStart w:id="23" w:name="_Toc243919871"/>
      <w:r>
        <w:t>24. Готовы провести следующий старт?</w:t>
      </w:r>
      <w:bookmarkEnd w:id="23"/>
    </w:p>
    <w:p w14:paraId="64C2AF2F" w14:textId="77777777" w:rsidR="0087771C" w:rsidRDefault="00CE4A25">
      <w:r>
        <w:t>Начните с демо-доступа: создайте тестовое соревнование, проведите один заплыв на пульте, скачайте протокол и диплом. Этого достаточно, чтобы увидеть, сколько ручной работы уходит.</w:t>
      </w:r>
    </w:p>
    <w:p w14:paraId="1BC796DC" w14:textId="77777777" w:rsidR="0087771C" w:rsidRDefault="00CE4A25">
      <w:r>
        <w:t>Дальше — простой план:</w:t>
      </w:r>
    </w:p>
    <w:p w14:paraId="52F34844" w14:textId="77777777" w:rsidR="0087771C" w:rsidRDefault="00CE4A25">
      <w:pPr>
        <w:ind w:left="255"/>
      </w:pPr>
      <w:r>
        <w:t>1. Выберите ближайший старт и соберите программу.</w:t>
      </w:r>
    </w:p>
    <w:p w14:paraId="5A284A71" w14:textId="77777777" w:rsidR="0087771C" w:rsidRDefault="00CE4A25">
      <w:pPr>
        <w:ind w:left="255"/>
      </w:pPr>
      <w:r>
        <w:t>2. Откройте приём заявок и отправьте участникам одну ссылку.</w:t>
      </w:r>
    </w:p>
    <w:p w14:paraId="56BCC6E9" w14:textId="77777777" w:rsidR="0087771C" w:rsidRDefault="00CE4A25">
      <w:pPr>
        <w:ind w:left="255"/>
      </w:pPr>
      <w:r>
        <w:t>3. Проведите старт с пульта и телефонов-секундомеров.</w:t>
      </w:r>
    </w:p>
    <w:p w14:paraId="2327CE22" w14:textId="77777777" w:rsidR="0087771C" w:rsidRDefault="00CE4A25">
      <w:pPr>
        <w:ind w:left="255"/>
      </w:pPr>
      <w:r>
        <w:t>4. Опубликуйте результаты, протоколы и дипломы.</w:t>
      </w:r>
    </w:p>
    <w:p w14:paraId="491BC0FF" w14:textId="77777777" w:rsidR="0087771C" w:rsidRDefault="00CE4A25">
      <w:pPr>
        <w:ind w:left="255"/>
      </w:pPr>
      <w:r>
        <w:t xml:space="preserve">5. Выгрузите </w:t>
      </w:r>
      <w:r>
        <w:rPr>
          <w:rFonts w:ascii="Consolas" w:hAnsi="Consolas"/>
          <w:color w:val="0E6E86"/>
          <w:sz w:val="21"/>
        </w:rPr>
        <w:t>.lxf</w:t>
      </w:r>
      <w:r>
        <w:t xml:space="preserve"> или Excel — при необходимости.</w:t>
      </w:r>
    </w:p>
    <w:p w14:paraId="48C7DDE3" w14:textId="77777777" w:rsidR="0087771C" w:rsidRDefault="00CE4A25">
      <w:pPr>
        <w:ind w:left="255"/>
      </w:pPr>
      <w:r>
        <w:t>6. Вернитесь к следующему соревнованию — структура уже готова.</w:t>
      </w:r>
    </w:p>
    <w:p w14:paraId="369832D8" w14:textId="77777777" w:rsidR="0087771C" w:rsidRDefault="00CE4A25">
      <w:r>
        <w:rPr>
          <w:b/>
        </w:rPr>
        <w:lastRenderedPageBreak/>
        <w:t>Демо-доступ:</w:t>
      </w:r>
      <w:r>
        <w:t xml:space="preserve"> 48 часов без обязательств.</w:t>
      </w:r>
    </w:p>
    <w:p w14:paraId="07E35918" w14:textId="77777777" w:rsidR="0087771C" w:rsidRDefault="00CE4A25">
      <w:r>
        <w:rPr>
          <w:b/>
        </w:rPr>
        <w:t>Подписка:</w:t>
      </w:r>
      <w:r>
        <w:t xml:space="preserve"> 3 000 ₽/мес; 3/6/9/12 месяцев со скидками до 20%.</w:t>
      </w:r>
    </w:p>
    <w:p w14:paraId="37DDB247" w14:textId="77777777" w:rsidR="0087771C" w:rsidRDefault="00CE4A25">
      <w:r>
        <w:rPr>
          <w:b/>
        </w:rPr>
        <w:t>Сайт:</w:t>
      </w:r>
      <w:r>
        <w:t xml:space="preserve"> energowave.ru · </w:t>
      </w:r>
      <w:r>
        <w:rPr>
          <w:b/>
        </w:rPr>
        <w:t>Почта:</w:t>
      </w:r>
      <w:r>
        <w:t xml:space="preserve"> NARUTO_SWIM@VK.COM</w:t>
      </w:r>
    </w:p>
    <w:p w14:paraId="4F0D2F59" w14:textId="77777777" w:rsidR="0087771C" w:rsidRDefault="00CE4A25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 wp14:anchorId="5F0B1F70" wp14:editId="48C1E23B">
            <wp:extent cx="1872000" cy="18720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-demo-compact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18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E5634" w14:textId="77777777" w:rsidR="0087771C" w:rsidRDefault="00CE4A25">
      <w:pPr>
        <w:spacing w:after="200"/>
        <w:jc w:val="center"/>
      </w:pPr>
      <w:r>
        <w:rPr>
          <w:i/>
          <w:color w:val="5B6E80"/>
          <w:sz w:val="17"/>
        </w:rPr>
        <w:t>Рис. 33. QR демо-соревнования</w:t>
      </w:r>
    </w:p>
    <w:p w14:paraId="379DDFCF" w14:textId="77777777" w:rsidR="0087771C" w:rsidRDefault="00CE4A25">
      <w:pPr>
        <w:pStyle w:val="21"/>
      </w:pPr>
      <w:bookmarkStart w:id="24" w:name="_Toc243919872"/>
      <w:r>
        <w:t>25. Приложение A. Чек-листы</w:t>
      </w:r>
      <w:bookmarkEnd w:id="24"/>
    </w:p>
    <w:p w14:paraId="3E9FD6A6" w14:textId="77777777" w:rsidR="0087771C" w:rsidRDefault="00CE4A25">
      <w:pPr>
        <w:pStyle w:val="31"/>
      </w:pPr>
      <w:r>
        <w:t>25.1. За 30 дней</w:t>
      </w:r>
    </w:p>
    <w:p w14:paraId="14FA7EF7" w14:textId="77777777" w:rsidR="0087771C" w:rsidRDefault="00CE4A25">
      <w:pPr>
        <w:pStyle w:val="a0"/>
      </w:pPr>
      <w:r>
        <w:t>☐ определить даты и бассейн;</w:t>
      </w:r>
    </w:p>
    <w:p w14:paraId="68E58958" w14:textId="77777777" w:rsidR="0087771C" w:rsidRDefault="00CE4A25">
      <w:pPr>
        <w:pStyle w:val="a0"/>
      </w:pPr>
      <w:r>
        <w:t>☐ собрать положение;</w:t>
      </w:r>
    </w:p>
    <w:p w14:paraId="48D2D6FA" w14:textId="77777777" w:rsidR="0087771C" w:rsidRDefault="00CE4A25">
      <w:pPr>
        <w:pStyle w:val="a0"/>
      </w:pPr>
      <w:r>
        <w:t>☐ сформировать программу;</w:t>
      </w:r>
    </w:p>
    <w:p w14:paraId="5B8DFEC6" w14:textId="77777777" w:rsidR="0087771C" w:rsidRDefault="00CE4A25">
      <w:pPr>
        <w:pStyle w:val="a0"/>
      </w:pPr>
      <w:r>
        <w:t>☐ проверить возрастные группы;</w:t>
      </w:r>
    </w:p>
    <w:p w14:paraId="7173D67B" w14:textId="77777777" w:rsidR="0087771C" w:rsidRDefault="00CE4A25">
      <w:pPr>
        <w:pStyle w:val="a0"/>
      </w:pPr>
      <w:r>
        <w:t>☐ настроить взносы и оплату;</w:t>
      </w:r>
    </w:p>
    <w:p w14:paraId="03F823C0" w14:textId="77777777" w:rsidR="0087771C" w:rsidRDefault="00CE4A25">
      <w:pPr>
        <w:pStyle w:val="a0"/>
      </w:pPr>
      <w:r>
        <w:t>☐ подготовить брендирование;</w:t>
      </w:r>
    </w:p>
    <w:p w14:paraId="618021FD" w14:textId="77777777" w:rsidR="0087771C" w:rsidRDefault="00CE4A25">
      <w:pPr>
        <w:pStyle w:val="a0"/>
      </w:pPr>
      <w:r>
        <w:t>☐ создать соревнование и опубликовать страницу.</w:t>
      </w:r>
    </w:p>
    <w:p w14:paraId="0BA4CB51" w14:textId="77777777" w:rsidR="0087771C" w:rsidRDefault="00CE4A25">
      <w:pPr>
        <w:pStyle w:val="31"/>
      </w:pPr>
      <w:r>
        <w:t>25.2. За 7 дней</w:t>
      </w:r>
    </w:p>
    <w:p w14:paraId="4C18A530" w14:textId="77777777" w:rsidR="0087771C" w:rsidRDefault="00CE4A25">
      <w:pPr>
        <w:pStyle w:val="a0"/>
      </w:pPr>
      <w:r>
        <w:t>☐ открыть/проверить заявки;</w:t>
      </w:r>
    </w:p>
    <w:p w14:paraId="6885F635" w14:textId="77777777" w:rsidR="0087771C" w:rsidRDefault="00CE4A25">
      <w:pPr>
        <w:pStyle w:val="a0"/>
      </w:pPr>
      <w:r>
        <w:t>☐ подтвердить участников;</w:t>
      </w:r>
    </w:p>
    <w:p w14:paraId="76432BF0" w14:textId="77777777" w:rsidR="0087771C" w:rsidRDefault="00CE4A25">
      <w:pPr>
        <w:pStyle w:val="a0"/>
      </w:pPr>
      <w:r>
        <w:t>☐ проверить лимиты и возраст;</w:t>
      </w:r>
    </w:p>
    <w:p w14:paraId="09F98A7B" w14:textId="77777777" w:rsidR="0087771C" w:rsidRDefault="00CE4A25">
      <w:pPr>
        <w:pStyle w:val="a0"/>
      </w:pPr>
      <w:r>
        <w:t>☐ распределить заплывы;</w:t>
      </w:r>
    </w:p>
    <w:p w14:paraId="45424090" w14:textId="77777777" w:rsidR="0087771C" w:rsidRDefault="00CE4A25">
      <w:pPr>
        <w:pStyle w:val="a0"/>
      </w:pPr>
      <w:r>
        <w:t>☐ напечатать стартовые протоколы;</w:t>
      </w:r>
    </w:p>
    <w:p w14:paraId="19B3B0C7" w14:textId="77777777" w:rsidR="0087771C" w:rsidRDefault="00CE4A25">
      <w:pPr>
        <w:pStyle w:val="a0"/>
      </w:pPr>
      <w:r>
        <w:t>☐ проверить пульт и телефоны;</w:t>
      </w:r>
    </w:p>
    <w:p w14:paraId="1D917B51" w14:textId="77777777" w:rsidR="0087771C" w:rsidRDefault="00CE4A25">
      <w:pPr>
        <w:pStyle w:val="a0"/>
      </w:pPr>
      <w:r>
        <w:t>☐ выбрать стиль дипломов и подписанта.</w:t>
      </w:r>
    </w:p>
    <w:p w14:paraId="71348EAA" w14:textId="77777777" w:rsidR="0087771C" w:rsidRDefault="00CE4A25">
      <w:pPr>
        <w:pStyle w:val="31"/>
      </w:pPr>
      <w:r>
        <w:t>25.3. За 1 день</w:t>
      </w:r>
    </w:p>
    <w:p w14:paraId="08521176" w14:textId="77777777" w:rsidR="0087771C" w:rsidRDefault="00CE4A25">
      <w:pPr>
        <w:pStyle w:val="a0"/>
      </w:pPr>
      <w:r>
        <w:t>☐ проверить заряд устройств;</w:t>
      </w:r>
    </w:p>
    <w:p w14:paraId="4F749F87" w14:textId="77777777" w:rsidR="0087771C" w:rsidRDefault="00CE4A25">
      <w:pPr>
        <w:pStyle w:val="a0"/>
      </w:pPr>
      <w:r>
        <w:t>☐ проверить интернет;</w:t>
      </w:r>
    </w:p>
    <w:p w14:paraId="4818D8B5" w14:textId="77777777" w:rsidR="0087771C" w:rsidRDefault="00CE4A25">
      <w:pPr>
        <w:pStyle w:val="a0"/>
      </w:pPr>
      <w:r>
        <w:t>☐ проверить QR хронометристов и стартера;</w:t>
      </w:r>
    </w:p>
    <w:p w14:paraId="7C3E6959" w14:textId="77777777" w:rsidR="0087771C" w:rsidRDefault="00CE4A25">
      <w:pPr>
        <w:pStyle w:val="a0"/>
      </w:pPr>
      <w:r>
        <w:lastRenderedPageBreak/>
        <w:t>☐ распечатать бланки;</w:t>
      </w:r>
    </w:p>
    <w:p w14:paraId="015C741F" w14:textId="77777777" w:rsidR="0087771C" w:rsidRDefault="00CE4A25">
      <w:pPr>
        <w:pStyle w:val="a0"/>
      </w:pPr>
      <w:r>
        <w:t>☐ проверить дипломы на пробной печати;</w:t>
      </w:r>
    </w:p>
    <w:p w14:paraId="52DF753E" w14:textId="77777777" w:rsidR="0087771C" w:rsidRDefault="00CE4A25">
      <w:pPr>
        <w:pStyle w:val="a0"/>
      </w:pPr>
      <w:r>
        <w:t>☐ назначить ответственных.</w:t>
      </w:r>
    </w:p>
    <w:p w14:paraId="61A1BD44" w14:textId="77777777" w:rsidR="0087771C" w:rsidRDefault="00CE4A25">
      <w:pPr>
        <w:pStyle w:val="31"/>
      </w:pPr>
      <w:r>
        <w:t>25.4. День старта</w:t>
      </w:r>
    </w:p>
    <w:p w14:paraId="14E6B4AB" w14:textId="77777777" w:rsidR="0087771C" w:rsidRDefault="00CE4A25">
      <w:pPr>
        <w:pStyle w:val="a0"/>
      </w:pPr>
      <w:r>
        <w:t>☐ открыть пульт;</w:t>
      </w:r>
    </w:p>
    <w:p w14:paraId="71ADCB3A" w14:textId="77777777" w:rsidR="0087771C" w:rsidRDefault="00CE4A25">
      <w:pPr>
        <w:pStyle w:val="a0"/>
      </w:pPr>
      <w:r>
        <w:t>☐ открыть live/TV;</w:t>
      </w:r>
    </w:p>
    <w:p w14:paraId="335A585F" w14:textId="77777777" w:rsidR="0087771C" w:rsidRDefault="00CE4A25">
      <w:pPr>
        <w:pStyle w:val="a0"/>
      </w:pPr>
      <w:r>
        <w:t>☐ раздать QR;</w:t>
      </w:r>
    </w:p>
    <w:p w14:paraId="2BFD085C" w14:textId="77777777" w:rsidR="0087771C" w:rsidRDefault="00CE4A25">
      <w:pPr>
        <w:pStyle w:val="a0"/>
      </w:pPr>
      <w:r>
        <w:t>☐ проверить первый заплыв;</w:t>
      </w:r>
    </w:p>
    <w:p w14:paraId="25366EB7" w14:textId="77777777" w:rsidR="0087771C" w:rsidRDefault="00CE4A25">
      <w:pPr>
        <w:pStyle w:val="a0"/>
      </w:pPr>
      <w:r>
        <w:t>☐ утвердить первый заплыв;</w:t>
      </w:r>
    </w:p>
    <w:p w14:paraId="34422C49" w14:textId="77777777" w:rsidR="0087771C" w:rsidRDefault="00CE4A25">
      <w:pPr>
        <w:pStyle w:val="a0"/>
      </w:pPr>
      <w:r>
        <w:t>☐ проверить, что результат появился в онлайне;</w:t>
      </w:r>
    </w:p>
    <w:p w14:paraId="69A9C322" w14:textId="77777777" w:rsidR="0087771C" w:rsidRDefault="00CE4A25">
      <w:pPr>
        <w:pStyle w:val="a0"/>
      </w:pPr>
      <w:r>
        <w:t>☐ проверить маячок дипломов.</w:t>
      </w:r>
    </w:p>
    <w:p w14:paraId="30AFEEA8" w14:textId="77777777" w:rsidR="0087771C" w:rsidRDefault="00CE4A25">
      <w:pPr>
        <w:pStyle w:val="31"/>
      </w:pPr>
      <w:r>
        <w:t>25.5. После старта</w:t>
      </w:r>
    </w:p>
    <w:p w14:paraId="68636DCF" w14:textId="77777777" w:rsidR="0087771C" w:rsidRDefault="00CE4A25">
      <w:pPr>
        <w:pStyle w:val="a0"/>
      </w:pPr>
      <w:r>
        <w:t>☐ все дисциплины официальны;</w:t>
      </w:r>
    </w:p>
    <w:p w14:paraId="497882AE" w14:textId="77777777" w:rsidR="0087771C" w:rsidRDefault="00CE4A25">
      <w:pPr>
        <w:pStyle w:val="a0"/>
      </w:pPr>
      <w:r>
        <w:t>☐ протоколы сформированы;</w:t>
      </w:r>
    </w:p>
    <w:p w14:paraId="2F3A16F1" w14:textId="77777777" w:rsidR="0087771C" w:rsidRDefault="00CE4A25">
      <w:pPr>
        <w:pStyle w:val="a0"/>
      </w:pPr>
      <w:r>
        <w:t>☐ дипломы напечатаны;</w:t>
      </w:r>
    </w:p>
    <w:p w14:paraId="628EEB33" w14:textId="77777777" w:rsidR="0087771C" w:rsidRDefault="00CE4A25">
      <w:pPr>
        <w:pStyle w:val="a0"/>
      </w:pPr>
      <w:r>
        <w:t>☐ результаты опубликованы;</w:t>
      </w:r>
    </w:p>
    <w:p w14:paraId="1FE1E097" w14:textId="77777777" w:rsidR="0087771C" w:rsidRDefault="00CE4A25">
      <w:pPr>
        <w:pStyle w:val="a0"/>
      </w:pPr>
      <w:r>
        <w:t>☐ Lenex/Excel выгружен при необходимости;</w:t>
      </w:r>
    </w:p>
    <w:p w14:paraId="3771CB43" w14:textId="77777777" w:rsidR="0087771C" w:rsidRDefault="00CE4A25">
      <w:pPr>
        <w:pStyle w:val="a0"/>
      </w:pPr>
      <w:r>
        <w:t>☐ фотографии загружены;</w:t>
      </w:r>
    </w:p>
    <w:p w14:paraId="238F8AFB" w14:textId="77777777" w:rsidR="0087771C" w:rsidRDefault="00CE4A25">
      <w:pPr>
        <w:pStyle w:val="a0"/>
      </w:pPr>
      <w:r>
        <w:t>☐ итоги отправлены участникам.</w:t>
      </w:r>
    </w:p>
    <w:p w14:paraId="54D37727" w14:textId="77777777" w:rsidR="0087771C" w:rsidRDefault="00CE4A25">
      <w:pPr>
        <w:pStyle w:val="21"/>
      </w:pPr>
      <w:bookmarkStart w:id="25" w:name="_Toc243919873"/>
      <w:r>
        <w:t>26. Приложение B. Частые вопросы</w:t>
      </w:r>
      <w:bookmarkEnd w:id="25"/>
    </w:p>
    <w:p w14:paraId="4F8F074E" w14:textId="77777777" w:rsidR="0087771C" w:rsidRDefault="00CE4A25">
      <w:r>
        <w:rPr>
          <w:b/>
        </w:rPr>
        <w:t>Можно ли провести соревнование без внешней системы?</w:t>
      </w:r>
      <w:r>
        <w:t xml:space="preserve"> Да, весь цикл работает внутри «На волне».</w:t>
      </w:r>
    </w:p>
    <w:p w14:paraId="3D182A01" w14:textId="77777777" w:rsidR="0087771C" w:rsidRDefault="00CE4A25">
      <w:r>
        <w:rPr>
          <w:b/>
        </w:rPr>
        <w:t>Нужно ли устанавливать программу?</w:t>
      </w:r>
      <w:r>
        <w:t xml:space="preserve"> Нет, кабинет и пульт работают в браузере.</w:t>
      </w:r>
    </w:p>
    <w:p w14:paraId="63104D11" w14:textId="77777777" w:rsidR="0087771C" w:rsidRDefault="00CE4A25">
      <w:r>
        <w:rPr>
          <w:b/>
        </w:rPr>
        <w:t>Можно ли работать без интернета?</w:t>
      </w:r>
      <w:r>
        <w:t xml:space="preserve"> Да, локальный режим хронометража и локальная версия.</w:t>
      </w:r>
    </w:p>
    <w:p w14:paraId="036963D0" w14:textId="77777777" w:rsidR="0087771C" w:rsidRDefault="00CE4A25">
      <w:r>
        <w:rPr>
          <w:b/>
        </w:rPr>
        <w:t>Где вводить время?</w:t>
      </w:r>
      <w:r>
        <w:t xml:space="preserve"> На судейском пульте или на телефоне хронометриста.</w:t>
      </w:r>
    </w:p>
    <w:p w14:paraId="7D26E5D8" w14:textId="77777777" w:rsidR="0087771C" w:rsidRDefault="00CE4A25">
      <w:r>
        <w:rPr>
          <w:b/>
        </w:rPr>
        <w:t>Кто стартует заплыв?</w:t>
      </w:r>
      <w:r>
        <w:t xml:space="preserve"> Хронометрист, судья за пультом или стартер — в зависимости от режима.</w:t>
      </w:r>
    </w:p>
    <w:p w14:paraId="584C9404" w14:textId="77777777" w:rsidR="0087771C" w:rsidRDefault="00CE4A25">
      <w:r>
        <w:rPr>
          <w:b/>
        </w:rPr>
        <w:t>Как подключить стартера?</w:t>
      </w:r>
      <w:r>
        <w:t xml:space="preserve"> QR стартера на пульте и страница </w:t>
      </w:r>
      <w:r>
        <w:rPr>
          <w:rFonts w:ascii="Consolas" w:hAnsi="Consolas"/>
          <w:color w:val="0E6E86"/>
          <w:sz w:val="21"/>
        </w:rPr>
        <w:t>/starter</w:t>
      </w:r>
      <w:r>
        <w:t>.</w:t>
      </w:r>
    </w:p>
    <w:p w14:paraId="0CD743BC" w14:textId="77777777" w:rsidR="0087771C" w:rsidRDefault="00CE4A25">
      <w:r>
        <w:rPr>
          <w:b/>
        </w:rPr>
        <w:t>Как подключить хронометристов?</w:t>
      </w:r>
      <w:r>
        <w:t xml:space="preserve"> QR хронометристов и страница </w:t>
      </w:r>
      <w:r>
        <w:rPr>
          <w:rFonts w:ascii="Consolas" w:hAnsi="Consolas"/>
          <w:color w:val="0E6E86"/>
          <w:sz w:val="21"/>
        </w:rPr>
        <w:t>/timing</w:t>
      </w:r>
      <w:r>
        <w:t>.</w:t>
      </w:r>
    </w:p>
    <w:p w14:paraId="394E3473" w14:textId="77777777" w:rsidR="0087771C" w:rsidRDefault="00CE4A25">
      <w:r>
        <w:rPr>
          <w:b/>
        </w:rPr>
        <w:t>Что делать, если телефон разрядился?</w:t>
      </w:r>
      <w:r>
        <w:t xml:space="preserve"> Переключитесь на другого хронометриста или введите время с пульта.</w:t>
      </w:r>
    </w:p>
    <w:p w14:paraId="083EFF9D" w14:textId="77777777" w:rsidR="0087771C" w:rsidRDefault="00CE4A25">
      <w:r>
        <w:rPr>
          <w:b/>
        </w:rPr>
        <w:t>Когда формируются дипломы?</w:t>
      </w:r>
      <w:r>
        <w:t xml:space="preserve"> После утверждения последнего заплыва дисциплины.</w:t>
      </w:r>
    </w:p>
    <w:p w14:paraId="73E0E9B9" w14:textId="77777777" w:rsidR="0087771C" w:rsidRDefault="00CE4A25">
      <w:r>
        <w:rPr>
          <w:b/>
        </w:rPr>
        <w:t>Можно ли изменить диплом?</w:t>
      </w:r>
      <w:r>
        <w:t xml:space="preserve"> Да, в конструкторе «Своя форма» или в настройках стиля.</w:t>
      </w:r>
    </w:p>
    <w:p w14:paraId="1673472F" w14:textId="77777777" w:rsidR="0087771C" w:rsidRDefault="00CE4A25">
      <w:r>
        <w:rPr>
          <w:b/>
        </w:rPr>
        <w:lastRenderedPageBreak/>
        <w:t>Где скачать диплом участника?</w:t>
      </w:r>
      <w:r>
        <w:t xml:space="preserve"> В «Награждении» или в поиске на публичной странице.</w:t>
      </w:r>
    </w:p>
    <w:p w14:paraId="5F7E9BFB" w14:textId="77777777" w:rsidR="0087771C" w:rsidRDefault="00CE4A25">
      <w:r>
        <w:rPr>
          <w:b/>
        </w:rPr>
        <w:t>Почему участник в EXH?</w:t>
      </w:r>
      <w:r>
        <w:t xml:space="preserve"> Его возраст не попал в группы дисциплины.</w:t>
      </w:r>
    </w:p>
    <w:p w14:paraId="1732D815" w14:textId="77777777" w:rsidR="0087771C" w:rsidRDefault="00CE4A25">
      <w:r>
        <w:rPr>
          <w:b/>
        </w:rPr>
        <w:t>Почему нет результата?</w:t>
      </w:r>
      <w:r>
        <w:t xml:space="preserve"> Проверьте статус, время и утверждение заплыва.</w:t>
      </w:r>
    </w:p>
    <w:p w14:paraId="149866B0" w14:textId="77777777" w:rsidR="0087771C" w:rsidRDefault="00CE4A25">
      <w:r>
        <w:rPr>
          <w:b/>
        </w:rPr>
        <w:t>Как выгрузить данные?</w:t>
      </w:r>
      <w:r>
        <w:t xml:space="preserve"> Экспорт </w:t>
      </w:r>
      <w:r>
        <w:rPr>
          <w:rFonts w:ascii="Consolas" w:hAnsi="Consolas"/>
          <w:color w:val="0E6E86"/>
          <w:sz w:val="21"/>
        </w:rPr>
        <w:t>.lxf</w:t>
      </w:r>
      <w:r>
        <w:t xml:space="preserve">, </w:t>
      </w:r>
      <w:r>
        <w:rPr>
          <w:rFonts w:ascii="Consolas" w:hAnsi="Consolas"/>
          <w:color w:val="0E6E86"/>
          <w:sz w:val="21"/>
        </w:rPr>
        <w:t>.xlsx</w:t>
      </w:r>
      <w:r>
        <w:t xml:space="preserve">, </w:t>
      </w:r>
      <w:r>
        <w:rPr>
          <w:rFonts w:ascii="Consolas" w:hAnsi="Consolas"/>
          <w:color w:val="0E6E86"/>
          <w:sz w:val="21"/>
        </w:rPr>
        <w:t>.csv</w:t>
      </w:r>
      <w:r>
        <w:t xml:space="preserve"> и PDF в соответствующих разделах.</w:t>
      </w:r>
    </w:p>
    <w:p w14:paraId="35A8253C" w14:textId="77777777" w:rsidR="0087771C" w:rsidRDefault="00CE4A25">
      <w:r>
        <w:rPr>
          <w:b/>
        </w:rPr>
        <w:t>Можно ли провести Мастерс?</w:t>
      </w:r>
      <w:r>
        <w:t xml:space="preserve"> Да, с группами 25+ и очками ФПМ.</w:t>
      </w:r>
    </w:p>
    <w:p w14:paraId="0EA94A96" w14:textId="77777777" w:rsidR="0087771C" w:rsidRDefault="00CE4A25">
      <w:r>
        <w:rPr>
          <w:b/>
        </w:rPr>
        <w:t>Можно ли провести зимнее плавание?</w:t>
      </w:r>
      <w:r>
        <w:t xml:space="preserve"> Да, с категориями A–D и температурным журналом.</w:t>
      </w:r>
    </w:p>
    <w:p w14:paraId="0F9F2387" w14:textId="77777777" w:rsidR="0087771C" w:rsidRDefault="00CE4A25">
      <w:r>
        <w:rPr>
          <w:b/>
        </w:rPr>
        <w:t>Как связаться с поддержкой?</w:t>
      </w:r>
      <w:r>
        <w:t xml:space="preserve"> Сайт </w:t>
      </w:r>
      <w:r>
        <w:rPr>
          <w:rFonts w:ascii="Consolas" w:hAnsi="Consolas"/>
          <w:color w:val="0E6E86"/>
          <w:sz w:val="21"/>
        </w:rPr>
        <w:t>energowave.ru</w:t>
      </w:r>
      <w:r>
        <w:t xml:space="preserve">, почта </w:t>
      </w:r>
      <w:r>
        <w:rPr>
          <w:rFonts w:ascii="Consolas" w:hAnsi="Consolas"/>
          <w:color w:val="0E6E86"/>
          <w:sz w:val="21"/>
        </w:rPr>
        <w:t>NARUTO_SWIM@VK.COM</w:t>
      </w:r>
      <w:r>
        <w:t>.</w:t>
      </w:r>
    </w:p>
    <w:p w14:paraId="6722AD02" w14:textId="77777777" w:rsidR="0087771C" w:rsidRDefault="00CE4A25">
      <w:pPr>
        <w:pStyle w:val="21"/>
      </w:pPr>
      <w:bookmarkStart w:id="26" w:name="_Toc243919874"/>
      <w:r>
        <w:t>27. Приложение C. Роли и зоны ответственности</w:t>
      </w:r>
      <w:bookmarkEnd w:id="26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1616"/>
        <w:gridCol w:w="1606"/>
        <w:gridCol w:w="1606"/>
      </w:tblGrid>
      <w:tr w:rsidR="0087771C" w14:paraId="627B58A0" w14:textId="77777777">
        <w:trPr>
          <w:tblHeader/>
          <w:jc w:val="center"/>
        </w:trPr>
        <w:tc>
          <w:tcPr>
            <w:tcW w:w="1606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854240E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Этап</w:t>
            </w:r>
          </w:p>
        </w:tc>
        <w:tc>
          <w:tcPr>
            <w:tcW w:w="1606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EF8105F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Организатор</w:t>
            </w:r>
          </w:p>
        </w:tc>
        <w:tc>
          <w:tcPr>
            <w:tcW w:w="1606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D98B379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Секретариат</w:t>
            </w:r>
          </w:p>
        </w:tc>
        <w:tc>
          <w:tcPr>
            <w:tcW w:w="1606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62A142E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Судья</w:t>
            </w:r>
          </w:p>
        </w:tc>
        <w:tc>
          <w:tcPr>
            <w:tcW w:w="1606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754FFC7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Стартер</w:t>
            </w:r>
          </w:p>
        </w:tc>
        <w:tc>
          <w:tcPr>
            <w:tcW w:w="1606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2E551AD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Хронометрист</w:t>
            </w:r>
          </w:p>
        </w:tc>
      </w:tr>
      <w:tr w:rsidR="0087771C" w14:paraId="0B7B0E24" w14:textId="77777777">
        <w:trPr>
          <w:jc w:val="center"/>
        </w:trPr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103D8D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Программа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BA2FE2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решение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6FD320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настройка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A74126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проверка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1F1C7B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—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3868A7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—</w:t>
            </w:r>
          </w:p>
        </w:tc>
      </w:tr>
      <w:tr w:rsidR="0087771C" w14:paraId="0CE536BA" w14:textId="77777777">
        <w:trPr>
          <w:jc w:val="center"/>
        </w:trPr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ADA27F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Заявки</w:t>
            </w:r>
          </w:p>
        </w:tc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E3BDAA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публикация</w:t>
            </w:r>
          </w:p>
        </w:tc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93F89F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проверка</w:t>
            </w:r>
          </w:p>
        </w:tc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59D829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—</w:t>
            </w:r>
          </w:p>
        </w:tc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6A84A0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—</w:t>
            </w:r>
          </w:p>
        </w:tc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12CC09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—</w:t>
            </w:r>
          </w:p>
        </w:tc>
      </w:tr>
      <w:tr w:rsidR="0087771C" w14:paraId="769C1F14" w14:textId="77777777">
        <w:trPr>
          <w:jc w:val="center"/>
        </w:trPr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071373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Посев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25F206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контроль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66BD65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выполнение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20A417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проверка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E7E29C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—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9149B7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—</w:t>
            </w:r>
          </w:p>
        </w:tc>
      </w:tr>
      <w:tr w:rsidR="0087771C" w14:paraId="6CCADD8A" w14:textId="77777777">
        <w:trPr>
          <w:jc w:val="center"/>
        </w:trPr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E614B1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Старт</w:t>
            </w:r>
          </w:p>
        </w:tc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58A588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контроль</w:t>
            </w:r>
          </w:p>
        </w:tc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773A64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—</w:t>
            </w:r>
          </w:p>
        </w:tc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ABE230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ввод/утверждение</w:t>
            </w:r>
          </w:p>
        </w:tc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B533A8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старт</w:t>
            </w:r>
          </w:p>
        </w:tc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2F85B1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финиш</w:t>
            </w:r>
          </w:p>
        </w:tc>
      </w:tr>
      <w:tr w:rsidR="0087771C" w14:paraId="357F511D" w14:textId="77777777">
        <w:trPr>
          <w:jc w:val="center"/>
        </w:trPr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DA1D7B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Протоколы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4DD669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подпись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CB48F6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формирование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5EE749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проверка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7FC206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—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E73A49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—</w:t>
            </w:r>
          </w:p>
        </w:tc>
      </w:tr>
      <w:tr w:rsidR="0087771C" w14:paraId="2EB7172B" w14:textId="77777777">
        <w:trPr>
          <w:jc w:val="center"/>
        </w:trPr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05787F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Дипломы</w:t>
            </w:r>
          </w:p>
        </w:tc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9091FE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выбор стиля</w:t>
            </w:r>
          </w:p>
        </w:tc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E19818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печать</w:t>
            </w:r>
          </w:p>
        </w:tc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38A58F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—</w:t>
            </w:r>
          </w:p>
        </w:tc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D8364B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—</w:t>
            </w:r>
          </w:p>
        </w:tc>
        <w:tc>
          <w:tcPr>
            <w:tcW w:w="1606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4BC167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—</w:t>
            </w:r>
          </w:p>
        </w:tc>
      </w:tr>
      <w:tr w:rsidR="0087771C" w14:paraId="28096913" w14:textId="77777777">
        <w:trPr>
          <w:jc w:val="center"/>
        </w:trPr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100A616" w14:textId="77777777" w:rsidR="0087771C" w:rsidRDefault="00CE4A25">
            <w:pPr>
              <w:spacing w:after="0"/>
            </w:pPr>
            <w:r>
              <w:rPr>
                <w:sz w:val="18"/>
              </w:rPr>
              <w:t>Публикация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0F06F2F" w14:textId="77777777" w:rsidR="0087771C" w:rsidRDefault="00CE4A25">
            <w:pPr>
              <w:spacing w:after="0"/>
            </w:pPr>
            <w:r>
              <w:rPr>
                <w:sz w:val="18"/>
              </w:rPr>
              <w:t>решение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2E64C12" w14:textId="77777777" w:rsidR="0087771C" w:rsidRDefault="00CE4A25">
            <w:pPr>
              <w:spacing w:after="0"/>
            </w:pPr>
            <w:r>
              <w:rPr>
                <w:sz w:val="18"/>
              </w:rPr>
              <w:t>выполнение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8011AE4" w14:textId="77777777" w:rsidR="0087771C" w:rsidRDefault="00CE4A25">
            <w:pPr>
              <w:spacing w:after="0"/>
            </w:pPr>
            <w:r>
              <w:rPr>
                <w:sz w:val="18"/>
              </w:rPr>
              <w:t>—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D717A30" w14:textId="77777777" w:rsidR="0087771C" w:rsidRDefault="00CE4A25">
            <w:pPr>
              <w:spacing w:after="0"/>
            </w:pPr>
            <w:r>
              <w:rPr>
                <w:sz w:val="18"/>
              </w:rPr>
              <w:t>—</w:t>
            </w:r>
          </w:p>
        </w:tc>
        <w:tc>
          <w:tcPr>
            <w:tcW w:w="160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56969B7" w14:textId="77777777" w:rsidR="0087771C" w:rsidRDefault="00CE4A25">
            <w:pPr>
              <w:spacing w:after="0"/>
            </w:pPr>
            <w:r>
              <w:rPr>
                <w:sz w:val="18"/>
              </w:rPr>
              <w:t>—</w:t>
            </w:r>
          </w:p>
        </w:tc>
      </w:tr>
    </w:tbl>
    <w:p w14:paraId="0C10BE58" w14:textId="77777777" w:rsidR="0087771C" w:rsidRDefault="0087771C">
      <w:pPr>
        <w:spacing w:after="40"/>
      </w:pPr>
    </w:p>
    <w:p w14:paraId="7962F189" w14:textId="77777777" w:rsidR="0087771C" w:rsidRDefault="00CE4A25">
      <w:pPr>
        <w:pStyle w:val="21"/>
      </w:pPr>
      <w:bookmarkStart w:id="27" w:name="_Toc243919875"/>
      <w:r>
        <w:t>28. Приложение D. План подготовки</w:t>
      </w:r>
      <w:bookmarkEnd w:id="27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87771C" w14:paraId="20AA7078" w14:textId="77777777">
        <w:trPr>
          <w:tblHeader/>
          <w:jc w:val="center"/>
        </w:trPr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3D8FE1E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Срок</w:t>
            </w:r>
          </w:p>
        </w:tc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699ADBA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87771C" w14:paraId="7E6533CB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5A9726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T-30 дней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096A5D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программа, положение, страница</w:t>
            </w:r>
          </w:p>
        </w:tc>
      </w:tr>
      <w:tr w:rsidR="0087771C" w14:paraId="644B5E45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B80FB4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T-21 день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E3437B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открытие заявок</w:t>
            </w:r>
          </w:p>
        </w:tc>
      </w:tr>
      <w:tr w:rsidR="0087771C" w14:paraId="5876D91A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A6C6CC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T-14 дней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C962E3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проверка заявок, оплат, групп</w:t>
            </w:r>
          </w:p>
        </w:tc>
      </w:tr>
      <w:tr w:rsidR="0087771C" w14:paraId="0015845D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273A96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T-7 дней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A3721B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посев, стартовые протоколы</w:t>
            </w:r>
          </w:p>
        </w:tc>
      </w:tr>
      <w:tr w:rsidR="0087771C" w14:paraId="768599D6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483823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T-3 дня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426FB5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пульт, телефоны, дипломы</w:t>
            </w:r>
          </w:p>
        </w:tc>
      </w:tr>
      <w:tr w:rsidR="0087771C" w14:paraId="70D2A62B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E6BA76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T-1 день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301A2E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печать, зарядка, связь</w:t>
            </w:r>
          </w:p>
        </w:tc>
      </w:tr>
      <w:tr w:rsidR="0087771C" w14:paraId="1FE34C39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C3DB94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День старта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6FAD5A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заплывы, утверждение, публикация</w:t>
            </w:r>
          </w:p>
        </w:tc>
      </w:tr>
      <w:tr w:rsidR="0087771C" w14:paraId="6E91E022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DEFF767" w14:textId="77777777" w:rsidR="0087771C" w:rsidRDefault="00CE4A25">
            <w:pPr>
              <w:spacing w:after="0"/>
            </w:pPr>
            <w:r>
              <w:rPr>
                <w:sz w:val="18"/>
              </w:rPr>
              <w:t>T+1 день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9F31C50" w14:textId="77777777" w:rsidR="0087771C" w:rsidRDefault="00CE4A25">
            <w:pPr>
              <w:spacing w:after="0"/>
            </w:pPr>
            <w:r>
              <w:rPr>
                <w:sz w:val="18"/>
              </w:rPr>
              <w:t>дипломы, архив, Lenex/Excel</w:t>
            </w:r>
          </w:p>
        </w:tc>
      </w:tr>
    </w:tbl>
    <w:p w14:paraId="6D506598" w14:textId="77777777" w:rsidR="0087771C" w:rsidRDefault="0087771C">
      <w:pPr>
        <w:spacing w:after="40"/>
      </w:pPr>
    </w:p>
    <w:p w14:paraId="40567221" w14:textId="77777777" w:rsidR="0087771C" w:rsidRDefault="00CE4A25">
      <w:pPr>
        <w:pStyle w:val="21"/>
      </w:pPr>
      <w:bookmarkStart w:id="28" w:name="_Toc243919876"/>
      <w:r>
        <w:lastRenderedPageBreak/>
        <w:t>29. Приложение E. Быстрый справочник действий</w:t>
      </w:r>
      <w:bookmarkEnd w:id="28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2B65B827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F6523D8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Что нужно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61CF6B9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Где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0320E91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Результат</w:t>
            </w:r>
          </w:p>
        </w:tc>
      </w:tr>
      <w:tr w:rsidR="0087771C" w14:paraId="1ECB9D7E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856841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Создать соревнование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A162A9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Соревнования → Новое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F6DB52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черновик страницы</w:t>
            </w:r>
          </w:p>
        </w:tc>
      </w:tr>
      <w:tr w:rsidR="0087771C" w14:paraId="5F30038D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465BC1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Опубликовать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DECDB7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Настройки/Публикация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2ABAD9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страница доступна</w:t>
            </w:r>
          </w:p>
        </w:tc>
      </w:tr>
      <w:tr w:rsidR="0087771C" w14:paraId="247AC021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00515C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Загрузить положение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E227B0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Настройки → документы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BD639F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PDF на странице</w:t>
            </w:r>
          </w:p>
        </w:tc>
      </w:tr>
      <w:tr w:rsidR="0087771C" w14:paraId="429E363E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4296E1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Сгенерировать программу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470E90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Программа → генератор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AA8A3B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дисциплины</w:t>
            </w:r>
          </w:p>
        </w:tc>
      </w:tr>
      <w:tr w:rsidR="0087771C" w14:paraId="4A2FE753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A93C54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Изменить группы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204566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Программа → возрастные группы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B73F2A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новые категории</w:t>
            </w:r>
          </w:p>
        </w:tc>
      </w:tr>
      <w:tr w:rsidR="0087771C" w14:paraId="13ED2A0A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ACA370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Принять заявку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AAD627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Заявки / публичная форма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8A6D95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новая заявка</w:t>
            </w:r>
          </w:p>
        </w:tc>
      </w:tr>
      <w:tr w:rsidR="0087771C" w14:paraId="5A88252A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C727B0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Подтвердить заявки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EE69AA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Заявки → массовые действия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FC6D93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допуск к старту</w:t>
            </w:r>
          </w:p>
        </w:tc>
      </w:tr>
      <w:tr w:rsidR="0087771C" w14:paraId="654DC9A0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406A4B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Импортировать файл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DE9958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Импорт .lxf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51A843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заявки и программа</w:t>
            </w:r>
          </w:p>
        </w:tc>
      </w:tr>
      <w:tr w:rsidR="0087771C" w14:paraId="613FCC55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43CF50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Распределить заплывы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1923CE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Заявки/программа → seed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2375EE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заплывы и дорожки</w:t>
            </w:r>
          </w:p>
        </w:tc>
      </w:tr>
      <w:tr w:rsidR="0087771C" w14:paraId="70BEC3BC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78EB69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Открыть пульт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90087C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Обзор → ссылка судьям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46639A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ввод результатов</w:t>
            </w:r>
          </w:p>
        </w:tc>
      </w:tr>
      <w:tr w:rsidR="0087771C" w14:paraId="6341288A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167FE1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Подключить хронометристов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D8C208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Пульт → QR хронометристов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3C9E41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телефоны</w:t>
            </w:r>
          </w:p>
        </w:tc>
      </w:tr>
      <w:tr w:rsidR="0087771C" w14:paraId="1C7AC356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5BD279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Подключить стартера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4A40C6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Пульт → QR стартера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47C37F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страница стартера</w:t>
            </w:r>
          </w:p>
        </w:tc>
      </w:tr>
      <w:tr w:rsidR="0087771C" w14:paraId="742A1A9B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CA4893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Утвердить заплыв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F30EE0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Пульт → Утвердить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329583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официальный результат</w:t>
            </w:r>
          </w:p>
        </w:tc>
      </w:tr>
      <w:tr w:rsidR="0087771C" w14:paraId="0D4EB010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E4BAA5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Сформировать дипломы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7D2932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автоматически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46477A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PDF призёров</w:t>
            </w:r>
          </w:p>
        </w:tc>
      </w:tr>
      <w:tr w:rsidR="0087771C" w14:paraId="1244AAB2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EC5155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Напечатать дипломы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9D0F8B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Награждение → Печать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0E3126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PDF на печать</w:t>
            </w:r>
          </w:p>
        </w:tc>
      </w:tr>
      <w:tr w:rsidR="0087771C" w14:paraId="61D666F7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F551C8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Посмотреть результаты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F33FA7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Результаты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81BE96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места и очки</w:t>
            </w:r>
          </w:p>
        </w:tc>
      </w:tr>
      <w:tr w:rsidR="0087771C" w14:paraId="68E2102D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938FB7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Скачать протокол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A13764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Протоколы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7ADFD7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PDF/XLSX/DOCX</w:t>
            </w:r>
          </w:p>
        </w:tc>
      </w:tr>
      <w:tr w:rsidR="0087771C" w14:paraId="47ADE84C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3938D0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Включить live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E970B7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Онлайн-результаты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3A04CC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табло</w:t>
            </w:r>
          </w:p>
        </w:tc>
      </w:tr>
      <w:tr w:rsidR="0087771C" w14:paraId="6C549F40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5B5976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Включить TV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27F3F6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Онлайн-результаты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6B0811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экран</w:t>
            </w:r>
          </w:p>
        </w:tc>
      </w:tr>
      <w:tr w:rsidR="0087771C" w14:paraId="0EE04AA6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56E431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Найти диплом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2100E3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Публичная страница → Дипломы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CFF07E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PDF участника</w:t>
            </w:r>
          </w:p>
        </w:tc>
      </w:tr>
      <w:tr w:rsidR="0087771C" w14:paraId="386F6402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D9C684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Выгрузить Lenex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459E29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Протоколы → Lenex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7573A97" w14:textId="77777777" w:rsidR="0087771C" w:rsidRDefault="00CE4A25">
            <w:pPr>
              <w:keepNext/>
              <w:spacing w:after="0"/>
            </w:pPr>
            <w:r>
              <w:rPr>
                <w:rFonts w:ascii="Consolas" w:hAnsi="Consolas"/>
                <w:color w:val="0E6E86"/>
                <w:sz w:val="17"/>
              </w:rPr>
              <w:t>.lxf</w:t>
            </w:r>
          </w:p>
        </w:tc>
      </w:tr>
      <w:tr w:rsidR="0087771C" w14:paraId="2518F8A8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45C809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Оплатить подписку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BBCD40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Тариф и оплата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61DECF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подписка</w:t>
            </w:r>
          </w:p>
        </w:tc>
      </w:tr>
      <w:tr w:rsidR="0087771C" w14:paraId="55BF0426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A080399" w14:textId="77777777" w:rsidR="0087771C" w:rsidRDefault="00CE4A25">
            <w:pPr>
              <w:spacing w:after="0"/>
            </w:pPr>
            <w:r>
              <w:rPr>
                <w:sz w:val="18"/>
              </w:rPr>
              <w:t>Заказать услугу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07ED1C2" w14:textId="77777777" w:rsidR="0087771C" w:rsidRDefault="00CE4A25">
            <w:pPr>
              <w:spacing w:after="0"/>
            </w:pPr>
            <w:r>
              <w:rPr>
                <w:sz w:val="18"/>
              </w:rPr>
              <w:t>Коммерческие услуги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C41DCC4" w14:textId="77777777" w:rsidR="0087771C" w:rsidRDefault="00CE4A25">
            <w:pPr>
              <w:spacing w:after="0"/>
            </w:pPr>
            <w:r>
              <w:rPr>
                <w:sz w:val="18"/>
              </w:rPr>
              <w:t>заявка</w:t>
            </w:r>
          </w:p>
        </w:tc>
      </w:tr>
    </w:tbl>
    <w:p w14:paraId="1C0F0172" w14:textId="77777777" w:rsidR="0087771C" w:rsidRDefault="0087771C">
      <w:pPr>
        <w:spacing w:after="40"/>
      </w:pPr>
    </w:p>
    <w:p w14:paraId="06B72B83" w14:textId="77777777" w:rsidR="0087771C" w:rsidRDefault="00CE4A25">
      <w:pPr>
        <w:pStyle w:val="21"/>
      </w:pPr>
      <w:bookmarkStart w:id="29" w:name="_Toc243919877"/>
      <w:r>
        <w:lastRenderedPageBreak/>
        <w:t>30. Приложение F. Словарь полей</w:t>
      </w:r>
      <w:bookmarkEnd w:id="29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87771C" w14:paraId="6FA29842" w14:textId="77777777">
        <w:trPr>
          <w:tblHeader/>
          <w:jc w:val="center"/>
        </w:trPr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C0D03CD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Поле</w:t>
            </w:r>
          </w:p>
        </w:tc>
        <w:tc>
          <w:tcPr>
            <w:tcW w:w="4819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A57A6B0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Что означает</w:t>
            </w:r>
          </w:p>
        </w:tc>
      </w:tr>
      <w:tr w:rsidR="0087771C" w14:paraId="110D06D7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BB8128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Дата возраста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FAB133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дата, на которую считается возраст</w:t>
            </w:r>
          </w:p>
        </w:tc>
      </w:tr>
      <w:tr w:rsidR="0087771C" w14:paraId="6F0A9F2D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BCC224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Возрастная группа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14BABCD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категория внутри дисциплины</w:t>
            </w:r>
          </w:p>
        </w:tc>
      </w:tr>
      <w:tr w:rsidR="0087771C" w14:paraId="22B56118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5897B0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Заявочное время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641BB2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время, указанное при заявке</w:t>
            </w:r>
          </w:p>
        </w:tc>
      </w:tr>
      <w:tr w:rsidR="0087771C" w14:paraId="38E1B3AE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35AA9B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NT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82D9CB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нет времени</w:t>
            </w:r>
          </w:p>
        </w:tc>
      </w:tr>
      <w:tr w:rsidR="0087771C" w14:paraId="44471DB0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5B6F194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Дорожка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65E8CA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место в бассейне</w:t>
            </w:r>
          </w:p>
        </w:tc>
      </w:tr>
      <w:tr w:rsidR="0087771C" w14:paraId="1B9CD148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74AD12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Заплыв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C47052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группа участников одного старта</w:t>
            </w:r>
          </w:p>
        </w:tc>
      </w:tr>
      <w:tr w:rsidR="0087771C" w14:paraId="722939AD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A15682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Раунд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249BEC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предварительный/финал</w:t>
            </w:r>
          </w:p>
        </w:tc>
      </w:tr>
      <w:tr w:rsidR="0087771C" w14:paraId="146EE4F1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2968A1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Сессия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43BC7D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блок программы</w:t>
            </w:r>
          </w:p>
        </w:tc>
      </w:tr>
      <w:tr w:rsidR="0087771C" w14:paraId="4A74BC59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D51B6D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EXH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2E0F06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вне конкурса</w:t>
            </w:r>
          </w:p>
        </w:tc>
      </w:tr>
      <w:tr w:rsidR="0087771C" w14:paraId="17F7144C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B6A7CF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R.T.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F4A143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время реакции</w:t>
            </w:r>
          </w:p>
        </w:tc>
      </w:tr>
      <w:tr w:rsidR="0087771C" w14:paraId="03BA69FE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CD25A8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Split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CE90D92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промежуточная отсечка</w:t>
            </w:r>
          </w:p>
        </w:tc>
      </w:tr>
      <w:tr w:rsidR="0087771C" w14:paraId="6E72EC3A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180E17C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DSQ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8570BF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дисквалификация</w:t>
            </w:r>
          </w:p>
        </w:tc>
      </w:tr>
      <w:tr w:rsidR="0087771C" w14:paraId="1063F4B4" w14:textId="77777777">
        <w:trPr>
          <w:jc w:val="center"/>
        </w:trPr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9DD63AE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Официальный результат</w:t>
            </w:r>
          </w:p>
        </w:tc>
        <w:tc>
          <w:tcPr>
            <w:tcW w:w="481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D45F8B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утверждённый результат</w:t>
            </w:r>
          </w:p>
        </w:tc>
      </w:tr>
      <w:tr w:rsidR="0087771C" w14:paraId="3AACEA28" w14:textId="77777777">
        <w:trPr>
          <w:jc w:val="center"/>
        </w:trPr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5AF5DE7" w14:textId="77777777" w:rsidR="0087771C" w:rsidRDefault="00CE4A25">
            <w:pPr>
              <w:spacing w:after="0"/>
            </w:pPr>
            <w:r>
              <w:rPr>
                <w:sz w:val="18"/>
              </w:rPr>
              <w:t>Очередь награждения</w:t>
            </w:r>
          </w:p>
        </w:tc>
        <w:tc>
          <w:tcPr>
            <w:tcW w:w="4819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3B24FD2" w14:textId="77777777" w:rsidR="0087771C" w:rsidRDefault="00CE4A25">
            <w:pPr>
              <w:spacing w:after="0"/>
            </w:pPr>
            <w:r>
              <w:rPr>
                <w:sz w:val="18"/>
              </w:rPr>
              <w:t>список дисциплин для печати дипломов</w:t>
            </w:r>
          </w:p>
        </w:tc>
      </w:tr>
    </w:tbl>
    <w:p w14:paraId="169FC338" w14:textId="77777777" w:rsidR="0087771C" w:rsidRDefault="0087771C">
      <w:pPr>
        <w:spacing w:after="40"/>
      </w:pPr>
    </w:p>
    <w:p w14:paraId="0A110826" w14:textId="77777777" w:rsidR="0087771C" w:rsidRDefault="00CE4A25">
      <w:pPr>
        <w:pStyle w:val="21"/>
      </w:pPr>
      <w:bookmarkStart w:id="30" w:name="_Toc243919878"/>
      <w:r>
        <w:t>31. Приложение G. Схема судейской бригады</w:t>
      </w:r>
      <w:bookmarkEnd w:id="30"/>
    </w:p>
    <w:p w14:paraId="4A725440" w14:textId="77777777" w:rsidR="0087771C" w:rsidRDefault="0087771C"/>
    <w:p w14:paraId="1F16E8CE" w14:textId="77777777" w:rsidR="0087771C" w:rsidRDefault="00CE4A25">
      <w:r>
        <w:t>СЕКРЕТАРИАТ</w:t>
      </w:r>
    </w:p>
    <w:p w14:paraId="4CEDDA3C" w14:textId="77777777" w:rsidR="0087771C" w:rsidRDefault="00CE4A25">
      <w:r>
        <w:t>│  программа, заявки, посев, протоколы</w:t>
      </w:r>
    </w:p>
    <w:p w14:paraId="5BDA20DD" w14:textId="77777777" w:rsidR="0087771C" w:rsidRDefault="00CE4A25">
      <w:r>
        <w:t>▼</w:t>
      </w:r>
    </w:p>
    <w:p w14:paraId="5A2B9BCB" w14:textId="77777777" w:rsidR="0087771C" w:rsidRDefault="00CE4A25">
      <w:r>
        <w:t>СУДЬЯ НА ПУЛЬТЕ ──── утверждение заплыва ────► ОНЛАЙН / ДИПЛОМЫ</w:t>
      </w:r>
    </w:p>
    <w:p w14:paraId="5604AEF5" w14:textId="77777777" w:rsidR="0087771C" w:rsidRDefault="00CE4A25">
      <w:r>
        <w:t>│                       ▲</w:t>
      </w:r>
    </w:p>
    <w:p w14:paraId="0CB8E2A5" w14:textId="77777777" w:rsidR="0087771C" w:rsidRDefault="00CE4A25">
      <w:r>
        <w:t>│ QR стартера           │ QR хронометристов</w:t>
      </w:r>
    </w:p>
    <w:p w14:paraId="2BDB8E2A" w14:textId="77777777" w:rsidR="0087771C" w:rsidRDefault="00CE4A25">
      <w:r>
        <w:t>▼                       │</w:t>
      </w:r>
    </w:p>
    <w:p w14:paraId="20E999E8" w14:textId="77777777" w:rsidR="0087771C" w:rsidRDefault="00CE4A25">
      <w:r>
        <w:t>СТАРТЕР ─── команда ───► ХРОНОМЕТРИСТЫ</w:t>
      </w:r>
    </w:p>
    <w:p w14:paraId="3CC2190C" w14:textId="77777777" w:rsidR="0087771C" w:rsidRDefault="00CE4A25">
      <w:r>
        <w:t>│                       │</w:t>
      </w:r>
    </w:p>
    <w:p w14:paraId="7D47AAEF" w14:textId="77777777" w:rsidR="0087771C" w:rsidRDefault="00CE4A25">
      <w:r>
        <w:t>└──────── СТАРТ ────────┘</w:t>
      </w:r>
    </w:p>
    <w:p w14:paraId="4175A143" w14:textId="77777777" w:rsidR="0087771C" w:rsidRDefault="00CE4A25">
      <w:r>
        <w:t>│</w:t>
      </w:r>
    </w:p>
    <w:p w14:paraId="58B86CB7" w14:textId="77777777" w:rsidR="0087771C" w:rsidRDefault="00CE4A25">
      <w:r>
        <w:t>ФИНИШ / ВРЕМЯ</w:t>
      </w:r>
    </w:p>
    <w:p w14:paraId="362F9F78" w14:textId="77777777" w:rsidR="0087771C" w:rsidRDefault="00CE4A25">
      <w:r>
        <w:t>│</w:t>
      </w:r>
    </w:p>
    <w:p w14:paraId="5C058327" w14:textId="77777777" w:rsidR="0087771C" w:rsidRDefault="00CE4A25">
      <w:r>
        <w:lastRenderedPageBreak/>
        <w:t>ПУЛЬТ СУДЬИ</w:t>
      </w:r>
    </w:p>
    <w:p w14:paraId="5A8550B9" w14:textId="77777777" w:rsidR="0087771C" w:rsidRDefault="0087771C"/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87771C" w14:paraId="237B5E57" w14:textId="77777777">
        <w:trPr>
          <w:tblHeader/>
          <w:jc w:val="center"/>
        </w:trPr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776B614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Зона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033F42F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Главный вопрос</w:t>
            </w:r>
          </w:p>
        </w:tc>
        <w:tc>
          <w:tcPr>
            <w:tcW w:w="3213" w:type="dxa"/>
            <w:shd w:val="clear" w:color="auto" w:fill="0B203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42B7D86" w14:textId="77777777" w:rsidR="0087771C" w:rsidRDefault="00CE4A25"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Кто отвечает</w:t>
            </w:r>
          </w:p>
        </w:tc>
      </w:tr>
      <w:tr w:rsidR="0087771C" w14:paraId="3E89D3DC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EDEEF38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До старта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98C195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всё ли готово к заплыву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EB55BA6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секретариат</w:t>
            </w:r>
          </w:p>
        </w:tc>
      </w:tr>
      <w:tr w:rsidR="0087771C" w14:paraId="08505715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8916FC5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Старт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E79B20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когда давать команду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DAFB219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стартер</w:t>
            </w:r>
          </w:p>
        </w:tc>
      </w:tr>
      <w:tr w:rsidR="0087771C" w14:paraId="1F4A33A2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D29669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Дистанция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85298C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корректно ли время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3BB30C0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хронометристы</w:t>
            </w:r>
          </w:p>
        </w:tc>
      </w:tr>
      <w:tr w:rsidR="0087771C" w14:paraId="52AB3234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CAB8751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Финиш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B733AD7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есть ли результат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EA5333A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судья на пульте</w:t>
            </w:r>
          </w:p>
        </w:tc>
      </w:tr>
      <w:tr w:rsidR="0087771C" w14:paraId="2B35E55D" w14:textId="77777777">
        <w:trPr>
          <w:jc w:val="center"/>
        </w:trPr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CB1D1BB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Спорный случай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CC7A86F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DQ или нет</w:t>
            </w:r>
          </w:p>
        </w:tc>
        <w:tc>
          <w:tcPr>
            <w:tcW w:w="3213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2957853" w14:textId="77777777" w:rsidR="0087771C" w:rsidRDefault="00CE4A25">
            <w:pPr>
              <w:keepNext/>
              <w:spacing w:after="0"/>
            </w:pPr>
            <w:r>
              <w:rPr>
                <w:sz w:val="18"/>
              </w:rPr>
              <w:t>главный судья</w:t>
            </w:r>
          </w:p>
        </w:tc>
      </w:tr>
      <w:tr w:rsidR="0087771C" w14:paraId="4E44DCBF" w14:textId="77777777">
        <w:trPr>
          <w:jc w:val="center"/>
        </w:trPr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DACF920" w14:textId="77777777" w:rsidR="0087771C" w:rsidRDefault="00CE4A25">
            <w:pPr>
              <w:spacing w:after="0"/>
            </w:pPr>
            <w:r>
              <w:rPr>
                <w:sz w:val="18"/>
              </w:rPr>
              <w:t>Публикация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FDE2061" w14:textId="77777777" w:rsidR="0087771C" w:rsidRDefault="00CE4A25">
            <w:pPr>
              <w:spacing w:after="0"/>
            </w:pPr>
            <w:r>
              <w:rPr>
                <w:sz w:val="18"/>
              </w:rPr>
              <w:t>что видно в интернете</w:t>
            </w:r>
          </w:p>
        </w:tc>
        <w:tc>
          <w:tcPr>
            <w:tcW w:w="3213" w:type="dxa"/>
            <w:shd w:val="clear" w:color="auto" w:fill="F2F7F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78D2EB0" w14:textId="77777777" w:rsidR="0087771C" w:rsidRDefault="00CE4A25">
            <w:pPr>
              <w:spacing w:after="0"/>
            </w:pPr>
            <w:r>
              <w:rPr>
                <w:sz w:val="18"/>
              </w:rPr>
              <w:t>организатор</w:t>
            </w:r>
          </w:p>
        </w:tc>
      </w:tr>
    </w:tbl>
    <w:p w14:paraId="42D557D0" w14:textId="77777777" w:rsidR="0087771C" w:rsidRDefault="0087771C">
      <w:pPr>
        <w:spacing w:after="40"/>
      </w:pPr>
    </w:p>
    <w:p w14:paraId="0D96AAE5" w14:textId="77777777" w:rsidR="0087771C" w:rsidRDefault="00CE4A25">
      <w:r>
        <w:rPr>
          <w:b/>
        </w:rPr>
        <w:t>Правило связи:</w:t>
      </w:r>
      <w:r>
        <w:t xml:space="preserve"> один ответственный за утверждение. Если каждый нажимает «Утвердить», появляются дубли и путаница.</w:t>
      </w:r>
    </w:p>
    <w:p w14:paraId="6826CEFB" w14:textId="77777777" w:rsidR="0087771C" w:rsidRDefault="00CE4A25">
      <w:r>
        <w:rPr>
          <w:b/>
        </w:rPr>
        <w:t>«На волне» — меньше ручной работы, больше времени на спорт.</w:t>
      </w:r>
    </w:p>
    <w:sectPr w:rsidR="0087771C" w:rsidSect="00034616">
      <w:headerReference w:type="default" r:id="rId41"/>
      <w:footerReference w:type="default" r:id="rId42"/>
      <w:pgSz w:w="11906" w:h="16838"/>
      <w:pgMar w:top="1077" w:right="1134" w:bottom="96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21BA2" w14:textId="77777777" w:rsidR="00CE4A25" w:rsidRDefault="00CE4A25">
      <w:pPr>
        <w:spacing w:after="0" w:line="240" w:lineRule="auto"/>
      </w:pPr>
      <w:r>
        <w:separator/>
      </w:r>
    </w:p>
  </w:endnote>
  <w:endnote w:type="continuationSeparator" w:id="0">
    <w:p w14:paraId="420FFF98" w14:textId="77777777" w:rsidR="00CE4A25" w:rsidRDefault="00CE4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B5FAB" w14:textId="77777777" w:rsidR="0087771C" w:rsidRDefault="00CE4A25">
    <w:pPr>
      <w:pStyle w:val="a7"/>
      <w:jc w:val="center"/>
    </w:pPr>
    <w:r>
      <w:rPr>
        <w:color w:val="5B6E80"/>
        <w:sz w:val="16"/>
      </w:rPr>
      <w:t xml:space="preserve">energowave.ru  ·  </w:t>
    </w:r>
    <w:r>
      <w:rPr>
        <w:color w:val="5B6E80"/>
        <w:sz w:val="16"/>
      </w:rPr>
      <w:fldChar w:fldCharType="begin"/>
    </w:r>
    <w:r>
      <w:rPr>
        <w:color w:val="5B6E80"/>
        <w:sz w:val="16"/>
      </w:rPr>
      <w:instrText>PAGE</w:instrText>
    </w:r>
    <w:r>
      <w:rPr>
        <w:color w:val="5B6E80"/>
        <w:sz w:val="16"/>
      </w:rPr>
      <w:fldChar w:fldCharType="separate"/>
    </w:r>
    <w:r>
      <w:rPr>
        <w:color w:val="5B6E80"/>
        <w:sz w:val="16"/>
      </w:rPr>
      <w:t>1</w:t>
    </w:r>
    <w:r>
      <w:rPr>
        <w:color w:val="5B6E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53BAF" w14:textId="77777777" w:rsidR="00CE4A25" w:rsidRDefault="00CE4A25">
      <w:pPr>
        <w:spacing w:after="0" w:line="240" w:lineRule="auto"/>
      </w:pPr>
      <w:r>
        <w:separator/>
      </w:r>
    </w:p>
  </w:footnote>
  <w:footnote w:type="continuationSeparator" w:id="0">
    <w:p w14:paraId="02B4FEAE" w14:textId="77777777" w:rsidR="00CE4A25" w:rsidRDefault="00CE4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8E014" w14:textId="77777777" w:rsidR="0087771C" w:rsidRDefault="00CE4A25">
    <w:pPr>
      <w:pStyle w:val="a5"/>
      <w:jc w:val="right"/>
    </w:pPr>
    <w:r>
      <w:rPr>
        <w:color w:val="5B6E80"/>
        <w:sz w:val="16"/>
      </w:rPr>
      <w:t>НА ВОЛНЕ  ·  РУКОВОДСТВО ОРГАНИЗАТОРА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404210">
    <w:abstractNumId w:val="8"/>
  </w:num>
  <w:num w:numId="2" w16cid:durableId="1602951293">
    <w:abstractNumId w:val="6"/>
  </w:num>
  <w:num w:numId="3" w16cid:durableId="1500806098">
    <w:abstractNumId w:val="5"/>
  </w:num>
  <w:num w:numId="4" w16cid:durableId="278298159">
    <w:abstractNumId w:val="4"/>
  </w:num>
  <w:num w:numId="5" w16cid:durableId="580530424">
    <w:abstractNumId w:val="7"/>
  </w:num>
  <w:num w:numId="6" w16cid:durableId="1650355851">
    <w:abstractNumId w:val="3"/>
  </w:num>
  <w:num w:numId="7" w16cid:durableId="1732458241">
    <w:abstractNumId w:val="2"/>
  </w:num>
  <w:num w:numId="8" w16cid:durableId="1998335473">
    <w:abstractNumId w:val="1"/>
  </w:num>
  <w:num w:numId="9" w16cid:durableId="655261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4B74"/>
    <w:rsid w:val="00693EC1"/>
    <w:rsid w:val="0087771C"/>
    <w:rsid w:val="00AA1D8D"/>
    <w:rsid w:val="00B47730"/>
    <w:rsid w:val="00BD4104"/>
    <w:rsid w:val="00CB0664"/>
    <w:rsid w:val="00CE4A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10FE8B"/>
  <w14:defaultImageDpi w14:val="300"/>
  <w15:docId w15:val="{56B0704E-F53A-41CE-8CFB-B94690A46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317" w:lineRule="auto"/>
    </w:pPr>
    <w:rPr>
      <w:rFonts w:ascii="Calibri" w:hAnsi="Calibri"/>
      <w:color w:val="1A2531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0B2036"/>
      <w:sz w:val="4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E6E86"/>
      <w:sz w:val="3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0B2036"/>
      <w:sz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110">
    <w:name w:val="Оглавление 11"/>
    <w:pPr>
      <w:spacing w:after="0" w:line="240" w:lineRule="auto"/>
    </w:pPr>
    <w:rPr>
      <w:rFonts w:ascii="Calibri" w:hAnsi="Calibri"/>
      <w:color w:val="1A2531"/>
      <w:sz w:val="18"/>
    </w:rPr>
  </w:style>
  <w:style w:type="paragraph" w:customStyle="1" w:styleId="210">
    <w:name w:val="Оглавление 21"/>
    <w:pPr>
      <w:spacing w:after="0" w:line="240" w:lineRule="auto"/>
    </w:pPr>
    <w:rPr>
      <w:rFonts w:ascii="Calibri" w:hAnsi="Calibri"/>
      <w:color w:val="1A2531"/>
      <w:sz w:val="17"/>
    </w:rPr>
  </w:style>
  <w:style w:type="paragraph" w:styleId="2c">
    <w:name w:val="toc 2"/>
    <w:basedOn w:val="a1"/>
    <w:next w:val="a1"/>
    <w:autoRedefine/>
    <w:uiPriority w:val="39"/>
    <w:unhideWhenUsed/>
    <w:rsid w:val="00CE4A25"/>
    <w:pPr>
      <w:spacing w:after="100"/>
      <w:ind w:left="230"/>
    </w:pPr>
  </w:style>
  <w:style w:type="character" w:styleId="aff8">
    <w:name w:val="Hyperlink"/>
    <w:basedOn w:val="a2"/>
    <w:uiPriority w:val="99"/>
    <w:unhideWhenUsed/>
    <w:rsid w:val="00CE4A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78</Pages>
  <Words>9289</Words>
  <Characters>59182</Characters>
  <Application>Microsoft Office Word</Application>
  <DocSecurity>0</DocSecurity>
  <Lines>2104</Lines>
  <Paragraphs>1847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67364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волне — руководство организатора</dc:title>
  <dc:subject>Платформа соревнований по плаванию</dc:subject>
  <dc:creator>На волне</dc:creator>
  <cp:keywords/>
  <dc:description>generated by python-docx</dc:description>
  <cp:lastModifiedBy>Olga Chekanova</cp:lastModifiedBy>
  <cp:revision>3</cp:revision>
  <dcterms:created xsi:type="dcterms:W3CDTF">2013-12-23T23:15:00Z</dcterms:created>
  <dcterms:modified xsi:type="dcterms:W3CDTF">2026-10-26T12:10:00Z</dcterms:modified>
  <cp:category/>
</cp:coreProperties>
</file>